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Local Volunteers Bringing LGBTQ+ Older Adults Together in Erie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Spotlighting community builders: Volunteers like Pete Pete G are shaping LGBTQ+ life in Erie by leading social groups, running events and serving on committees , and their work matters because it keeps older queer people connected, visible and cared for.</w:t>
      </w:r>
      <w:r/>
    </w:p>
    <w:p>
      <w:r/>
      <w:r>
        <w:t>Essential Takeaways</w:t>
      </w:r>
      <w:r/>
      <w:r/>
    </w:p>
    <w:p>
      <w:pPr>
        <w:pStyle w:val="ListBullet"/>
        <w:spacing w:line="240" w:lineRule="auto"/>
        <w:ind w:left="720"/>
      </w:pPr>
      <w:r/>
      <w:r>
        <w:rPr>
          <w:b/>
        </w:rPr>
        <w:t>Experienced leader:</w:t>
      </w:r>
      <w:r>
        <w:t xml:space="preserve"> Pete Pete G volunteers as chair of Aging With Pride Erie for 2026 and serves on multiple committees. </w:t>
      </w:r>
      <w:r/>
    </w:p>
    <w:p>
      <w:pPr>
        <w:pStyle w:val="ListBullet"/>
        <w:spacing w:line="240" w:lineRule="auto"/>
        <w:ind w:left="720"/>
      </w:pPr>
      <w:r/>
      <w:r>
        <w:rPr>
          <w:b/>
        </w:rPr>
        <w:t>Community organiser:</w:t>
      </w:r>
      <w:r>
        <w:t xml:space="preserve"> He runs Bears Do Dinner, a monthly group that's met since 2013 and keeps social ties strong. </w:t>
      </w:r>
      <w:r/>
    </w:p>
    <w:p>
      <w:pPr>
        <w:pStyle w:val="ListBullet"/>
        <w:spacing w:line="240" w:lineRule="auto"/>
        <w:ind w:left="720"/>
      </w:pPr>
      <w:r/>
      <w:r>
        <w:rPr>
          <w:b/>
        </w:rPr>
        <w:t>Lived skills:</w:t>
      </w:r>
      <w:r>
        <w:t xml:space="preserve"> Pete draws on a library science background and language skills to manage outreach and logistics. </w:t>
      </w:r>
      <w:r/>
    </w:p>
    <w:p>
      <w:pPr>
        <w:pStyle w:val="ListBullet"/>
        <w:spacing w:line="240" w:lineRule="auto"/>
        <w:ind w:left="720"/>
      </w:pPr>
      <w:r/>
      <w:r>
        <w:rPr>
          <w:b/>
        </w:rPr>
        <w:t>Local impact:</w:t>
      </w:r>
      <w:r>
        <w:t xml:space="preserve"> These volunteer roles help older LGBTQ+ residents find companionship, services and advocacy. </w:t>
      </w:r>
      <w:r/>
      <w:r/>
    </w:p>
    <w:p>
      <w:pPr>
        <w:pStyle w:val="Heading2"/>
      </w:pPr>
      <w:r>
        <w:t>A volunteer who shows up , and stays</w:t>
      </w:r>
      <w:r/>
    </w:p>
    <w:p>
      <w:r/>
      <w:r>
        <w:t>Pete Pete G is the kind of volunteer who quietly keeps community machinery humming, and you can almost see the relief on people's faces when a meeting or dinner goes smoothly. According to local reporting, he’s the 2026 chair of Aging With Pride Erie and remains active across several of the organisation's committees. That steady presence matters: community groups thrive when organisers are reliable and caring.</w:t>
      </w:r>
      <w:r/>
    </w:p>
    <w:p>
      <w:r/>
      <w:r>
        <w:t>Volunteers like Pete often combine professional skills with lived experience; he has degrees in German and Linguistics plus a master's in Library and Information Science. That background helps with communication, record-keeping and planning, which are the unsung bones of any lasting volunteer project.</w:t>
      </w:r>
      <w:r/>
    </w:p>
    <w:p>
      <w:pPr>
        <w:pStyle w:val="Heading2"/>
      </w:pPr>
      <w:r>
        <w:t>Monthly dinners that become lifelines</w:t>
      </w:r>
      <w:r/>
    </w:p>
    <w:p>
      <w:r/>
      <w:r>
        <w:t>Bears Do Dinner is one of those simple ideas that turned into something deeply valuable , a monthly meal where conversation is the main course. The group began in 2013 and still runs, offering a friendly, low-pressure space where older gay men and friends can connect. For many members, that table is both social fuel and a safety net.</w:t>
      </w:r>
      <w:r/>
    </w:p>
    <w:p>
      <w:r/>
      <w:r>
        <w:t>Social outings like these reduce isolation and help members swap information about healthcare, housing, and services. If you’re thinking of starting something similar, consider steady scheduling, an accessible venue and a host who can gently shepherd conversation.</w:t>
      </w:r>
      <w:r/>
    </w:p>
    <w:p>
      <w:pPr>
        <w:pStyle w:val="Heading2"/>
      </w:pPr>
      <w:r>
        <w:t>Why organised ageing matters in LGBTQ+ spaces</w:t>
      </w:r>
      <w:r/>
    </w:p>
    <w:p>
      <w:r/>
      <w:r>
        <w:t>Ageing With Pride Erie, where Pete chairs the board, focuses on older LGBTQ+ residents , a group that often faces unique challenges around family estrangement, healthcare discrimination and loneliness. Local groups fill gaps that mainstream services sometimes miss, from queer-friendly care referrals to advocacy and companionship programmes.</w:t>
      </w:r>
      <w:r/>
    </w:p>
    <w:p>
      <w:r/>
      <w:r>
        <w:t>Community leaders who’ve been around the scene bring credibility and historical memory, which helps when negotiating with service providers or applying for small grants. That institutional know-how multiplies the effect of every volunteer hour.</w:t>
      </w:r>
      <w:r/>
    </w:p>
    <w:p>
      <w:pPr>
        <w:pStyle w:val="Heading2"/>
      </w:pPr>
      <w:r>
        <w:t>Practical ways neighbours can get involved</w:t>
      </w:r>
      <w:r/>
    </w:p>
    <w:p>
      <w:r/>
      <w:r>
        <w:t>You don't need a degree to help. Volunteer roles range from event setup and phone check-ins to social media updates and fundraising. Small tasks , offering rides to a dinner, helping with sign-in sheets, or baking for a meet-up , make a big difference on the ground.</w:t>
      </w:r>
      <w:r/>
    </w:p>
    <w:p>
      <w:r/>
      <w:r>
        <w:t>If you want to support older LGBTQ+ neighbours, start by asking what they need and show up consistently. Organisations value regular volunteers over one-off helpers because continuity builds trust.</w:t>
      </w:r>
      <w:r/>
    </w:p>
    <w:p>
      <w:pPr>
        <w:pStyle w:val="Heading2"/>
      </w:pPr>
      <w:r>
        <w:t>The bigger picture: community, continuity, care</w:t>
      </w:r>
      <w:r/>
    </w:p>
    <w:p>
      <w:r/>
      <w:r>
        <w:t>What Pete and groups like his offer is part practical support, part cultural stewardship. They host meals and meetings, but they also preserve queer history and create visible, affirming spaces for people who might otherwise slip under the radar. As population ageing continues, local volunteer-led efforts will be central to keeping LGBTQ+ elders connected and respected.</w:t>
      </w:r>
      <w:r/>
    </w:p>
    <w:p>
      <w:r/>
      <w:r>
        <w:t>Think of it as a neighbourhood system of care , small, human gestures stacked together create resilience for the whole community.</w:t>
      </w:r>
      <w:r/>
    </w:p>
    <w:p>
      <w:r/>
      <w:r>
        <w:t>It's a small change that can make every connection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0">
        <w:r>
          <w:rPr>
            <w:color w:val="0000EE"/>
            <w:u w:val="single"/>
          </w:rPr>
          <w:t>[3]</w:t>
        </w:r>
      </w:hyperlink>
      <w:r>
        <w:t xml:space="preserve">, </w:t>
      </w:r>
      <w:hyperlink r:id="rId11">
        <w:r>
          <w:rPr>
            <w:color w:val="0000EE"/>
            <w:u w:val="single"/>
          </w:rPr>
          <w:t>[7]</w:t>
        </w:r>
      </w:hyperlink>
      <w:r>
        <w:t xml:space="preserve">- Paragraph 3: </w:t>
      </w:r>
      <w:hyperlink r:id="rId12">
        <w:r>
          <w:rPr>
            <w:color w:val="0000EE"/>
            <w:u w:val="single"/>
          </w:rPr>
          <w:t>[4]</w:t>
        </w:r>
      </w:hyperlink>
      <w:r>
        <w:t xml:space="preserve">, </w:t>
      </w:r>
      <w:hyperlink r:id="rId13">
        <w:r>
          <w:rPr>
            <w:color w:val="0000EE"/>
            <w:u w:val="single"/>
          </w:rPr>
          <w:t>[5]</w:t>
        </w:r>
      </w:hyperlink>
      <w:r>
        <w:t xml:space="preserve">- Paragraph 4: </w:t>
      </w:r>
      <w:hyperlink r:id="rId14">
        <w:r>
          <w:rPr>
            <w:color w:val="0000EE"/>
            <w:u w:val="single"/>
          </w:rPr>
          <w:t>[6]</w:t>
        </w:r>
      </w:hyperlink>
      <w:r>
        <w:t xml:space="preserve">, </w:t>
      </w:r>
      <w:hyperlink r:id="rId13">
        <w:r>
          <w:rPr>
            <w:color w:val="0000EE"/>
            <w:u w:val="single"/>
          </w:rPr>
          <w:t>[5]</w:t>
        </w:r>
      </w:hyperlink>
      <w:r>
        <w:t xml:space="preserve">- Paragraph 5: </w:t>
      </w:r>
      <w:hyperlink r:id="rId9">
        <w:r>
          <w:rPr>
            <w:color w:val="0000EE"/>
            <w:u w:val="single"/>
          </w:rPr>
          <w:t>[2]</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https://www.eriegaynews.com/news/article.php?recordid=202609awpnatlhvandaging&amp;sourceid=4&amp;sourcereason=RSSFeed</w:t>
        </w:r>
      </w:hyperlink>
      <w:r>
        <w:t xml:space="preserve"> - Please view link - unable to able to access data</w:t>
      </w:r>
      <w:r/>
    </w:p>
    <w:p>
      <w:pPr>
        <w:pStyle w:val="ListNumber"/>
        <w:spacing w:line="240" w:lineRule="auto"/>
        <w:ind w:left="720"/>
      </w:pPr>
      <w:r/>
      <w:hyperlink r:id="rId9">
        <w:r>
          <w:rPr>
            <w:color w:val="0000EE"/>
            <w:u w:val="single"/>
          </w:rPr>
          <w:t>https://www.eriegaynews.com/news/article.php?recordid=202609awpnatlhvandaging&amp;sourceid=4&amp;sourcereason=RSSFeed</w:t>
        </w:r>
      </w:hyperlink>
      <w:r>
        <w:t xml:space="preserve"> - This article introduces Pete G, a volunteer with Erie Gay News who, now retired, dedicates his time to local LGBTQ+ organisations and events. As the 2026 chair of Aging With Pride Erie, Pete is actively involved in various committees and also organises Bears Do Dinner, a monthly gathering that has been uniting people since 2013. He holds degrees from SUNY Buffalo and the Universität Würzburg, speaks German, enjoys cooking, and sells Pampered Chef products.</w:t>
      </w:r>
      <w:r/>
    </w:p>
    <w:p>
      <w:pPr>
        <w:pStyle w:val="ListNumber"/>
        <w:spacing w:line="240" w:lineRule="auto"/>
        <w:ind w:left="720"/>
      </w:pPr>
      <w:r/>
      <w:hyperlink r:id="rId10">
        <w:r>
          <w:rPr>
            <w:color w:val="0000EE"/>
            <w:u w:val="single"/>
          </w:rPr>
          <w:t>https://www.eriegaynews.com/aboutegn/credits.php?recordid=8586</w:t>
        </w:r>
      </w:hyperlink>
      <w:r>
        <w:t xml:space="preserve"> - This page provides detailed information about Pete G, highlighting his role as a volunteer with Erie Gay News and his leadership in local LGBTQ+ organisations. It also mentions his educational background and personal interests, including his involvement in Bears Do Dinner and his work with Pampered Chef products.</w:t>
      </w:r>
      <w:r/>
    </w:p>
    <w:p>
      <w:pPr>
        <w:pStyle w:val="ListNumber"/>
        <w:spacing w:line="240" w:lineRule="auto"/>
        <w:ind w:left="720"/>
      </w:pPr>
      <w:r/>
      <w:hyperlink r:id="rId12">
        <w:r>
          <w:rPr>
            <w:color w:val="0000EE"/>
            <w:u w:val="single"/>
          </w:rPr>
          <w:t>https://www.eriegaynews.com/news/article.php?recordid=202302bearsdodinner</w:t>
        </w:r>
      </w:hyperlink>
      <w:r>
        <w:t xml:space="preserve"> - This article discusses Bears Do Dinner, a social group in Erie, PA, that began in July 2013. The group meets monthly at different restaurants, fostering community among local bears and their friends. The article also highlights the group's history and its evolution over the years.</w:t>
      </w:r>
      <w:r/>
    </w:p>
    <w:p>
      <w:pPr>
        <w:pStyle w:val="ListNumber"/>
        <w:spacing w:line="240" w:lineRule="auto"/>
        <w:ind w:left="720"/>
      </w:pPr>
      <w:r/>
      <w:hyperlink r:id="rId13">
        <w:r>
          <w:rPr>
            <w:color w:val="0000EE"/>
            <w:u w:val="single"/>
          </w:rPr>
          <w:t>https://www.eriegaynews.com/news/article.php?recordid=202507bearsdodinnerrecap</w:t>
        </w:r>
      </w:hyperlink>
      <w:r>
        <w:t xml:space="preserve"> - This article recaps the 128th meet-up of Bears Do Dinner, held on June 9 at Underdog BBQ in Erie, PA. It also announces the next gathering at Syd's Place on July 9, showcasing the group's ongoing commitment to bringing the community together.</w:t>
      </w:r>
      <w:r/>
    </w:p>
    <w:p>
      <w:pPr>
        <w:pStyle w:val="ListNumber"/>
        <w:spacing w:line="240" w:lineRule="auto"/>
        <w:ind w:left="720"/>
      </w:pPr>
      <w:r/>
      <w:hyperlink r:id="rId14">
        <w:r>
          <w:rPr>
            <w:color w:val="0000EE"/>
            <w:u w:val="single"/>
          </w:rPr>
          <w:t>https://www.eriegaynews.com/news/article.php?recordid=202508awpdinnerrecap</w:t>
        </w:r>
      </w:hyperlink>
      <w:r>
        <w:t xml:space="preserve"> - This article recaps the June 26 dinner hosted by Aging With Pride at Give a Crepe La CrepErie in Erie, PA. It also provides details about the upcoming August dinner at Wooden Ladle Ramen and Rice Bowl, highlighting the group's dedication to fostering community among LGBTQ+ seniors.</w:t>
      </w:r>
      <w:r/>
    </w:p>
    <w:p>
      <w:pPr>
        <w:pStyle w:val="ListNumber"/>
        <w:spacing w:line="240" w:lineRule="auto"/>
        <w:ind w:left="720"/>
      </w:pPr>
      <w:r/>
      <w:hyperlink r:id="rId11">
        <w:r>
          <w:rPr>
            <w:color w:val="0000EE"/>
            <w:u w:val="single"/>
          </w:rPr>
          <w:t>https://www.eriegaynews.com/printedition/pdfs/EGN202408.pdf</w:t>
        </w:r>
      </w:hyperlink>
      <w:r>
        <w:t xml:space="preserve"> - This PDF from the August 2024 issue of Erie Gay News includes information about Aging With Pride's fundraiser with Pampered Chef. It provides details on how to participate, including the online order link and contact information for Pete Genco, the Pampered Chef Consultant.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riegaynews.com/news/article.php?recordid=202609awpnatlhvandaging&amp;sourceid=4&amp;sourcereason=RSSFeed" TargetMode="External"/><Relationship Id="rId10" Type="http://schemas.openxmlformats.org/officeDocument/2006/relationships/hyperlink" Target="https://www.eriegaynews.com/aboutegn/credits.php?recordid=8586" TargetMode="External"/><Relationship Id="rId11" Type="http://schemas.openxmlformats.org/officeDocument/2006/relationships/hyperlink" Target="https://www.eriegaynews.com/printedition/pdfs/EGN202408.pdf" TargetMode="External"/><Relationship Id="rId12" Type="http://schemas.openxmlformats.org/officeDocument/2006/relationships/hyperlink" Target="https://www.eriegaynews.com/news/article.php?recordid=202302bearsdodinner" TargetMode="External"/><Relationship Id="rId13" Type="http://schemas.openxmlformats.org/officeDocument/2006/relationships/hyperlink" Target="https://www.eriegaynews.com/news/article.php?recordid=202507bearsdodinnerrecap" TargetMode="External"/><Relationship Id="rId14" Type="http://schemas.openxmlformats.org/officeDocument/2006/relationships/hyperlink" Target="https://www.eriegaynews.com/news/article.php?recordid=202508awpdinnerreca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