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Picks This Week: Events, Advice and Where to Go in Milwaukee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 a crowd-pleaser: readers are turning back out to Milwaukee’s LGBTQ+ bars and events this week, with live music, crafty meet-ups and charity rides bringing communities together, perfect if you want a fun night out, a fresh date-night idea, or simply a kinder way to meet people.</w:t>
      </w:r>
      <w:r/>
    </w:p>
    <w:p>
      <w:r/>
      <w:r>
        <w:t>Essential Takeaways</w:t>
      </w:r>
      <w:r/>
      <w:r/>
    </w:p>
    <w:p>
      <w:pPr>
        <w:pStyle w:val="ListBullet"/>
        <w:spacing w:line="240" w:lineRule="auto"/>
        <w:ind w:left="720"/>
      </w:pPr>
      <w:r/>
      <w:r>
        <w:rPr>
          <w:b/>
        </w:rPr>
        <w:t>Weekly highlights:</w:t>
      </w:r>
      <w:r>
        <w:t xml:space="preserve"> LaCage, Woody’s, Harbor Room and Pop all host regular, lively events that draw a friendly crowd.</w:t>
      </w:r>
      <w:r/>
    </w:p>
    <w:p>
      <w:pPr>
        <w:pStyle w:val="ListBullet"/>
        <w:spacing w:line="240" w:lineRule="auto"/>
        <w:ind w:left="720"/>
      </w:pPr>
      <w:r/>
      <w:r>
        <w:rPr>
          <w:b/>
        </w:rPr>
        <w:t>Community vibe:</w:t>
      </w:r>
      <w:r>
        <w:t xml:space="preserve"> Events range from singalongs and karaoke to charity rides and adoption fundraisers, warm, social and inclusive.</w:t>
      </w:r>
      <w:r/>
    </w:p>
    <w:p>
      <w:pPr>
        <w:pStyle w:val="ListBullet"/>
        <w:spacing w:line="240" w:lineRule="auto"/>
        <w:ind w:left="720"/>
      </w:pPr>
      <w:r/>
      <w:r>
        <w:rPr>
          <w:b/>
        </w:rPr>
        <w:t>Practical fun:</w:t>
      </w:r>
      <w:r>
        <w:t xml:space="preserve"> Many events are low-cost or free, with food and drink specials and opportunities to participate (sing, craft, bike).</w:t>
      </w:r>
      <w:r/>
    </w:p>
    <w:p>
      <w:pPr>
        <w:pStyle w:val="ListBullet"/>
        <w:spacing w:line="240" w:lineRule="auto"/>
        <w:ind w:left="720"/>
      </w:pPr>
      <w:r/>
      <w:r>
        <w:rPr>
          <w:b/>
        </w:rPr>
        <w:t>Relationship tip:</w:t>
      </w:r>
      <w:r>
        <w:t xml:space="preserve"> Kindness, humour and showing up matter more than perfection when building lasting relationships.</w:t>
      </w:r>
      <w:r/>
      <w:r/>
    </w:p>
    <w:p>
      <w:pPr>
        <w:pStyle w:val="Heading2"/>
      </w:pPr>
      <w:r>
        <w:t>Where to go tonight: LaCage and Woody’s serve different kinds of fun</w:t>
      </w:r>
      <w:r/>
    </w:p>
    <w:p>
      <w:r/>
      <w:r>
        <w:t>If you want a buzzy Monday with a game-night energy, LaCage’s Boi Bingo downstairs in The Den delivers a playful, prize-filled evening and a chance to grab something hot from the grill. Woody’s, meanwhile, leans into regular themed days like Showtune Saturday where the bar turns into a friendly Broadway singalong, think loud, cathartic, a little bit theatrical and very communal. According to local listings and venue calendars, these spots are the backbone of Milwaukee’s scene for people who like their nights social and a little bit theatrical. If you’re picking a first visit, aim for an event night so you have something to join in quickly.</w:t>
      </w:r>
      <w:r/>
    </w:p>
    <w:p>
      <w:pPr>
        <w:pStyle w:val="Heading2"/>
      </w:pPr>
      <w:r>
        <w:t>Big acts and big nights: Gladys Knight’s stop and why live shows matter</w:t>
      </w:r>
      <w:r/>
    </w:p>
    <w:p>
      <w:r/>
      <w:r>
        <w:t>Concerts still pull people out from home, and when a legendary performer drops into town the energy lifts the whole weekend. Tickets and schedules can be found through box office listings and ticket sites, and a big-name show is a great anchor for a night out, dinner beforehand, a late bar visit, maybe even a post-show cocktail at a nearby LGBTQ+ venue. Live music nights at clubs and bars offer the same communal spark on a smaller scale, and they’re ideal if you want to meet others who share your taste in music.</w:t>
      </w:r>
      <w:r/>
    </w:p>
    <w:p>
      <w:pPr>
        <w:pStyle w:val="Heading2"/>
      </w:pPr>
      <w:r>
        <w:t>Give back while you socialise: Pride Ride and Rock for Rescue</w:t>
      </w:r>
      <w:r/>
    </w:p>
    <w:p>
      <w:r/>
      <w:r>
        <w:t>Community-minded events like the Pride Ride to Fight MS and Rock for Rescue blend socialising with purpose. The motorcycle group’s ride invites everyone, even car-followers, to join in solidarity and fundraising, while pet rescue benefits combine live music with the chance to meet adoptable dogs. These events are great if you want an evening or afternoon that feels meaningful; they also tend to attract people who are compassionate and engaged, making them natural places to strike up a conversation.</w:t>
      </w:r>
      <w:r/>
    </w:p>
    <w:p>
      <w:pPr>
        <w:pStyle w:val="Heading2"/>
      </w:pPr>
      <w:r>
        <w:t>Crafty connections and quieter ways to meet people</w:t>
      </w:r>
      <w:r/>
    </w:p>
    <w:p>
      <w:r/>
      <w:r>
        <w:t>Not every meet-up needs lights and loud music. Queer Crafternoon at the MKE LGBT Community Center offers a calm, creative space to work on projects, learn skills like knitting and chat with friendly faces. Events like this are perfect for slower pace socialising, bring a project, pick up tips, and enjoy approachable conversation. Community centres often post calendars of similar daytime activities, which are useful if you prefer mornings and afternoons to late nights.</w:t>
      </w:r>
      <w:r/>
    </w:p>
    <w:p>
      <w:pPr>
        <w:pStyle w:val="Heading2"/>
      </w:pPr>
      <w:r>
        <w:t>Why kindness beats perfection in relationships</w:t>
      </w:r>
      <w:r/>
    </w:p>
    <w:p>
      <w:r/>
      <w:r>
        <w:t>After watching countless events bring people together, there’s a simple truth: a happy relationship isn’t about finding the flawless partner, it’s about finding someone whose quirks fit yours. Passion and attraction are important, but kindness and the habit of showing up are what keep people together through the real stuff, illness, job stress, family upheaval. So when you’re out at bars, events or meet-ups, look for people who listen, laugh at your jokes and seem reliable; those small signals matter more than a perfect first impression.</w:t>
      </w:r>
      <w:r/>
    </w:p>
    <w:p>
      <w:r/>
      <w:r>
        <w:t>It's a small change that can make every night out, and every relationship, safer and sweeter.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1">
        <w:r>
          <w:rPr>
            <w:color w:val="0000EE"/>
            <w:u w:val="single"/>
          </w:rPr>
          <w:t>[7]</w:t>
        </w:r>
      </w:hyperlink>
      <w:r>
        <w:t xml:space="preserve">- Paragraph 3: </w:t>
      </w:r>
      <w:hyperlink r:id="rId13">
        <w:r>
          <w:rPr>
            <w:color w:val="0000EE"/>
            <w:u w:val="single"/>
          </w:rPr>
          <w:t>[5]</w:t>
        </w:r>
      </w:hyperlink>
      <w:r>
        <w:t xml:space="preserve">, </w:t>
      </w:r>
      <w:hyperlink r:id="rId11">
        <w:r>
          <w:rPr>
            <w:color w:val="0000EE"/>
            <w:u w:val="single"/>
          </w:rPr>
          <w:t>[7]</w:t>
        </w:r>
      </w:hyperlink>
      <w:r>
        <w:t xml:space="preserve">- Paragraph 4: </w:t>
      </w:r>
      <w:hyperlink r:id="rId14">
        <w:r>
          <w:rPr>
            <w:color w:val="0000EE"/>
            <w:u w:val="single"/>
          </w:rPr>
          <w:t>[4]</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https://shepherdexpress.com/lgbtq/dear-ruthie/secret-exposed/</w:t>
        </w:r>
      </w:hyperlink>
      <w:r>
        <w:t xml:space="preserve"> - Please view link - unable to able to access data</w:t>
      </w:r>
      <w:r/>
    </w:p>
    <w:p>
      <w:pPr>
        <w:pStyle w:val="ListNumber"/>
        <w:spacing w:line="240" w:lineRule="auto"/>
        <w:ind w:left="720"/>
      </w:pPr>
      <w:r/>
      <w:hyperlink r:id="rId10">
        <w:r>
          <w:rPr>
            <w:color w:val="0000EE"/>
            <w:u w:val="single"/>
          </w:rPr>
          <w:t>https://c3designs.rocks/services.html</w:t>
        </w:r>
      </w:hyperlink>
      <w:r>
        <w:t xml:space="preserve"> - C3 Designs offers a range of in-house services, including custom jewelry design, jewelry and watch repair, appraisals, pearl and bead stringing, engraving, and flip guards. They are located at 2110 10th Avenue, South Milwaukee, WI 53172, and can be contacted at (414) 764-3892. Their store hours are Monday to Friday from 10 am to 6 pm, Thursday until 7 pm, Saturday from 10 am to 2 pm, and closed on Sundays.</w:t>
      </w:r>
      <w:r/>
    </w:p>
    <w:p>
      <w:pPr>
        <w:pStyle w:val="ListNumber"/>
        <w:spacing w:line="240" w:lineRule="auto"/>
        <w:ind w:left="720"/>
      </w:pPr>
      <w:r/>
      <w:hyperlink r:id="rId12">
        <w:r>
          <w:rPr>
            <w:color w:val="0000EE"/>
            <w:u w:val="single"/>
          </w:rPr>
          <w:t>https://woodysmke.com/</w:t>
        </w:r>
      </w:hyperlink>
      <w:r>
        <w:t xml:space="preserve"> - Woody's Bar is a locally owned LGBTQ+ sports bar situated in Milwaukee's Walker's Point neighbourhood. The bar offers a variety of events, including happy hours, trivia, karaoke, darts, and beer busts. Their address is 1579 S 2nd St, Milwaukee, WI 53204, and they can be reached at (414) 672-0806. Their operating hours are Monday to Friday from 4 pm to close, Saturday from 2 pm to close, and Sunday from 2 pm to close.</w:t>
      </w:r>
      <w:r/>
    </w:p>
    <w:p>
      <w:pPr>
        <w:pStyle w:val="ListNumber"/>
        <w:spacing w:line="240" w:lineRule="auto"/>
        <w:ind w:left="720"/>
      </w:pPr>
      <w:r/>
      <w:hyperlink r:id="rId14">
        <w:r>
          <w:rPr>
            <w:color w:val="0000EE"/>
            <w:u w:val="single"/>
          </w:rPr>
          <w:t>https://www.gayout.com/usa-canada/united-states/milwaukee/events/camp-a-drag-show-at-centraal-2026-08-05</w:t>
        </w:r>
      </w:hyperlink>
      <w:r>
        <w:t xml:space="preserve"> - On Wednesday, August 5, 2026, Centraal Grand Café and Tappery in Milwaukee hosted 'Camp: A Drag Show at Centraal.' The event featured performances by local drag artists and was open to the public. Centraal is located at 2306 South Kinnickinnic Avenue, Milwaukee, WI.</w:t>
      </w:r>
      <w:r/>
    </w:p>
    <w:p>
      <w:pPr>
        <w:pStyle w:val="ListNumber"/>
        <w:spacing w:line="240" w:lineRule="auto"/>
        <w:ind w:left="720"/>
      </w:pPr>
      <w:r/>
      <w:hyperlink r:id="rId13">
        <w:r>
          <w:rPr>
            <w:color w:val="0000EE"/>
            <w:u w:val="single"/>
          </w:rPr>
          <w:t>https://www.therave.com/concert.asp?id=8403</w:t>
        </w:r>
      </w:hyperlink>
      <w:r>
        <w:t xml:space="preserve"> - The Rave/Eagles Club in Milwaukee is hosting the 'Next Level K-Pop Rave' on Saturday, August 22, 2026, at 8:30 pm. The event is dedicated to K-pop music and culture, featuring hits from popular groups. The venue is located at 2401 West Wisconsin Avenue, Milwaukee, WI 53233.</w:t>
      </w:r>
      <w:r/>
    </w:p>
    <w:p>
      <w:pPr>
        <w:pStyle w:val="ListNumber"/>
        <w:spacing w:line="240" w:lineRule="auto"/>
        <w:ind w:left="720"/>
      </w:pPr>
      <w:r/>
      <w:hyperlink r:id="rId15">
        <w:r>
          <w:rPr>
            <w:color w:val="0000EE"/>
            <w:u w:val="single"/>
          </w:rPr>
          <w:t>https://www.pridefest.com/</w:t>
        </w:r>
      </w:hyperlink>
      <w:r>
        <w:t xml:space="preserve"> - PrideFest Milwaukee is Wisconsin's largest LGBTQ+ festival, held annually since 1987. The festival takes place at Henry W. Maier Festival Park (Summerfest Grounds) in Milwaukee, WI. The event features various activities, performances, and resources for the LGBTQ+ community.</w:t>
      </w:r>
      <w:r/>
    </w:p>
    <w:p>
      <w:pPr>
        <w:pStyle w:val="ListNumber"/>
        <w:spacing w:line="240" w:lineRule="auto"/>
        <w:ind w:left="720"/>
      </w:pPr>
      <w:r/>
      <w:hyperlink r:id="rId11">
        <w:r>
          <w:rPr>
            <w:color w:val="0000EE"/>
            <w:u w:val="single"/>
          </w:rPr>
          <w:t>https://outxout.com/blog/best-gay-bars-milwaukee</w:t>
        </w:r>
      </w:hyperlink>
      <w:r>
        <w:t xml:space="preserve"> - Out x Out provides a comprehensive guide to LGBTQ+ nightlife in Milwaukee, highlighting bars and clubs such as La Cage NiteClub, Woody's Bar, and others. The guide offers insights into the vibrant LGBTQ+ scene in Milwaukee's Walker's Point neighbourhood, known as 'the Fruit Loop.'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epherdexpress.com/lgbtq/dear-ruthie/secret-exposed/" TargetMode="External"/><Relationship Id="rId10" Type="http://schemas.openxmlformats.org/officeDocument/2006/relationships/hyperlink" Target="https://c3designs.rocks/services.html" TargetMode="External"/><Relationship Id="rId11" Type="http://schemas.openxmlformats.org/officeDocument/2006/relationships/hyperlink" Target="https://outxout.com/blog/best-gay-bars-milwaukee" TargetMode="External"/><Relationship Id="rId12" Type="http://schemas.openxmlformats.org/officeDocument/2006/relationships/hyperlink" Target="https://woodysmke.com/" TargetMode="External"/><Relationship Id="rId13" Type="http://schemas.openxmlformats.org/officeDocument/2006/relationships/hyperlink" Target="https://www.therave.com/concert.asp?id=8403" TargetMode="External"/><Relationship Id="rId14" Type="http://schemas.openxmlformats.org/officeDocument/2006/relationships/hyperlink" Target="https://www.gayout.com/usa-canada/united-states/milwaukee/events/camp-a-drag-show-at-centraal-2026-08-05" TargetMode="External"/><Relationship Id="rId15" Type="http://schemas.openxmlformats.org/officeDocument/2006/relationships/hyperlink" Target="https://www.pridefes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