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Lesbian "I Like You" Confessions That Still Make Us Swoon</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Bask in the good kind of nervous energy: fans are celebrating the most memorable lesbian “I like you” moments from TV and film, from slow-burn forehead touches to breathless, impulsive admissions, and why these scenes still land, heart-in-throat, fist-in-pocket, years later.</w:t>
      </w:r>
      <w:r/>
    </w:p>
    <w:p>
      <w:r/>
      <w:r>
        <w:t>Essential Takeaways</w:t>
      </w:r>
      <w:r/>
      <w:r/>
    </w:p>
    <w:p>
      <w:pPr>
        <w:pStyle w:val="ListBullet"/>
        <w:spacing w:line="240" w:lineRule="auto"/>
        <w:ind w:left="720"/>
      </w:pPr>
      <w:r/>
      <w:r>
        <w:rPr>
          <w:b/>
        </w:rPr>
        <w:t>Iconic range:</w:t>
      </w:r>
      <w:r>
        <w:t xml:space="preserve"> Confessions run from heartbreaking to hilarious, each carrying a distinct emotional texture that feels immediately recognisable.</w:t>
      </w:r>
      <w:r/>
    </w:p>
    <w:p>
      <w:pPr>
        <w:pStyle w:val="ListBullet"/>
        <w:spacing w:line="240" w:lineRule="auto"/>
        <w:ind w:left="720"/>
      </w:pPr>
      <w:r/>
      <w:r>
        <w:rPr>
          <w:b/>
        </w:rPr>
        <w:t>Slow-burn payoff:</w:t>
      </w:r>
      <w:r>
        <w:t xml:space="preserve"> Scenes that build tension over time tend to feel more satisfying, small gestures, long glances, those near-kisses.</w:t>
      </w:r>
      <w:r/>
    </w:p>
    <w:p>
      <w:pPr>
        <w:pStyle w:val="ListBullet"/>
        <w:spacing w:line="240" w:lineRule="auto"/>
        <w:ind w:left="720"/>
      </w:pPr>
      <w:r/>
      <w:r>
        <w:rPr>
          <w:b/>
        </w:rPr>
        <w:t>Varied settings:</w:t>
      </w:r>
      <w:r>
        <w:t xml:space="preserve"> From locker rooms to 18th-century coasts, location and costume sharpen the feeling, wet hair, soft candlelight, or fluorescent bathroom tiles all add layers.</w:t>
      </w:r>
      <w:r/>
    </w:p>
    <w:p>
      <w:pPr>
        <w:pStyle w:val="ListBullet"/>
        <w:spacing w:line="240" w:lineRule="auto"/>
        <w:ind w:left="720"/>
      </w:pPr>
      <w:r/>
      <w:r>
        <w:rPr>
          <w:b/>
        </w:rPr>
        <w:t>Cultural impact:</w:t>
      </w:r>
      <w:r>
        <w:t xml:space="preserve"> Many of these moments helped normalise queer longing on mainstream screens, offering viewers both validation and inspiration.</w:t>
      </w:r>
      <w:r/>
    </w:p>
    <w:p>
      <w:pPr>
        <w:pStyle w:val="ListBullet"/>
        <w:spacing w:line="240" w:lineRule="auto"/>
        <w:ind w:left="720"/>
      </w:pPr>
      <w:r/>
      <w:r>
        <w:rPr>
          <w:b/>
        </w:rPr>
        <w:t>Practical tip:</w:t>
      </w:r>
      <w:r>
        <w:t xml:space="preserve"> Rewatch with a friend or partner, these scenes are designed to be felt, and shared viewing often doubles the delight.</w:t>
      </w:r>
      <w:r/>
      <w:r/>
    </w:p>
    <w:p>
      <w:pPr>
        <w:pStyle w:val="Heading2"/>
      </w:pPr>
      <w:r>
        <w:t>Why a simple "I like you" hits so hard</w:t>
      </w:r>
      <w:r/>
    </w:p>
    <w:p>
      <w:r/>
      <w:r>
        <w:t>There’s something electric about admitting desire out loud; it’s a tiny rebellion and a huge relief at once. According to longtime viewers and pop culture roundups, the best confessions combine vulnerability with earned intimacy, so the payoff feels inevitable rather than pulled from nowhere. A whispered admission after months of stolen looks turns into an emotional reward for both characters and audience. If you want the full effect, watch the scene all the way through the build-up, context makes the words land.</w:t>
      </w:r>
      <w:r/>
    </w:p>
    <w:p>
      <w:pPr>
        <w:pStyle w:val="Heading2"/>
      </w:pPr>
      <w:r>
        <w:t>Slow-burn lovers: the patience makes the passion sweeter</w:t>
      </w:r>
      <w:r/>
    </w:p>
    <w:p>
      <w:r/>
      <w:r>
        <w:t>Shows that let tension simmer, think enemies-to-lovers or friends-to-more, create confessions that feel hard-won. Fans often point to arcs where small rituals and repeated gestures accumulate: a touch to the forehead, a shared joke, a promise that lingers. Industry lists and fan essays agree that these arcs stick with viewers because they mirror real-life risk and reward. If you’re picking a scene to savour, choose one where emotional history precedes the line; it’ll feel richer, and you’ll care more about the outcome.</w:t>
      </w:r>
      <w:r/>
    </w:p>
    <w:p>
      <w:pPr>
        <w:pStyle w:val="Heading2"/>
      </w:pPr>
      <w:r>
        <w:t>Confessions that broke our hearts and changed careers</w:t>
      </w:r>
      <w:r/>
    </w:p>
    <w:p>
      <w:r/>
      <w:r>
        <w:t>Some scenes land as heartbreak rather than happy-ever-after, and they matter just as much. Classic films and prestige shows used confessions to portray the cost of longing in eras when queer desire was rarely centred. These moments often carry a melancholic charge, an admission that comes too late or into a world that doesn’t accept it. Critics and readers have noted how such scenes helped shift cultural conversation by making private feelings visible on screen, even when the story didn’t promise a tidy ending.</w:t>
      </w:r>
      <w:r/>
    </w:p>
    <w:p>
      <w:pPr>
        <w:pStyle w:val="Heading2"/>
      </w:pPr>
      <w:r>
        <w:t>Where the setting does half the work</w:t>
      </w:r>
      <w:r/>
    </w:p>
    <w:p>
      <w:r/>
      <w:r>
        <w:t>A confession in a bathroom under flickering lights feels different from one by candlelit waves or in a rainy street. Costume, lighting and location act like a mood playlist for the words themselves. Poolside or lake scenes add slick, immediate sensuality; quiet parlours or academic halls create a slow-burn tension. When directors lean into sensory detail, wet hair, a soft sweater, the clack of shoes, the line “I like you” becomes sensory too. For viewers trying to recreate the vibe, focus on small elements: lighting, soundtrack, and proximity do more than dialogue.</w:t>
      </w:r>
      <w:r/>
    </w:p>
    <w:p>
      <w:pPr>
        <w:pStyle w:val="Heading2"/>
      </w:pPr>
      <w:r>
        <w:t>Fan favourites and the scenes everyone replays</w:t>
      </w:r>
      <w:r/>
    </w:p>
    <w:p>
      <w:r/>
      <w:r>
        <w:t>Lists of best confessions across entertainment outlets keep returning to a handful of scenes that fans replay and debate. Whether it’s a heated, impulsive admission or a long-awaited mutual reveal, these moments become community touchstones, memes, GIFs, and quoteable lines that circulate years later. If you want to explore, start with well-known pairs from recent series and work backwards; you’ll trace an evolution in how shows approach queer desire and notice how representation has broadened.</w:t>
      </w:r>
      <w:r/>
    </w:p>
    <w:p>
      <w:pPr>
        <w:pStyle w:val="Heading2"/>
      </w:pPr>
      <w:r>
        <w:t>How to pick the confession scene for your mood</w:t>
      </w:r>
      <w:r/>
    </w:p>
    <w:p>
      <w:r/>
      <w:r>
        <w:t>Looking for swoon? Pick a slow-burn with a payoff you can savour. Need catharsis? Go for the heartbreaking, honest admission. Want something playful or sexy? Choose scenes set in high-energy, spontaneous contexts. And if you’re watching with someone, swap scenes and talk about what landed and why, these moments are made for conversation. Above all, enjoy the rush: those first three words still feel like small rebellions, and you’re allowed to cheer.</w:t>
      </w:r>
      <w:r/>
    </w:p>
    <w:p>
      <w:r/>
      <w:r>
        <w:t>It's a small delight to relive these confessions, whether they made you grin, ache, or shout at the screen.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14">
        <w:r>
          <w:rPr>
            <w:color w:val="0000EE"/>
            <w:u w:val="single"/>
          </w:rPr>
          <w:t>[4]</w:t>
        </w:r>
      </w:hyperlink>
      <w:r>
        <w:t xml:space="preserve">, </w:t>
      </w:r>
      <w:hyperlink r:id="rId13">
        <w:r>
          <w:rPr>
            <w:color w:val="0000EE"/>
            <w:u w:val="single"/>
          </w:rPr>
          <w:t>[6]</w:t>
        </w:r>
      </w:hyperlink>
      <w:r>
        <w:t xml:space="preserve">- Paragraph 5: </w:t>
      </w:r>
      <w:hyperlink r:id="rId10">
        <w:r>
          <w:rPr>
            <w:color w:val="0000EE"/>
            <w:u w:val="single"/>
          </w:rPr>
          <w:t>[2]</w:t>
        </w:r>
      </w:hyperlink>
      <w:r>
        <w:t xml:space="preserve">, </w:t>
      </w:r>
      <w:hyperlink r:id="rId15">
        <w:r>
          <w:rPr>
            <w:color w:val="0000EE"/>
            <w:u w:val="single"/>
          </w:rPr>
          <w:t>[7]</w:t>
        </w:r>
      </w:hyperlink>
      <w:r>
        <w:t xml:space="preserve">- Paragraph 6: </w:t>
      </w:r>
      <w:hyperlink r:id="rId11">
        <w:r>
          <w:rPr>
            <w:color w:val="0000EE"/>
            <w:u w:val="single"/>
          </w:rPr>
          <w:t>[3]</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https://gomag.com/article/the-lesbian-i-like-you-confessions-well-never-get-over/</w:t>
        </w:r>
      </w:hyperlink>
      <w:r>
        <w:t xml:space="preserve"> - Please view link - unable to able to access data</w:t>
      </w:r>
      <w:r/>
    </w:p>
    <w:p>
      <w:pPr>
        <w:pStyle w:val="ListNumber"/>
        <w:spacing w:line="240" w:lineRule="auto"/>
        <w:ind w:left="720"/>
      </w:pPr>
      <w:r/>
      <w:hyperlink r:id="rId10">
        <w:r>
          <w:rPr>
            <w:color w:val="0000EE"/>
            <w:u w:val="single"/>
          </w:rPr>
          <w:t>https://www.watchmojo.com/articles/top-10-best-love-confession-scenes-on-tv</w:t>
        </w:r>
      </w:hyperlink>
      <w:r>
        <w:t xml:space="preserve"> - This article from WatchMojo highlights the top 10 love confession scenes on television, including memorable moments from shows like 'The 100', 'Grey's Anatomy', and 'The Vampire Diaries'. It discusses how these scenes have impacted viewers and the significance of these confessions in the development of the characters' relationships.</w:t>
      </w:r>
      <w:r/>
    </w:p>
    <w:p>
      <w:pPr>
        <w:pStyle w:val="ListNumber"/>
        <w:spacing w:line="240" w:lineRule="auto"/>
        <w:ind w:left="720"/>
      </w:pPr>
      <w:r/>
      <w:hyperlink r:id="rId11">
        <w:r>
          <w:rPr>
            <w:color w:val="0000EE"/>
            <w:u w:val="single"/>
          </w:rPr>
          <w:t>https://www.out.com/gay-entertainment/lesbian-kissing</w:t>
        </w:r>
      </w:hyperlink>
      <w:r>
        <w:t xml:space="preserve"> - Out.com presents a compilation of 15 unforgettable lesbian and sapphic kisses from TV and movies. The article showcases significant moments that have advanced queer representation and left a lasting impression on audiences, featuring scenes from various popular series and films.</w:t>
      </w:r>
      <w:r/>
    </w:p>
    <w:p>
      <w:pPr>
        <w:pStyle w:val="ListNumber"/>
        <w:spacing w:line="240" w:lineRule="auto"/>
        <w:ind w:left="720"/>
      </w:pPr>
      <w:r/>
      <w:hyperlink r:id="rId14">
        <w:r>
          <w:rPr>
            <w:color w:val="0000EE"/>
            <w:u w:val="single"/>
          </w:rPr>
          <w:t>https://www.autostraddle.com/10-sexiest-lesbian-tv-scenes-that-happened-in-pools-or-lakes-328394/</w:t>
        </w:r>
      </w:hyperlink>
      <w:r>
        <w:t xml:space="preserve"> - Autostraddle's article focuses on 10 of the sexiest lesbian TV scenes that took place in pools or lakes. It highlights moments from shows like 'The L Word' and 'The Fosters', discussing the impact of these intimate settings on the portrayal of lesbian relationships on screen.</w:t>
      </w:r>
      <w:r/>
    </w:p>
    <w:p>
      <w:pPr>
        <w:pStyle w:val="ListNumber"/>
        <w:spacing w:line="240" w:lineRule="auto"/>
        <w:ind w:left="720"/>
      </w:pPr>
      <w:r/>
      <w:hyperlink r:id="rId12">
        <w:r>
          <w:rPr>
            <w:color w:val="0000EE"/>
            <w:u w:val="single"/>
          </w:rPr>
          <w:t>https://www.watchmojo.com/articles/top-10-best-love-confession-scenes-in-anime</w:t>
        </w:r>
      </w:hyperlink>
      <w:r>
        <w:t xml:space="preserve"> - WatchMojo's article lists the top 10 best love confession scenes in anime, featuring intense and memorable moments from series such as 'Toradora!' and 'Re:Zero – Starting Life in Another World'. It explores how these confessions have resonated with audiences and their significance in the anime genre.</w:t>
      </w:r>
      <w:r/>
    </w:p>
    <w:p>
      <w:pPr>
        <w:pStyle w:val="ListNumber"/>
        <w:spacing w:line="240" w:lineRule="auto"/>
        <w:ind w:left="720"/>
      </w:pPr>
      <w:r/>
      <w:hyperlink r:id="rId13">
        <w:r>
          <w:rPr>
            <w:color w:val="0000EE"/>
            <w:u w:val="single"/>
          </w:rPr>
          <w:t>https://www.yahoo.com/entertainment/tv/articles/9-steamiest-lesbian-sapphic-kisses-192734347.html</w:t>
        </w:r>
      </w:hyperlink>
      <w:r>
        <w:t xml:space="preserve"> - Yahoo Entertainment's article highlights the 13 steamiest lesbian and sapphic kisses of 2025. It features scenes from various TV shows and movies, discussing the impact of these moments on queer representation and their reception by audiences.</w:t>
      </w:r>
      <w:r/>
    </w:p>
    <w:p>
      <w:pPr>
        <w:pStyle w:val="ListNumber"/>
        <w:spacing w:line="240" w:lineRule="auto"/>
        <w:ind w:left="720"/>
      </w:pPr>
      <w:r/>
      <w:hyperlink r:id="rId15">
        <w:r>
          <w:rPr>
            <w:color w:val="0000EE"/>
            <w:u w:val="single"/>
          </w:rPr>
          <w:t>https://shapes.inc/fandom/lesbian-and-bisexual-tv-couples-fandom/quotes</w:t>
        </w:r>
      </w:hyperlink>
      <w:r>
        <w:t xml:space="preserve"> - Shapes Inc. provides a collection of iconic dialogue from lesbian and bisexual TV couples, featuring heartfelt confessions and powerful declarations of identity from shows like 'Wynonna Earp', 'Killing Eve', and 'The Haunting of Bly Manor'. The article showcases memorable lines that have resonated with viewers.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omag.com/article/the-lesbian-i-like-you-confessions-well-never-get-over/" TargetMode="External"/><Relationship Id="rId10" Type="http://schemas.openxmlformats.org/officeDocument/2006/relationships/hyperlink" Target="https://www.watchmojo.com/articles/top-10-best-love-confession-scenes-on-tv" TargetMode="External"/><Relationship Id="rId11" Type="http://schemas.openxmlformats.org/officeDocument/2006/relationships/hyperlink" Target="https://www.out.com/gay-entertainment/lesbian-kissing" TargetMode="External"/><Relationship Id="rId12" Type="http://schemas.openxmlformats.org/officeDocument/2006/relationships/hyperlink" Target="https://www.watchmojo.com/articles/top-10-best-love-confession-scenes-in-anime" TargetMode="External"/><Relationship Id="rId13" Type="http://schemas.openxmlformats.org/officeDocument/2006/relationships/hyperlink" Target="https://www.yahoo.com/entertainment/tv/articles/9-steamiest-lesbian-sapphic-kisses-192734347.html" TargetMode="External"/><Relationship Id="rId14" Type="http://schemas.openxmlformats.org/officeDocument/2006/relationships/hyperlink" Target="https://www.autostraddle.com/10-sexiest-lesbian-tv-scenes-that-happened-in-pools-or-lakes-328394/" TargetMode="External"/><Relationship Id="rId15" Type="http://schemas.openxmlformats.org/officeDocument/2006/relationships/hyperlink" Target="https://shapes.inc/fandom/lesbian-and-bisexual-tv-couples-fandom/quo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