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Harry Potter TV Drama Picks: Why Creators Are Saying No to J.K. Rowling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are watching casting rooms and director chairs empty as high-profile queer filmmakers publicly refuse to join HBO's new Harry Potter series , a cultural standoff that matters because creators' exits shape tone, trust and whether fans will tune in.</w:t>
      </w:r>
      <w:r/>
    </w:p>
    <w:p>
      <w:r/>
      <w:r>
        <w:t>Essential Takeaways</w:t>
      </w:r>
      <w:r/>
      <w:r/>
    </w:p>
    <w:p>
      <w:pPr>
        <w:pStyle w:val="ListBullet"/>
        <w:spacing w:line="240" w:lineRule="auto"/>
        <w:ind w:left="720"/>
      </w:pPr>
      <w:r/>
      <w:r>
        <w:rPr>
          <w:b/>
        </w:rPr>
        <w:t>Public refusals:</w:t>
      </w:r>
      <w:r>
        <w:t xml:space="preserve"> Two well-known queer directors declined to direct the HBO Potter show, citing J.K. Rowling’s public stance on gender as the reason.</w:t>
      </w:r>
      <w:r/>
    </w:p>
    <w:p>
      <w:pPr>
        <w:pStyle w:val="ListBullet"/>
        <w:spacing w:line="240" w:lineRule="auto"/>
        <w:ind w:left="720"/>
      </w:pPr>
      <w:r/>
      <w:r>
        <w:rPr>
          <w:b/>
        </w:rPr>
        <w:t>Visible pushback:</w:t>
      </w:r>
      <w:r>
        <w:t xml:space="preserve"> Ally Pankiw and Kate Herron both made their decisions public, with Pankiw framing her refusal as a stance against transphobia.</w:t>
      </w:r>
      <w:r/>
    </w:p>
    <w:p>
      <w:pPr>
        <w:pStyle w:val="ListBullet"/>
        <w:spacing w:line="240" w:lineRule="auto"/>
        <w:ind w:left="720"/>
      </w:pPr>
      <w:r/>
      <w:r>
        <w:rPr>
          <w:b/>
        </w:rPr>
        <w:t>Industry concern:</w:t>
      </w:r>
      <w:r>
        <w:t xml:space="preserve"> HBO executives and some talent have had to respond or address whether Rowling’s views will influence the series’ content.</w:t>
      </w:r>
      <w:r/>
    </w:p>
    <w:p>
      <w:pPr>
        <w:pStyle w:val="ListBullet"/>
        <w:spacing w:line="240" w:lineRule="auto"/>
        <w:ind w:left="720"/>
      </w:pPr>
      <w:r/>
      <w:r>
        <w:rPr>
          <w:b/>
        </w:rPr>
        <w:t>Casting sensitivity:</w:t>
      </w:r>
      <w:r>
        <w:t xml:space="preserve"> Actors and directors are weighing moral alignment with project backers, not just scripts , which can affect who signs on.</w:t>
      </w:r>
      <w:r/>
    </w:p>
    <w:p>
      <w:pPr>
        <w:pStyle w:val="ListBullet"/>
        <w:spacing w:line="240" w:lineRule="auto"/>
        <w:ind w:left="720"/>
      </w:pPr>
      <w:r/>
      <w:r>
        <w:rPr>
          <w:b/>
        </w:rPr>
        <w:t>Practical effect:</w:t>
      </w:r>
      <w:r>
        <w:t xml:space="preserve"> Creative departures can change the show's voice, delay production and shift audience expectations.</w:t>
      </w:r>
      <w:r/>
      <w:r/>
    </w:p>
    <w:p>
      <w:pPr>
        <w:pStyle w:val="Heading2"/>
      </w:pPr>
      <w:r>
        <w:t>Directors walk away , and it looks deliberate</w:t>
      </w:r>
      <w:r/>
    </w:p>
    <w:p>
      <w:r/>
      <w:r>
        <w:t>The most striking detail is how public and unequivocal the refusals were, and that adds a sensory note: the replies were blunt, loud and shared on social feeds. According to reporting, Ally Pankiw replied to her agent in no uncertain terms, and Kate Herron confirmed she’d said no twice. That kind of vocal refusal does more than leave a vacancy , it sends a signal through the industry about what creators will or won’t tolerate.</w:t>
      </w:r>
      <w:r/>
    </w:p>
    <w:p>
      <w:r/>
      <w:r>
        <w:t>This isn’t just personal drama. Directors like Herron and Pankiw bring distinct tonal fingerprints , Herron’s work on Loki reshaped a franchise turn; losing them can alter how HBO’s adaptation sounds and feels. For viewers, that means the series arriving without certain creative voices might feel different to the shows that inspired it.</w:t>
      </w:r>
      <w:r/>
    </w:p>
    <w:p>
      <w:pPr>
        <w:pStyle w:val="Heading2"/>
      </w:pPr>
      <w:r>
        <w:t>Why Rowling’s views are the sticking point</w:t>
      </w:r>
      <w:r/>
    </w:p>
    <w:p>
      <w:r/>
      <w:r>
        <w:t>J.K. Rowling’s public interventions in debates around biological sex and gender identity have become part of the conversation about any project associated with her name. She’s repeatedly explained her stance as protecting women’s sex-based rights, while critics label those views transphobic. That clash is now a casting and staffing issue for large-scale projects.</w:t>
      </w:r>
      <w:r/>
    </w:p>
    <w:p>
      <w:r/>
      <w:r>
        <w:t>Industry outlets have reported the studio’s need to clarify whether the series will reflect Rowling’s opinions, and creative talent are factoring that into their choices. For many directors and actors, working on a project that might be seen as platforming those views is an ethical red flag , and a public relations risk.</w:t>
      </w:r>
      <w:r/>
    </w:p>
    <w:p>
      <w:pPr>
        <w:pStyle w:val="Heading2"/>
      </w:pPr>
      <w:r>
        <w:t>Studios respond and try to reassure talent</w:t>
      </w:r>
      <w:r/>
    </w:p>
    <w:p>
      <w:r/>
      <w:r>
        <w:t>When controversies flare, networks often step in to reassure creators and audiences. HBO sources and reporting suggest executives are emphasising editorial independence , that the show won’t be a political mouthpiece for its author. Those public reassurances aim to separate a writer’s personal views from the production’s creative direction.</w:t>
      </w:r>
      <w:r/>
    </w:p>
    <w:p>
      <w:r/>
      <w:r>
        <w:t>Still, words only go so far. For talent vetting a job, the question is whether studio promises are backed by contracts, staffing choices and a safe, inclusive set. Directors and actors are increasingly asking direct questions about producer and writer roles, and whether diverse voices will be protected behind the camera.</w:t>
      </w:r>
      <w:r/>
    </w:p>
    <w:p>
      <w:pPr>
        <w:pStyle w:val="Heading2"/>
      </w:pPr>
      <w:r>
        <w:t>What this means for fans and when to worry</w:t>
      </w:r>
      <w:r/>
    </w:p>
    <w:p>
      <w:r/>
      <w:r>
        <w:t>For viewers, the immediate takeaway is simple: creative walkouts can lead to delays and a different-feeling show. If high-profile directors and certain actors stay away, the series might pivot in tone, or take longer to find a stable creative team. Fans who care about representation are also watching to see whether the show will be welcoming to LGBTQ+ cast and crew.</w:t>
      </w:r>
      <w:r/>
    </w:p>
    <w:p>
      <w:r/>
      <w:r>
        <w:t>If you’re deciding whether to get excited yet, watch for a few signs: official statements on editorial independence, staffing lists that include diverse creatives, and transparent casting notices. Those are better indicators of a project’s likely tone than headlines alone.</w:t>
      </w:r>
      <w:r/>
    </w:p>
    <w:p>
      <w:pPr>
        <w:pStyle w:val="Heading2"/>
      </w:pPr>
      <w:r>
        <w:t>How to judge offers as a creator or concerned viewer</w:t>
      </w:r>
      <w:r/>
    </w:p>
    <w:p>
      <w:r/>
      <w:r>
        <w:t>If you’re in the industry, think pragmatically: ask about contractual guarantees for creative control, discrimination policies on set, and who holds final editorial say. For viewers, look for independent reporting on the showrunner and writers, and for early interviews with cast about their experience. Transparency matters most.</w:t>
      </w:r>
      <w:r/>
    </w:p>
    <w:p>
      <w:r/>
      <w:r>
        <w:t>And finally, remember this is part of a broader cultural shift: creators now weigh moral alignment as seriously as pay or prestige. That change reshapes what gets made and who’s willing to lend their name to it.</w:t>
      </w:r>
      <w:r/>
    </w:p>
    <w:p>
      <w:r/>
      <w:r>
        <w:t>It's a small change that can make every production choice tell a bigger 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12">
        <w:r>
          <w:rPr>
            <w:color w:val="0000EE"/>
            <w:u w:val="single"/>
          </w:rPr>
          <w:t>[5]</w:t>
        </w:r>
      </w:hyperlink>
      <w:r>
        <w:t xml:space="preserve">, </w:t>
      </w:r>
      <w:hyperlink r:id="rId11">
        <w:r>
          <w:rPr>
            <w:color w:val="0000EE"/>
            <w:u w:val="single"/>
          </w:rPr>
          <w:t>[6]</w:t>
        </w:r>
      </w:hyperlink>
      <w:r>
        <w:t xml:space="preserve">- Paragraph 5: </w:t>
      </w:r>
      <w:hyperlink r:id="rId13">
        <w:r>
          <w:rPr>
            <w:color w:val="0000EE"/>
            <w:u w:val="single"/>
          </w:rPr>
          <w:t>[4]</w:t>
        </w:r>
      </w:hyperlink>
      <w:r>
        <w:t xml:space="preserve">, </w:t>
      </w:r>
      <w:hyperlink r:id="rId14">
        <w:r>
          <w:rPr>
            <w:color w:val="0000EE"/>
            <w:u w:val="single"/>
          </w:rPr>
          <w:t>[7]</w:t>
        </w:r>
      </w:hyperlink>
      <w:r>
        <w:t xml:space="preserve">- Paragraph 6: </w:t>
      </w:r>
      <w:hyperlink r:id="rId10">
        <w:r>
          <w:rPr>
            <w:color w:val="0000EE"/>
            <w:u w:val="single"/>
          </w:rPr>
          <w:t>[3]</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https://www.dailywire.com/news/queer-directors-turn-down-j-k-rowlings-new-show-over-her-defense-of-biological-reality</w:t>
        </w:r>
      </w:hyperlink>
      <w:r>
        <w:t xml:space="preserve"> - Please view link - unable to able to access data</w:t>
      </w:r>
      <w:r/>
    </w:p>
    <w:p>
      <w:pPr>
        <w:pStyle w:val="ListNumber"/>
        <w:spacing w:line="240" w:lineRule="auto"/>
        <w:ind w:left="720"/>
      </w:pPr>
      <w:r/>
      <w:hyperlink r:id="rId9">
        <w:r>
          <w:rPr>
            <w:color w:val="0000EE"/>
            <w:u w:val="single"/>
          </w:rPr>
          <w:t>https://www.dailywire.com/news/queer-directors-turn-down-j-k-rowlings-new-show-over-her-defense-of-biological-reality</w:t>
        </w:r>
      </w:hyperlink>
      <w:r>
        <w:t xml:space="preserve"> - Queer directors Ally Pankiw and Kate Herron have publicly declined to participate in HBO's upcoming 'Harry Potter' television series due to J.K. Rowling's outspoken views on gender identity. Pankiw, known for her work on 'Black Mirror' and 'The Great', rejected the offer with a firm 'Absolutely f*cking not!' and later stated, 'It simply is this easy to say 'no' to funding transphobia.' Herron, who directed Marvel's 'Loki' and episodes of 'Doctor Who', also declined the project, emphasizing her consistent refusal. Rowling has faced criticism for defending biological sex and expressing skepticism about youth medical transitions.</w:t>
      </w:r>
      <w:r/>
    </w:p>
    <w:p>
      <w:pPr>
        <w:pStyle w:val="ListNumber"/>
        <w:spacing w:line="240" w:lineRule="auto"/>
        <w:ind w:left="720"/>
      </w:pPr>
      <w:r/>
      <w:hyperlink r:id="rId10">
        <w:r>
          <w:rPr>
            <w:color w:val="0000EE"/>
            <w:u w:val="single"/>
          </w:rPr>
          <w:t>https://as.com/meristation/series/la-directora-de-black-mirror-rechazo-dirigir-la-serie-de-harry-potter-asi-de-facil-es-decir-no-a-la-transfobia-f202608-n/</w:t>
        </w:r>
      </w:hyperlink>
      <w:r>
        <w:t xml:space="preserve"> - Ally Pankiw, director of 'Black Mirror', declined an offer to direct episodes of HBO's new 'Harry Potter' series, citing J.K. Rowling's controversial views on transgender issues. In a private conversation with her agent, Pankiw firmly rejected the project, later sharing the exchange on social media with the message, 'Así de fácil es decir 'no' a la transfobia' ('It's that easy to say 'no' to transphobia'). This decision reflects a growing movement among public figures distancing themselves from projects associated with Rowling due to her statements on transgender rights.</w:t>
      </w:r>
      <w:r/>
    </w:p>
    <w:p>
      <w:pPr>
        <w:pStyle w:val="ListNumber"/>
        <w:spacing w:line="240" w:lineRule="auto"/>
        <w:ind w:left="720"/>
      </w:pPr>
      <w:r/>
      <w:hyperlink r:id="rId13">
        <w:r>
          <w:rPr>
            <w:color w:val="0000EE"/>
            <w:u w:val="single"/>
          </w:rPr>
          <w:t>https://www.gamesradar.com/entertainment/fantasy-shows/new-dumbledore-actor-says-he-almost-quit-hbos-harry-potter-show-over-j-k-rowlings-controversial-opinions/</w:t>
        </w:r>
      </w:hyperlink>
      <w:r>
        <w:t xml:space="preserve"> - John Lithgow, cast as Albus Dumbledore in HBO's upcoming 'Harry Potter' series, revealed he nearly quit the project due to J.K. Rowling's controversial anti-trans views. In an interview with The New York Times, Lithgow admitted discomfort with the backlash, especially after a friend with a trans child urged him to decline the role. Despite concerns, he chose to stay, clarifying his participation doesn't indicate support for Rowling's views, emphasizing the series' themes of acceptance and kindness.</w:t>
      </w:r>
      <w:r/>
    </w:p>
    <w:p>
      <w:pPr>
        <w:pStyle w:val="ListNumber"/>
        <w:spacing w:line="240" w:lineRule="auto"/>
        <w:ind w:left="720"/>
      </w:pPr>
      <w:r/>
      <w:hyperlink r:id="rId12">
        <w:r>
          <w:rPr>
            <w:color w:val="0000EE"/>
            <w:u w:val="single"/>
          </w:rPr>
          <w:t>https://cadenaser.com/nacional/2025/05/03/hbo-aclara-que-la-nueva-serie-de-harry-potter-no-reflejara-las-opiniones-transfobicas-de-jk-rowling-cadena-ser/</w:t>
        </w:r>
      </w:hyperlink>
      <w:r>
        <w:t xml:space="preserve"> - HBO clarified that the new 'Harry Potter' series will not reflect J.K. Rowling's personal views on transgender issues, despite her role as executive producer. Casey Bloys, HBO's content chief, emphasized that the series' narrative would remain unaffected by Rowling's political beliefs, suggesting that debates with her could occur on social media platforms like Twitter. This statement addresses public and artistic community concerns over Rowling's involvement amid her controversial stance on gender identity.</w:t>
      </w:r>
      <w:r/>
    </w:p>
    <w:p>
      <w:pPr>
        <w:pStyle w:val="ListNumber"/>
        <w:spacing w:line="240" w:lineRule="auto"/>
        <w:ind w:left="720"/>
      </w:pPr>
      <w:r/>
      <w:hyperlink r:id="rId11">
        <w:r>
          <w:rPr>
            <w:color w:val="0000EE"/>
            <w:u w:val="single"/>
          </w:rPr>
          <w:t>https://www.thewrap.com/harry-potter-hbo-show-casey-bloys-jk-rowling-anti-trans-views/</w:t>
        </w:r>
      </w:hyperlink>
      <w:r>
        <w:t xml:space="preserve"> - HBO Chairman and CEO Casey Bloys addressed concerns about J.K. Rowling's involvement in the upcoming 'Harry Potter' TV series, assuring that her personal views would not influence the show's content. Bloys stated that the decision to collaborate with Rowling was longstanding and that the series would not be 'secretly infused' with her controversial anti-trans views. He suggested that those wishing to debate her could do so on social media platforms like Twitter.</w:t>
      </w:r>
      <w:r/>
    </w:p>
    <w:p>
      <w:pPr>
        <w:pStyle w:val="ListNumber"/>
        <w:spacing w:line="240" w:lineRule="auto"/>
        <w:ind w:left="720"/>
      </w:pPr>
      <w:r/>
      <w:hyperlink r:id="rId14">
        <w:r>
          <w:rPr>
            <w:color w:val="0000EE"/>
            <w:u w:val="single"/>
          </w:rPr>
          <w:t>https://elpais.com/television/2025-03-20/jk-rowling-vuelve-a-la-polemica-con-un-ambiguo-comentario-que-las-redes-perciben-como-critica-a-los-actores-de-harry-potter.html</w:t>
        </w:r>
      </w:hyperlink>
      <w:r>
        <w:t xml:space="preserve"> - J.K. Rowling sparked controversy on social media with an ambiguous comment perceived as criticism towards 'Harry Potter' actors Daniel Radcliffe, Emma Watson, and Rupert Grint. The remark, made in response to a question about actors ruining films, adds to ongoing tensions between Rowling and the actors, who distanced themselves from her after her critical comments on the trans community in 2020. Rowling has maintained her stance and refused to apologise, describing the actors as celebrities promoting minor transitions.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wire.com/news/queer-directors-turn-down-j-k-rowlings-new-show-over-her-defense-of-biological-reality" TargetMode="External"/><Relationship Id="rId10" Type="http://schemas.openxmlformats.org/officeDocument/2006/relationships/hyperlink" Target="https://as.com/meristation/series/la-directora-de-black-mirror-rechazo-dirigir-la-serie-de-harry-potter-asi-de-facil-es-decir-no-a-la-transfobia-f202608-n/" TargetMode="External"/><Relationship Id="rId11" Type="http://schemas.openxmlformats.org/officeDocument/2006/relationships/hyperlink" Target="https://www.thewrap.com/harry-potter-hbo-show-casey-bloys-jk-rowling-anti-trans-views/" TargetMode="External"/><Relationship Id="rId12" Type="http://schemas.openxmlformats.org/officeDocument/2006/relationships/hyperlink" Target="https://cadenaser.com/nacional/2025/05/03/hbo-aclara-que-la-nueva-serie-de-harry-potter-no-reflejara-las-opiniones-transfobicas-de-jk-rowling-cadena-ser/" TargetMode="External"/><Relationship Id="rId13" Type="http://schemas.openxmlformats.org/officeDocument/2006/relationships/hyperlink" Target="https://www.gamesradar.com/entertainment/fantasy-shows/new-dumbledore-actor-says-he-almost-quit-hbos-harry-potter-show-over-j-k-rowlings-controversial-opinions/" TargetMode="External"/><Relationship Id="rId14" Type="http://schemas.openxmlformats.org/officeDocument/2006/relationships/hyperlink" Target="https://elpais.com/television/2025-03-20/jk-rowling-vuelve-a-la-polemica-con-un-ambiguo-comentario-que-las-redes-perciben-como-critica-a-los-actores-de-harry-pott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