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Halloween Escape: Wicked Manors 2026 and Wilton Manors Weekend Getaway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Pack your glitter and your best costume , Wicked Manors 2026 is calling. Gay travellers from across the US are making Wilton Manors, Florida, their Halloween HQ for a glittering, big-street masquerade that’s fun, loud, and easy to pair with a beachfront mini-break.</w:t>
      </w:r>
      <w:r/>
    </w:p>
    <w:p>
      <w:r/>
      <w:r>
        <w:t>Essential Takeaways</w:t>
      </w:r>
      <w:r/>
      <w:r/>
    </w:p>
    <w:p>
      <w:pPr>
        <w:pStyle w:val="ListBullet"/>
        <w:spacing w:line="240" w:lineRule="auto"/>
        <w:ind w:left="720"/>
      </w:pPr>
      <w:r/>
      <w:r>
        <w:rPr>
          <w:b/>
        </w:rPr>
        <w:t>When and where:</w:t>
      </w:r>
      <w:r>
        <w:t xml:space="preserve"> Wicked Manors happens on Halloween night, October 31, along Wilton Drive in Wilton Manors, just north of Fort Lauderdale. </w:t>
      </w:r>
      <w:r/>
    </w:p>
    <w:p>
      <w:pPr>
        <w:pStyle w:val="ListBullet"/>
        <w:spacing w:line="240" w:lineRule="auto"/>
        <w:ind w:left="720"/>
      </w:pPr>
      <w:r/>
      <w:r>
        <w:rPr>
          <w:b/>
        </w:rPr>
        <w:t>What to expect:</w:t>
      </w:r>
      <w:r>
        <w:t xml:space="preserve"> Two stages of live entertainment, a fierce costume contest, street food and bars, and a crowd that’s roughly 40,000 strong. </w:t>
      </w:r>
      <w:r/>
    </w:p>
    <w:p>
      <w:pPr>
        <w:pStyle w:val="ListBullet"/>
        <w:spacing w:line="240" w:lineRule="auto"/>
        <w:ind w:left="720"/>
      </w:pPr>
      <w:r/>
      <w:r>
        <w:rPr>
          <w:b/>
        </w:rPr>
        <w:t>Tickets &amp; upgrades:</w:t>
      </w:r>
      <w:r>
        <w:t xml:space="preserve"> General admission starts low, early-bird prices run through October 1; premium and VIP tiers add drink tickets, indoor lounges, and extra comforts. </w:t>
      </w:r>
      <w:r/>
    </w:p>
    <w:p>
      <w:pPr>
        <w:pStyle w:val="ListBullet"/>
        <w:spacing w:line="240" w:lineRule="auto"/>
        <w:ind w:left="720"/>
      </w:pPr>
      <w:r/>
      <w:r>
        <w:rPr>
          <w:b/>
        </w:rPr>
        <w:t>Stay suggestions:</w:t>
      </w:r>
      <w:r>
        <w:t xml:space="preserve"> Fort Lauderdale beachfront hotels like the Pelican Grand Beach Resort put you a short ride from the festivities and give you a beachy wind-down. </w:t>
      </w:r>
      <w:r/>
    </w:p>
    <w:p>
      <w:pPr>
        <w:pStyle w:val="ListBullet"/>
        <w:spacing w:line="240" w:lineRule="auto"/>
        <w:ind w:left="720"/>
      </w:pPr>
      <w:r/>
      <w:r>
        <w:rPr>
          <w:b/>
        </w:rPr>
        <w:t>Vibe note:</w:t>
      </w:r>
      <w:r>
        <w:t xml:space="preserve"> The event is the Pride Center at Equality Park’s signature fundraiser and a showcase of one of Florida’s most LGBTQ+ friendly cities.</w:t>
      </w:r>
      <w:r/>
      <w:r/>
    </w:p>
    <w:p>
      <w:pPr>
        <w:pStyle w:val="Heading2"/>
      </w:pPr>
      <w:r>
        <w:t>Why Wicked Manors feels like the Halloween event you actually want to attend</w:t>
      </w:r>
      <w:r/>
    </w:p>
    <w:p>
      <w:r/>
      <w:r>
        <w:t>If you picture Halloween as bright feathers, loud music and a friendly melee of costume creativity, Wilton Manors delivers. The street closure along Wilton Drive creates a carnival-like corridor where performers, DJs and a very committed crowd dominate the scene. The atmosphere is upbeat and theatrical; you’ll smell street food, hear a DJ drop a remix, and see a knockout costume every few steps.</w:t>
      </w:r>
      <w:r/>
    </w:p>
    <w:p>
      <w:r/>
      <w:r>
        <w:t>According to the organisers, the event doubles as the main fundraiser for The Pride Center at Equality Park, so it’s not just a party , it’s civic celebration too. For many queer travellers, that mix of community purpose and pure revelry makes it worth the trip.</w:t>
      </w:r>
      <w:r/>
    </w:p>
    <w:p>
      <w:pPr>
        <w:pStyle w:val="Heading2"/>
      </w:pPr>
      <w:r>
        <w:t>Tickets, tiers and tips: how to get the most from your night</w:t>
      </w:r>
      <w:r/>
    </w:p>
    <w:p>
      <w:r/>
      <w:r>
        <w:t>Tickets start affordably for general admission, with early-bird deals worth grabbing before October 1. If you’re planning to drink and mingle, premium options include drink tickets and shorter queues, while VIP goes full comfort , think air-conditioned lounge access, complimentary bites and a full open bar.</w:t>
      </w:r>
      <w:r/>
    </w:p>
    <w:p>
      <w:r/>
      <w:r>
        <w:t>A practical tip: buy early and decide what experience you want. If you’re costume-building, allow time to get into makeup and secure a meeting spot with friends , the crowd moves fast and signal can get patchy.</w:t>
      </w:r>
      <w:r/>
    </w:p>
    <w:p>
      <w:pPr>
        <w:pStyle w:val="Heading2"/>
      </w:pPr>
      <w:r>
        <w:t>Where to stay: beachside recovery and seaside breakfasts</w:t>
      </w:r>
      <w:r/>
    </w:p>
    <w:p>
      <w:r/>
      <w:r>
        <w:t>You don’t have to sleep in the thick of Wilton Manors to be part of the fun. Fort Lauderdale’s beachfront hotels, including the Pelican Grand Beach Resort, put sand and sea on your morning agenda. The Pelican leans nautical and contemporary, with a lazy river and an ocean-facing restaurant that’s perfect for Sunday brunch recovery.</w:t>
      </w:r>
      <w:r/>
    </w:p>
    <w:p>
      <w:r/>
      <w:r>
        <w:t>Staying on the beach adds a little calm after the mayhem, and it’s easy to hop between the two spots by rideshare or a short drive. If budget’s a concern, look for nearby hotels in Fort Lauderdale that offer shuttle options or simple parking , you’ll thank yourself at 2am when taxis get busy.</w:t>
      </w:r>
      <w:r/>
    </w:p>
    <w:p>
      <w:pPr>
        <w:pStyle w:val="Heading2"/>
      </w:pPr>
      <w:r>
        <w:t>How Wilton Manors became a must-visit queer destination</w:t>
      </w:r>
      <w:r/>
    </w:p>
    <w:p>
      <w:r/>
      <w:r>
        <w:t>Wilton Manors markets itself proudly as a welcoming, walkable city with a dense circuit of bars, restaurants and queer-owned businesses. The city partners with The Pride Center to stage this large-scale event, which helps ensure public safety and a smooth logistics plan for tens of thousands of attendees.</w:t>
      </w:r>
      <w:r/>
    </w:p>
    <w:p>
      <w:r/>
      <w:r>
        <w:t>This isn’t just a single-night spectacle , the town supports a year-round queer scene, so if you can stretch the trip to a long weekend you’ll find galleries, cafés and nightlife that keep the good vibes rolling.</w:t>
      </w:r>
      <w:r/>
    </w:p>
    <w:p>
      <w:pPr>
        <w:pStyle w:val="Heading2"/>
      </w:pPr>
      <w:r>
        <w:t>Costumes, competition and etiquette: be part of the fun without being the drama</w:t>
      </w:r>
      <w:r/>
    </w:p>
    <w:p>
      <w:r/>
      <w:r>
        <w:t>Expect fierce costume competition and a crowd that loves to pose for photos. Bring a small bag for essentials, wear comfortable shoes, and keep hydration in mind , Florida nights can still be humid in October. Respect private-property boundaries along the route and follow staff directions around stages and vendor areas.</w:t>
      </w:r>
      <w:r/>
    </w:p>
    <w:p>
      <w:r/>
      <w:r>
        <w:t>If you’re new to large events, set meet-up points with friends and charge your phone. And yes, embrace the ridiculous: whether you go Dolly Parton-gone-rogue or a full-on themed group, this is an event that rewards imagination.</w:t>
      </w:r>
      <w:r/>
    </w:p>
    <w:p>
      <w:r/>
      <w:r>
        <w:t>It’s a small change that can make every Halloween feel more spectacular.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1">
        <w:r>
          <w:rPr>
            <w:color w:val="0000EE"/>
            <w:u w:val="single"/>
          </w:rPr>
          <w:t>[2]</w:t>
        </w:r>
      </w:hyperlink>
      <w:r>
        <w:t xml:space="preserve">- Paragraph 3: </w:t>
      </w:r>
      <w:hyperlink r:id="rId10">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1">
        <w:r>
          <w:rPr>
            <w:color w:val="0000EE"/>
            <w:u w:val="single"/>
          </w:rPr>
          <w:t>[2]</w:t>
        </w:r>
      </w:hyperlink>
      <w:r>
        <w:t xml:space="preserve">, </w:t>
      </w:r>
      <w:hyperlink r:id="rId10">
        <w:r>
          <w:rPr>
            <w:color w:val="0000EE"/>
            <w:u w:val="single"/>
          </w:rPr>
          <w:t>[4]</w:t>
        </w:r>
      </w:hyperlink>
      <w:r>
        <w:t xml:space="preserve">- Paragraph 6: </w:t>
      </w:r>
      <w:hyperlink r:id="rId10">
        <w:r>
          <w:rPr>
            <w:color w:val="0000EE"/>
            <w:u w:val="single"/>
          </w:rPr>
          <w:t>[4]</w:t>
        </w:r>
      </w:hyperlink>
      <w:r>
        <w:t xml:space="preserve">- Paragraph 7: </w:t>
      </w:r>
      <w:hyperlink r:id="rId14">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https://hesaiddallas.com/2026/08/18/travel-tuesday-wicked-little-town/</w:t>
        </w:r>
      </w:hyperlink>
      <w:r>
        <w:t xml:space="preserve"> - Please view link - unable to able to access data</w:t>
      </w:r>
      <w:r/>
    </w:p>
    <w:p>
      <w:pPr>
        <w:pStyle w:val="ListNumber"/>
        <w:spacing w:line="240" w:lineRule="auto"/>
        <w:ind w:left="720"/>
      </w:pPr>
      <w:r/>
      <w:hyperlink r:id="rId11">
        <w:r>
          <w:rPr>
            <w:color w:val="0000EE"/>
            <w:u w:val="single"/>
          </w:rPr>
          <w:t>https://www.wiltonmanors.com/</w:t>
        </w:r>
      </w:hyperlink>
      <w:r>
        <w:t xml:space="preserve"> - The official website of Wilton Manors, Florida, provides comprehensive information about the city's history, demographics, and community events. It highlights Wilton Manors as a vibrant and diverse community, often referred to as one of the queerest cities in the nation. The site offers resources for residents and visitors, including details on local government services, parks, and cultural attractions, reflecting the city's commitment to inclusivity and community engagement.</w:t>
      </w:r>
      <w:r/>
    </w:p>
    <w:p>
      <w:pPr>
        <w:pStyle w:val="ListNumber"/>
        <w:spacing w:line="240" w:lineRule="auto"/>
        <w:ind w:left="720"/>
      </w:pPr>
      <w:r/>
      <w:hyperlink r:id="rId14">
        <w:r>
          <w:rPr>
            <w:color w:val="0000EE"/>
            <w:u w:val="single"/>
          </w:rPr>
          <w:t>https://www.visitlauderdale.com/</w:t>
        </w:r>
      </w:hyperlink>
      <w:r>
        <w:t xml:space="preserve"> - Visit Lauderdale is the official tourism website for Fort Lauderdale and the surrounding Broward County area. It offers extensive information on attractions, accommodations, dining, and events, positioning the region as a premier travel destination. The site features guides on beaches, arts and culture, shopping, and nightlife, catering to a wide range of interests. It also provides resources for planning trips, including itineraries and visitor information centers, emphasizing the area's appeal to both leisure and business travelers.</w:t>
      </w:r>
      <w:r/>
    </w:p>
    <w:p>
      <w:pPr>
        <w:pStyle w:val="ListNumber"/>
        <w:spacing w:line="240" w:lineRule="auto"/>
        <w:ind w:left="720"/>
      </w:pPr>
      <w:r/>
      <w:hyperlink r:id="rId10">
        <w:r>
          <w:rPr>
            <w:color w:val="0000EE"/>
            <w:u w:val="single"/>
          </w:rPr>
          <w:t>https://www.wickedmanors.org/</w:t>
        </w:r>
      </w:hyperlink>
      <w:r>
        <w:t xml:space="preserve"> - Wicked Manors is an annual Halloween event held in Wilton Manors, Florida, organized by The Pride Center at Equality Park. The event features live entertainment, a costume competition, and a variety of food and beverage options, transforming Wilton Drive into a pedestrian-friendly celebration. It serves as a significant fundraiser for The Pride Center, supporting its mission to provide programs and services for the LGBTQ+ community. The event is known for its vibrant atmosphere and community engagement, attracting thousands of attendees each year.</w:t>
      </w:r>
      <w:r/>
    </w:p>
    <w:p>
      <w:pPr>
        <w:pStyle w:val="ListNumber"/>
        <w:spacing w:line="240" w:lineRule="auto"/>
        <w:ind w:left="720"/>
      </w:pPr>
      <w:r/>
      <w:hyperlink r:id="rId12">
        <w:r>
          <w:rPr>
            <w:color w:val="0000EE"/>
            <w:u w:val="single"/>
          </w:rPr>
          <w:t>https://www.pelicanbeach.com/</w:t>
        </w:r>
      </w:hyperlink>
      <w:r>
        <w:t xml:space="preserve"> - Pelican Grand Beach Resort is a luxury beachfront hotel located in Fort Lauderdale, Florida. The resort offers direct access to a 500-foot private beach, a zero-entry oceanfront pool, and Fort Lauderdale's only lazy river. Accommodations include contemporary, nautical-themed rooms with ocean or skyline views. Dining options feature OCEAN2000, an oceanfront restaurant known for its sustainable, locally sourced cuisine. The resort also offers a rooftop PURE Spa, providing a range of treatments with ocean views, catering to both relaxation and wellness needs.</w:t>
      </w:r>
      <w:r/>
    </w:p>
    <w:p>
      <w:pPr>
        <w:pStyle w:val="ListNumber"/>
        <w:spacing w:line="240" w:lineRule="auto"/>
        <w:ind w:left="720"/>
      </w:pPr>
      <w:r/>
      <w:hyperlink r:id="rId13">
        <w:r>
          <w:rPr>
            <w:color w:val="0000EE"/>
            <w:u w:val="single"/>
          </w:rPr>
          <w:t>https://www.pelicanbeach.com/fort-lauderdale-cruise-port-resort/</w:t>
        </w:r>
      </w:hyperlink>
      <w:r>
        <w:t xml:space="preserve"> - Pelican Grand Beach Resort is conveniently located near the Port Everglades Cruise Terminal, making it an ideal choice for travelers embarking on or returning from cruises. The resort offers a 'Cruise and Stay' package, which includes a coastal breakfast for two and a complimentary resort fee when staying before or after a cruise. Guests can enjoy amenities such as the private beach, zero-entry pool, lazy river, and on-site dining options, enhancing their pre- or post-cruise experience with relaxation and luxury.</w:t>
      </w:r>
      <w:r/>
    </w:p>
    <w:p>
      <w:pPr>
        <w:pStyle w:val="ListNumber"/>
        <w:spacing w:line="240" w:lineRule="auto"/>
        <w:ind w:left="720"/>
      </w:pPr>
      <w:r/>
      <w:hyperlink r:id="rId15">
        <w:r>
          <w:rPr>
            <w:color w:val="0000EE"/>
            <w:u w:val="single"/>
          </w:rPr>
          <w:t>https://www.pelicanbeach.com/ft-lauderdale-hotels/</w:t>
        </w:r>
      </w:hyperlink>
      <w:r>
        <w:t xml:space="preserve"> - Pelican Grand Beach Resort offers a range of amenities designed for relaxation and enjoyment. Guests can float along Fort Lauderdale's only lazy river, relax in the zero-entry pool, or unwind on the private beach with complimentary chairs and umbrellas. The resort's PURE Spa provides a variety of treatments inspired by Swedish well-being, overlooking the ocean for a calming experience. These amenities cater to families, couples, and solo travelers seeking a comprehensive and luxurious beachfront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8/18/travel-tuesday-wicked-little-town/" TargetMode="External"/><Relationship Id="rId10" Type="http://schemas.openxmlformats.org/officeDocument/2006/relationships/hyperlink" Target="https://www.wickedmanors.org/" TargetMode="External"/><Relationship Id="rId11" Type="http://schemas.openxmlformats.org/officeDocument/2006/relationships/hyperlink" Target="https://www.wiltonmanors.com/" TargetMode="External"/><Relationship Id="rId12" Type="http://schemas.openxmlformats.org/officeDocument/2006/relationships/hyperlink" Target="https://www.pelicanbeach.com/" TargetMode="External"/><Relationship Id="rId13" Type="http://schemas.openxmlformats.org/officeDocument/2006/relationships/hyperlink" Target="https://www.pelicanbeach.com/fort-lauderdale-cruise-port-resort/" TargetMode="External"/><Relationship Id="rId14" Type="http://schemas.openxmlformats.org/officeDocument/2006/relationships/hyperlink" Target="https://www.visitlauderdale.com/" TargetMode="External"/><Relationship Id="rId15" Type="http://schemas.openxmlformats.org/officeDocument/2006/relationships/hyperlink" Target="https://www.pelicanbeach.com/ft-lauderdale-hot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