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Gaymer Fest Guide: What to Play at Boston’s Queer Indie Showcase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in force , Boston Gaymers’ Gaymer Fest is officially sold out, and organisers have packed the day with local queer-made games, table-top sessions and panels to celebrate LGBTQ+ creators and community in Cambridge this September. Here’s what to try, why it matters and how to make the most of the Queer Indie Showcase.</w:t>
      </w:r>
      <w:r/>
    </w:p>
    <w:p>
      <w:r/>
      <w:r>
        <w:t>Essential Takeaways</w:t>
      </w:r>
      <w:r/>
      <w:r/>
    </w:p>
    <w:p>
      <w:pPr>
        <w:pStyle w:val="ListBullet"/>
        <w:spacing w:line="240" w:lineRule="auto"/>
        <w:ind w:left="720"/>
      </w:pPr>
      <w:r/>
      <w:r>
        <w:rPr>
          <w:b/>
        </w:rPr>
        <w:t>Sold out draw:</w:t>
      </w:r>
      <w:r>
        <w:t xml:space="preserve"> Tickets for Gaymer Fest at The Foundry in Cambridge are fully booked, signalling strong community support and atmosphere.</w:t>
      </w:r>
      <w:r/>
    </w:p>
    <w:p>
      <w:pPr>
        <w:pStyle w:val="ListBullet"/>
        <w:spacing w:line="240" w:lineRule="auto"/>
        <w:ind w:left="720"/>
      </w:pPr>
      <w:r/>
      <w:r>
        <w:rPr>
          <w:b/>
        </w:rPr>
        <w:t>Local focus:</w:t>
      </w:r>
      <w:r>
        <w:t xml:space="preserve"> The Queer Indie Showcase features 12 LGBTQ+-developed demos spanning rhythm games, platformers, visual novels and cozy dress‑ups.</w:t>
      </w:r>
      <w:r/>
    </w:p>
    <w:p>
      <w:pPr>
        <w:pStyle w:val="ListBullet"/>
        <w:spacing w:line="240" w:lineRule="auto"/>
        <w:ind w:left="720"/>
      </w:pPr>
      <w:r/>
      <w:r>
        <w:rPr>
          <w:b/>
        </w:rPr>
        <w:t>Varied play:</w:t>
      </w:r>
      <w:r>
        <w:t xml:space="preserve"> Expect video game demos, freeplay board games, TTRPG tables, panels and an all‑drag live play , something relaxed and lively for every taste.</w:t>
      </w:r>
      <w:r/>
    </w:p>
    <w:p>
      <w:pPr>
        <w:pStyle w:val="ListBullet"/>
        <w:spacing w:line="240" w:lineRule="auto"/>
        <w:ind w:left="720"/>
      </w:pPr>
      <w:r/>
      <w:r>
        <w:rPr>
          <w:b/>
        </w:rPr>
        <w:t>Support tip:</w:t>
      </w:r>
      <w:r>
        <w:t xml:space="preserve"> Play or download demos where available to back queer developers who showed at the event.</w:t>
      </w:r>
      <w:r/>
    </w:p>
    <w:p>
      <w:pPr>
        <w:pStyle w:val="ListBullet"/>
        <w:spacing w:line="240" w:lineRule="auto"/>
        <w:ind w:left="720"/>
      </w:pPr>
      <w:r/>
      <w:r>
        <w:rPr>
          <w:b/>
        </w:rPr>
        <w:t>Sensible prep:</w:t>
      </w:r>
      <w:r>
        <w:t xml:space="preserve"> Bring charged devices, comfy shoes and a readiness to queue for popular demos , and enjoy the social side.</w:t>
      </w:r>
      <w:r/>
      <w:r/>
    </w:p>
    <w:p>
      <w:pPr>
        <w:pStyle w:val="Heading2"/>
      </w:pPr>
      <w:r>
        <w:t>Why sold‑out tickets matter , and what the vibe will feel like</w:t>
      </w:r>
      <w:r/>
    </w:p>
    <w:p>
      <w:r/>
      <w:r>
        <w:t>Boston Gaymers’ advance tickets selling out isn’t just a box‑tick for organisers, it’s proof there’s appetite for queer-centred gaming space. The Foundry in Cambridge will host a full day of energy, from calm cosy corners to buzzy demo stations, and attendees can expect the kind of inclusive, friendly hum you get at community-run nights. According to organisers, the sell‑out pushed the team to ensure a day that’s thoughtfully programmed and safe for LGBTQ+ folks and allies. If you love local scenes that feel warm and handcrafted, this will have that soft, homey buzz.</w:t>
      </w:r>
      <w:r/>
    </w:p>
    <w:p>
      <w:pPr>
        <w:pStyle w:val="Heading2"/>
      </w:pPr>
      <w:r>
        <w:t>The Queer Indie Showcase , 12 queer-made games to prioritise</w:t>
      </w:r>
      <w:r/>
    </w:p>
    <w:p>
      <w:r/>
      <w:r>
        <w:t>The showcase is a highlight: a curated line-up of 12 queer-developed titles made with local collaborators like Boston Game Dev. Selections run the gamut , a cosy rhythm experience about a ghost using music therapy, a light platformer where light is life, and a fantasy cat dress‑up game that’s as charming as it sounds. Many of these have playable demos on Steam or itch.io, so if you can’t attend, you can still support creators by downloading and giving feedback. Try the quieter, narrative-led pieces if you want to linger, and reserve the showier multiplayer demos for group sessions.</w:t>
      </w:r>
      <w:r/>
    </w:p>
    <w:p>
      <w:pPr>
        <w:pStyle w:val="Heading2"/>
      </w:pPr>
      <w:r>
        <w:t>Quick picks from the line‑up and what to expect</w:t>
      </w:r>
      <w:r/>
    </w:p>
    <w:p>
      <w:r/>
      <w:r>
        <w:t>A few titles worth pencilling in: Ghost Jukebox serves gentle audio-led comfort; Ember’s Light uses light mechanics for atmospheric platforming; Kittycat Couture is pure, silly fashion joy; Project B‑FER is a tense visual‑novel escape room that’s ideal for players who love moral choices; and CryptidCam plays to anyone who likes spooky walks with a camera in hand. These range from short, calming experiences to strategic, high-tension duels, so think about your energy level when choosing which demos to queue for. If you’ve only got a short window, go for the demos with immediate hooks or those with playable links online.</w:t>
      </w:r>
      <w:r/>
    </w:p>
    <w:p>
      <w:pPr>
        <w:pStyle w:val="Heading2"/>
      </w:pPr>
      <w:r>
        <w:t>How the event grew from board‑game nights to a full convention</w:t>
      </w:r>
      <w:r/>
    </w:p>
    <w:p>
      <w:r/>
      <w:r>
        <w:t>Gaymer Fest grew out of regular Boston Gaymers nights, where organisers realised combining monthly events into a single festival might spark something bigger. The leadership credited grassroots nights , from queer board‑game meetups to TTRPG tables , as the seedbed for this expansion. Community organisers worked with local non‑profits and dev collectives to showcase queer talent, and that local‑first approach keeps the festival feeling connected and approachable rather than corporate. For anyone running a community event, it’s a neat reminder that small, regular gatherings can scale if they stay collaborative.</w:t>
      </w:r>
      <w:r/>
    </w:p>
    <w:p>
      <w:pPr>
        <w:pStyle w:val="Heading2"/>
      </w:pPr>
      <w:r>
        <w:t>Practical tips for attendees , and those watching from afar</w:t>
      </w:r>
      <w:r/>
    </w:p>
    <w:p>
      <w:r/>
      <w:r>
        <w:t>If you’re going, bring a power bank, wear comfy shoes, and plan a loose schedule: demos, panels and live drag play will likely run simultaneously. Be prepared to queue for the most popular demos and to be patient , community events trade polished efficiency for personality and heart. If you can’t make it, download demos from Steam or itch.io where listed, follow these indie devs on socials, and leave constructive reviews: that kind of support matters to small teams. And if you run similar nights where you live, consider a showcase model , it’s a powerful way to spotlight local queer creators.</w:t>
      </w:r>
      <w:r/>
    </w:p>
    <w:p>
      <w:r/>
      <w:r>
        <w:t>It's a small change that can make every play session feel more inclusive and supportive.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[4]</w:t>
        </w:r>
      </w:hyperlink>
      <w:r>
        <w:t xml:space="preserve">- Paragraph 3: </w:t>
      </w:r>
      <w:hyperlink r:id="rId9">
        <w:r>
          <w:rPr>
            <w:color w:val="0000EE"/>
            <w:u w:val="single"/>
          </w:rPr>
          <w:t>[2]</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[5]</w:t>
        </w:r>
      </w:hyperlink>
      <w:r>
        <w:t xml:space="preserve">- Paragraph 6: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mingmag.com/2026/08/boston-gaymers-gaymer-fest-is-sold-out-team-reveals-queer-indie-showcase-games-for-all-to-check-out/?utm_source=rss&amp;utm_medium=rss&amp;utm_campaign=boston-gaymers-gaymer-fest-is-sold-out-team-reveals-queer-indie-showcase-games-for-all-to-check-out</w:t>
        </w:r>
      </w:hyperlink>
      <w:r>
        <w:t xml:space="preserve"> - Please view link - unable to able to access data</w:t>
      </w:r>
      <w:r/>
    </w:p>
    <w:p>
      <w:pPr>
        <w:pStyle w:val="ListNumber"/>
        <w:spacing w:line="240" w:lineRule="auto"/>
        <w:ind w:left="720"/>
      </w:pPr>
      <w:r/>
      <w:hyperlink r:id="rId9">
        <w:r>
          <w:rPr>
            <w:color w:val="0000EE"/>
            <w:u w:val="single"/>
          </w:rPr>
          <w:t>https://gaymingmag.com/2026/08/boston-gaymers-gaymer-fest-is-sold-out-team-reveals-queer-indie-showcase-games-for-all-to-check-out/?utm_source=rss&amp;utm_medium=rss&amp;utm_campaign=boston-gaymers-gaymer-fest-is-sold-out-team-reveals-queer-indie-showcase-games-for-all-to-check-out</w:t>
        </w:r>
      </w:hyperlink>
      <w:r>
        <w:t xml:space="preserve"> - Boston Gaymers' inaugural Gaymer Fest, scheduled for 19 September 2026 at The Foundry in Cambridge, MA, has sold out. The event will feature a video game expo highlighting Boston's LGBTQ+ game developers, freeplay board games, TTRPGs, panels, and an all-drag live play. The 'Queer Indie Showcase' will present 12 local LGBTQ+ developed games, including titles like 'Ghost Jukebox' and 'Ember's Light'. Attendees can also enjoy games such as 'Project B-FER: Prime Cut' and 'Kittycat Couture'. For those unable to attend, demos of these games are available online to support LGBTQ+ game developers.</w:t>
      </w:r>
      <w:r/>
    </w:p>
    <w:p>
      <w:pPr>
        <w:pStyle w:val="ListNumber"/>
        <w:spacing w:line="240" w:lineRule="auto"/>
        <w:ind w:left="720"/>
      </w:pPr>
      <w:r/>
      <w:hyperlink r:id="rId10">
        <w:r>
          <w:rPr>
            <w:color w:val="0000EE"/>
            <w:u w:val="single"/>
          </w:rPr>
          <w:t>https://gaymerfest.com/</w:t>
        </w:r>
      </w:hyperlink>
      <w:r>
        <w:t xml:space="preserve"> - Gaymer Fest 2026, organised by Boston Gaymers, is a full-day LGBTQ+ gaming convention taking place on 19 September 2026 at The Foundry in Cambridge, MA. The event offers a massive board game library for free play, scheduled organised play sessions for popular modern board games, and queer GMs running TTRPG one-shots throughout the day. The video game expo hall features indie game demos from queer developers, with tournaments for Mario Kart World and Super Smash Sis. The 'Indie Queer Dev Expo' showcases local LGBTQ+ game developers, allowing attendees to play demos and meet the creators. An all-drag live play of 'Threadbare: A Stitchpunk RPG' is also scheduled. Tickets are available for $15. (</w:t>
      </w:r>
      <w:hyperlink r:id="rId15">
        <w:r>
          <w:rPr>
            <w:color w:val="0000EE"/>
            <w:u w:val="single"/>
          </w:rPr>
          <w:t>gaymerfest.com</w:t>
        </w:r>
      </w:hyperlink>
      <w:r>
        <w:t>)</w:t>
      </w:r>
      <w:r/>
    </w:p>
    <w:p>
      <w:pPr>
        <w:pStyle w:val="ListNumber"/>
        <w:spacing w:line="240" w:lineRule="auto"/>
        <w:ind w:left="720"/>
      </w:pPr>
      <w:r/>
      <w:hyperlink r:id="rId11">
        <w:r>
          <w:rPr>
            <w:color w:val="0000EE"/>
            <w:u w:val="single"/>
          </w:rPr>
          <w:t>https://gaymingmag.com/2026/03/gaymer-fest-2026-is-the-lgbtq-gaming-convention-weve-been-waiting-for/</w:t>
        </w:r>
      </w:hyperlink>
      <w:r>
        <w:t xml:space="preserve"> - Gaymer Fest 2026, organised by Boston Gaymers, is a full-day LGBTQ+ gaming convention scheduled for 19 September 2026 at The Foundry in Cambridge, MA. The event features a massive board game library for free play, scheduled organised play sessions for popular modern board games, and queer GMs running TTRPG one-shots throughout the day. The video game expo hall showcases indie game demos from queer developers, with tournaments for Mario Kart World and Super Smash Sis. The 'Indie Queer Dev Expo' highlights local LGBTQ+ game developers, offering attendees the chance to play demos and meet the creators. An all-drag live play of 'Threadbare: A Stitchpunk RPG' is also planned. Tickets are available for $15. (</w:t>
      </w:r>
      <w:hyperlink r:id="rId16">
        <w:r>
          <w:rPr>
            <w:color w:val="0000EE"/>
            <w:u w:val="single"/>
          </w:rPr>
          <w:t>gaymingmag.com</w:t>
        </w:r>
      </w:hyperlink>
      <w:r>
        <w:t>)</w:t>
      </w:r>
      <w:r/>
    </w:p>
    <w:p>
      <w:pPr>
        <w:pStyle w:val="ListNumber"/>
        <w:spacing w:line="240" w:lineRule="auto"/>
        <w:ind w:left="720"/>
      </w:pPr>
      <w:r/>
      <w:hyperlink r:id="rId12">
        <w:r>
          <w:rPr>
            <w:color w:val="0000EE"/>
            <w:u w:val="single"/>
          </w:rPr>
          <w:t>https://bostongaymers.com/Programs</w:t>
        </w:r>
      </w:hyperlink>
      <w:r>
        <w:t xml:space="preserve"> - Boston Gaymers hosts board game and video game events in a safe and welcoming environment for LGBTQIA+ individuals. These events provide attendees the opportunity to meet new friends and integrate into the Boston LGBTQIA+ community. The organisation offers various programs, including Gayming Gauntlet, Smash Sis!, Queer Board Game Night, Dani's Board Game Night, and KM Game Night. These programs aim to create safe and welcoming online and in-person spaces for members to engage with their local gaming community. (</w:t>
      </w:r>
      <w:hyperlink r:id="rId17">
        <w:r>
          <w:rPr>
            <w:color w:val="0000EE"/>
            <w:u w:val="single"/>
          </w:rPr>
          <w:t>bostongaymers.com</w:t>
        </w:r>
      </w:hyperlink>
      <w:r>
        <w:t>)</w:t>
      </w:r>
      <w:r/>
    </w:p>
    <w:p>
      <w:pPr>
        <w:pStyle w:val="ListNumber"/>
        <w:spacing w:line="240" w:lineRule="auto"/>
        <w:ind w:left="720"/>
      </w:pPr>
      <w:r/>
      <w:hyperlink r:id="rId13">
        <w:r>
          <w:rPr>
            <w:color w:val="0000EE"/>
            <w:u w:val="single"/>
          </w:rPr>
          <w:t>https://www.clubcafe.com/club-events/queer-board-game-night-011926/</w:t>
        </w:r>
      </w:hyperlink>
      <w:r>
        <w:t xml:space="preserve"> - Club Café in Boston hosts a Queer Board Game Night featuring Jackbox, social board games, and more. The event is scheduled for 19 January 2026 from 7:00 pm to 10:00 pm, with a $5 ticket fee. The venue is located at 209 Columbus Avenue, Boston, MA 02116. Club Café is known for its vibrant atmosphere, live cabaret, dancing, and a strong drag scene. (</w:t>
      </w:r>
      <w:hyperlink r:id="rId18">
        <w:r>
          <w:rPr>
            <w:color w:val="0000EE"/>
            <w:u w:val="single"/>
          </w:rPr>
          <w:t>clubcafe.com</w:t>
        </w:r>
      </w:hyperlink>
      <w:r>
        <w:t>)</w:t>
      </w:r>
      <w:r/>
    </w:p>
    <w:p>
      <w:pPr>
        <w:pStyle w:val="ListNumber"/>
        <w:spacing w:line="240" w:lineRule="auto"/>
        <w:ind w:left="720"/>
      </w:pPr>
      <w:r/>
      <w:hyperlink r:id="rId14">
        <w:r>
          <w:rPr>
            <w:color w:val="0000EE"/>
            <w:u w:val="single"/>
          </w:rPr>
          <w:t>https://www.meetup.com/bostongaymers/events/313131263/</w:t>
        </w:r>
      </w:hyperlink>
      <w:r>
        <w:t xml:space="preserve"> - Boston Gaymers is hosting 'Gaymer Trivia: PAX East Edition 2026' on 27 March 2026 from 8:00 PM to 10:00 PM at Alley Bar, 14 Pi Alley, Boston, MA. The event features gaming-themed trivia and socialising with other LGBTQ+ con-goers and allies after a long day. The venue is accessible for disabled persons, with a lift available to the second-floor area. This is a 21+ event, and parking is available at nearby garages. (</w:t>
      </w:r>
      <w:hyperlink r:id="rId19">
        <w:r>
          <w:rPr>
            <w:color w:val="0000EE"/>
            <w:u w:val="single"/>
          </w:rPr>
          <w:t>meetup.com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mingmag.com/2026/08/boston-gaymers-gaymer-fest-is-sold-out-team-reveals-queer-indie-showcase-games-for-all-to-check-out/?utm_source=rss&amp;utm_medium=rss&amp;utm_campaign=boston-gaymers-gaymer-fest-is-sold-out-team-reveals-queer-indie-showcase-games-for-all-to-check-out" TargetMode="External"/><Relationship Id="rId10" Type="http://schemas.openxmlformats.org/officeDocument/2006/relationships/hyperlink" Target="https://gaymerfest.com/" TargetMode="External"/><Relationship Id="rId11" Type="http://schemas.openxmlformats.org/officeDocument/2006/relationships/hyperlink" Target="https://gaymingmag.com/2026/03/gaymer-fest-2026-is-the-lgbtq-gaming-convention-weve-been-waiting-for/" TargetMode="External"/><Relationship Id="rId12" Type="http://schemas.openxmlformats.org/officeDocument/2006/relationships/hyperlink" Target="https://bostongaymers.com/Programs" TargetMode="External"/><Relationship Id="rId13" Type="http://schemas.openxmlformats.org/officeDocument/2006/relationships/hyperlink" Target="https://www.clubcafe.com/club-events/queer-board-game-night-011926/" TargetMode="External"/><Relationship Id="rId14" Type="http://schemas.openxmlformats.org/officeDocument/2006/relationships/hyperlink" Target="https://www.meetup.com/bostongaymers/events/313131263/" TargetMode="External"/><Relationship Id="rId15" Type="http://schemas.openxmlformats.org/officeDocument/2006/relationships/hyperlink" Target="https://gaymerfest.com/?utm_source=openai" TargetMode="External"/><Relationship Id="rId16" Type="http://schemas.openxmlformats.org/officeDocument/2006/relationships/hyperlink" Target="https://gaymingmag.com/2026/03/gaymer-fest-2026-is-the-lgbtq-gaming-convention-weve-been-waiting-for/?utm_source=openai" TargetMode="External"/><Relationship Id="rId17" Type="http://schemas.openxmlformats.org/officeDocument/2006/relationships/hyperlink" Target="https://bostongaymers.com/Programs?utm_source=openai" TargetMode="External"/><Relationship Id="rId18" Type="http://schemas.openxmlformats.org/officeDocument/2006/relationships/hyperlink" Target="https://www.clubcafe.com/club-events/queer-board-game-night-011926/?utm_source=openai" TargetMode="External"/><Relationship Id="rId19" Type="http://schemas.openxmlformats.org/officeDocument/2006/relationships/hyperlink" Target="https://www.meetup.com/bostongaymers/events/31313126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