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Fiertés Carolos Guide: What to Expect at Charleroi’s Queer-Friendly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music, colour and community, Charleroi’s Fiertés Carolos return on 29 August with a bigger queer-friendly line-up, a riverside location and family-friendly programming , here’s what to pack, where to go and why this year feels fresh.</w:t>
      </w:r>
      <w:r/>
    </w:p>
    <w:p>
      <w:r/>
      <w:r>
        <w:t>Essential Takeaways</w:t>
      </w:r>
      <w:r/>
      <w:r/>
    </w:p>
    <w:p>
      <w:pPr>
        <w:pStyle w:val="ListBullet"/>
        <w:spacing w:line="240" w:lineRule="auto"/>
        <w:ind w:left="720"/>
      </w:pPr>
      <w:r/>
      <w:r>
        <w:rPr>
          <w:b/>
        </w:rPr>
        <w:t>When and where:</w:t>
      </w:r>
      <w:r>
        <w:t xml:space="preserve"> The second edition of Fiertés Carolos takes place on 29 August on the Quais de Sambre in central Charleroi, starting at 13:00. </w:t>
      </w:r>
      <w:r/>
    </w:p>
    <w:p>
      <w:pPr>
        <w:pStyle w:val="ListBullet"/>
        <w:spacing w:line="240" w:lineRule="auto"/>
        <w:ind w:left="720"/>
      </w:pPr>
      <w:r/>
      <w:r>
        <w:rPr>
          <w:b/>
        </w:rPr>
        <w:t>What’s on:</w:t>
      </w:r>
      <w:r>
        <w:t xml:space="preserve"> A village of associations, workshops, glitter and face-painting, live radio TV show Gender Baby, Miss Freak Adèle on music duties and a giant dance contest from 14:00. </w:t>
      </w:r>
      <w:r/>
    </w:p>
    <w:p>
      <w:pPr>
        <w:pStyle w:val="ListBullet"/>
        <w:spacing w:line="240" w:lineRule="auto"/>
        <w:ind w:left="720"/>
      </w:pPr>
      <w:r/>
      <w:r>
        <w:rPr>
          <w:b/>
        </w:rPr>
        <w:t>Atmosphere:</w:t>
      </w:r>
      <w:r>
        <w:t xml:space="preserve"> More overtly queer-friendly than past Love Festivals, with a playful, inclusive vibe and plenty of chances to learn, meet and celebrate. </w:t>
      </w:r>
      <w:r/>
    </w:p>
    <w:p>
      <w:pPr>
        <w:pStyle w:val="ListBullet"/>
        <w:spacing w:line="240" w:lineRule="auto"/>
        <w:ind w:left="720"/>
      </w:pPr>
      <w:r/>
      <w:r>
        <w:rPr>
          <w:b/>
        </w:rPr>
        <w:t>Practical:</w:t>
      </w:r>
      <w:r>
        <w:t xml:space="preserve"> Expect outdoor stages, food options nearby, family-friendly activities and signage for accessibility; bring sun protection and a reusable water bottle. </w:t>
      </w:r>
      <w:r/>
      <w:r/>
    </w:p>
    <w:p>
      <w:pPr>
        <w:pStyle w:val="Heading2"/>
      </w:pPr>
      <w:r>
        <w:t>A livelier, queerer celebration , first sight and vibe</w:t>
      </w:r>
      <w:r/>
    </w:p>
    <w:p>
      <w:r/>
      <w:r>
        <w:t>Walk up to the Quais de Sambre and you’ll notice the sparkle before anything else, a bright, convivial hum that feels part street party, part community fair. The Maison Arc-en-Ciel (MAC) has shifted the old Fêtes de l'Amour into something more explicitly queer-friendly, and it shows in the programme: more drag, more outreach, more places to ask questions and feel seen. It’s a festival that’s meant to welcome curiosity as much as celebration, with sensory details , glitter stations, upbeat DJ sets and the smell of street food wafting from nearby stalls.</w:t>
      </w:r>
      <w:r/>
    </w:p>
    <w:p>
      <w:pPr>
        <w:pStyle w:val="Heading2"/>
      </w:pPr>
      <w:r>
        <w:t>What the new riverside location brings</w:t>
      </w:r>
      <w:r/>
    </w:p>
    <w:p>
      <w:r/>
      <w:r>
        <w:t>Moving the event to the Quais de Sambre puts the action in the heart of the city and gives organisers room to expand the village of associations. The riverside setting makes the day feel open and relaxed, perfect for families and groups who want to wander between workshops, stalls and stages. According to the city’s listings, this location also links well with other summer events on the calendar, so you could make a day of it and explore nearby markets or the food-truck scene afterwards.</w:t>
      </w:r>
      <w:r/>
    </w:p>
    <w:p>
      <w:pPr>
        <w:pStyle w:val="Heading2"/>
      </w:pPr>
      <w:r>
        <w:t>Programme highlights and who to watch</w:t>
      </w:r>
      <w:r/>
    </w:p>
    <w:p>
      <w:r/>
      <w:r>
        <w:t>Expect a mix of live entertainment and participatory moments. Miss Freak Adèle will be in charge of the musical flow, while Television’s Gender Baby show will broadcast live with Kriss and Anthony , a neat way to mix local media with street-level festival energy. The giant dance contest from 14:00 promises big smiles and audience engagement; if you’re coming with kids or friends, it’s a fun watch. There’ll also be face-painting, glitter booths and awareness stands where you can get practical information in a friendly, low-pressure environment.</w:t>
      </w:r>
      <w:r/>
    </w:p>
    <w:p>
      <w:pPr>
        <w:pStyle w:val="Heading2"/>
      </w:pPr>
      <w:r>
        <w:t>Why this matters: outreach, visibility and practical tips</w:t>
      </w:r>
      <w:r/>
    </w:p>
    <w:p>
      <w:r/>
      <w:r>
        <w:t>MAC’s takeover and the festival’s queer-forward tilt matter because public celebrations shape attitudes. Events like this combine joy and education, and many local associations use the day to answer questions about health, rights and community support. If you’re planning to attend, wear comfortable shoes, bring sunscreen and a small bag for leaflets and freebies. If you’re sensitive to crowds or loud sound, look up the layout before you go and identify quieter corners; organisers usually publish maps and schedules on the city page.</w:t>
      </w:r>
      <w:r/>
    </w:p>
    <w:p>
      <w:pPr>
        <w:pStyle w:val="Heading2"/>
      </w:pPr>
      <w:r>
        <w:t>How to join in and what to bring</w:t>
      </w:r>
      <w:r/>
    </w:p>
    <w:p>
      <w:r/>
      <w:r>
        <w:t>Arrive early when the village opens at 13:00 to catch workshops and grab a good spot for the live show. Bring a reusable water bottle, some cash for food trucks and a light jacket for the evening breeze by the river. Volunteer-run stalls often welcome donations or questions, so don’t be shy , these events thrive on participation. And if you want a keepsake, the glitter and face-paint stalls make for instant festival selfies.</w:t>
      </w:r>
      <w:r/>
    </w:p>
    <w:p>
      <w:r/>
      <w:r>
        <w:t>It's a small change that can make every celebration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3">
        <w:r>
          <w:rPr>
            <w:color w:val="0000EE"/>
            <w:u w:val="single"/>
          </w:rPr>
          <w:t>[3]</w:t>
        </w:r>
      </w:hyperlink>
      <w:r>
        <w:t xml:space="preserve">, </w:t>
      </w:r>
      <w:hyperlink r:id="rId14">
        <w:r>
          <w:rPr>
            <w:color w:val="0000EE"/>
            <w:u w:val="single"/>
          </w:rPr>
          <w:t>[5]</w:t>
        </w:r>
      </w:hyperlink>
      <w:r>
        <w:t xml:space="preserve">- Paragraph 6: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https://www.dhnet.be/regions/charleroi/2026/08/18/les-fiertes-carolos-reviennent-le-29-aout-a-charleroi-entre-paillettes-et-musique-shows-et-rencontres-KJHAZ3KZOZESRI3EZRHRUXDOXM/</w:t>
        </w:r>
      </w:hyperlink>
      <w:r>
        <w:t xml:space="preserve"> - Please view link - unable to able to access data</w:t>
      </w:r>
      <w:r/>
    </w:p>
    <w:p>
      <w:pPr>
        <w:pStyle w:val="ListNumber"/>
        <w:spacing w:line="240" w:lineRule="auto"/>
        <w:ind w:left="720"/>
      </w:pPr>
      <w:r/>
      <w:hyperlink r:id="rId10">
        <w:r>
          <w:rPr>
            <w:color w:val="0000EE"/>
            <w:u w:val="single"/>
          </w:rPr>
          <w:t>https://www.charleroi.be/agenda/les-fiertes-carolos-2026</w:t>
        </w:r>
      </w:hyperlink>
      <w:r>
        <w:t xml:space="preserve"> - The official website of Charleroi City Council provides detailed information about the 'Les Fiertés Carolos 2026' event, scheduled for 29 August 2026. The event will take place on the Quais de Sambre in downtown Charleroi, starting at 13:30. It promises a festive, inclusive, and engaged atmosphere, featuring a pride march, associative village, animations, after-pride activities, and a drag blind test. The event is free of charge, and further details can be found on the organisers' Facebook page.</w:t>
      </w:r>
      <w:r/>
    </w:p>
    <w:p>
      <w:pPr>
        <w:pStyle w:val="ListNumber"/>
        <w:spacing w:line="240" w:lineRule="auto"/>
        <w:ind w:left="720"/>
      </w:pPr>
      <w:r/>
      <w:hyperlink r:id="rId13">
        <w:r>
          <w:rPr>
            <w:color w:val="0000EE"/>
            <w:u w:val="single"/>
          </w:rPr>
          <w:t>https://www.charleroi.be/agenda/food-truck-festival-2026</w:t>
        </w:r>
      </w:hyperlink>
      <w:r>
        <w:t xml:space="preserve"> - The 'Food Truck Festival 2026' is set to occur over two weekends: 21-23 August and 28-30 August 2026, at Place de la Digue in Charleroi. This event transforms the area into a vibrant street food village, offering a variety of international cuisines, bars, DJ sets, and family-friendly activities. It's an excellent opportunity to enjoy diverse culinary delights and entertainment in the heart of the city. Admission is free, and more information is available on the organiser's Facebook page.</w:t>
      </w:r>
      <w:r/>
    </w:p>
    <w:p>
      <w:pPr>
        <w:pStyle w:val="ListNumber"/>
        <w:spacing w:line="240" w:lineRule="auto"/>
        <w:ind w:left="720"/>
      </w:pPr>
      <w:r/>
      <w:hyperlink r:id="rId11">
        <w:r>
          <w:rPr>
            <w:color w:val="0000EE"/>
            <w:u w:val="single"/>
          </w:rPr>
          <w:t>https://www.charleroi.be/agenda/virages-2026</w:t>
        </w:r>
      </w:hyperlink>
      <w:r>
        <w:t xml:space="preserve"> - From 17 to 22 August 2026, Place Verte in Charleroi will host 'Virages 2026', a week-long event focusing on playful and educational activities centred around a cuistax circuit. This initiative aims to provide a fun and original way to explore the city, featuring animations, challenges, and workshops that promote mobility awareness. It's an engaging event for both children and adults, offering a unique experience in the city centre.</w:t>
      </w:r>
      <w:r/>
    </w:p>
    <w:p>
      <w:pPr>
        <w:pStyle w:val="ListNumber"/>
        <w:spacing w:line="240" w:lineRule="auto"/>
        <w:ind w:left="720"/>
      </w:pPr>
      <w:r/>
      <w:hyperlink r:id="rId14">
        <w:r>
          <w:rPr>
            <w:color w:val="0000EE"/>
            <w:u w:val="single"/>
          </w:rPr>
          <w:t>https://www.charleroi.be/agenda/le-petit-marche-du-jeudredi</w:t>
        </w:r>
      </w:hyperlink>
      <w:r>
        <w:t xml:space="preserve"> - The 'Petit Marché du Jeudredi' is a local and gourmet event in Charleroi, organised by Charleroi Centre-Ville in collaboration with the Ceinture Alimentaire de Charleroi Métropole. Scheduled for 6 August and 3 September 2026, from 15:00 to 19:00 at Galerie Bernard, this event invites residents to consume local products in a festive and sustainable atmosphere. It features various local producers, offering a range of products and fostering community engagement.</w:t>
      </w:r>
      <w:r/>
    </w:p>
    <w:p>
      <w:pPr>
        <w:pStyle w:val="ListNumber"/>
        <w:spacing w:line="240" w:lineRule="auto"/>
        <w:ind w:left="720"/>
      </w:pPr>
      <w:r/>
      <w:hyperlink r:id="rId15">
        <w:r>
          <w:rPr>
            <w:color w:val="0000EE"/>
            <w:u w:val="single"/>
          </w:rPr>
          <w:t>https://allezgo.be/concerts-et-festivals/the-place-to-beer-charleroi-international-craft-beer-festival-2/</w:t>
        </w:r>
      </w:hyperlink>
      <w:r>
        <w:t xml:space="preserve"> - The 'Place to Beer - Charleroi International Craft Beer Festival' is set for 29 and 30 August 2026 at Château de Trazegnies, near Charleroi. This festival transforms the park into a hub for craft beer enthusiasts, featuring international breweries, exclusive drafts, gourmet food trucks, concerts, DJ sets, and a unique atmosphere. The event is free to enter, with a tasting glass available for purchase. It's a must-visit for beer lovers and those seeking a lively weekend experience.</w:t>
      </w:r>
      <w:r/>
    </w:p>
    <w:p>
      <w:pPr>
        <w:pStyle w:val="ListNumber"/>
        <w:spacing w:line="240" w:lineRule="auto"/>
        <w:ind w:left="720"/>
      </w:pPr>
      <w:r/>
      <w:hyperlink r:id="rId12">
        <w:r>
          <w:rPr>
            <w:color w:val="0000EE"/>
            <w:u w:val="single"/>
          </w:rPr>
          <w:t>https://infominute.be/article/4520-foire-d-aout-2026-retour-festif-a-charleroi-expo</w:t>
        </w:r>
      </w:hyperlink>
      <w:r>
        <w:t xml:space="preserve"> - The 'Foire d’août 2026' returns to Charleroi Expo from 1 to 17 August 2026, featuring over 70 attractions, an unprecedented drone show, and a grand finale with fireworks. This popular event offers a festive atmosphere for both locals and visitors, with the official inauguration on 1 August at 16:00. It's a highly anticipated summer gathering in Charleroi, promising entertainment and excitement for all 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hnet.be/regions/charleroi/2026/08/18/les-fiertes-carolos-reviennent-le-29-aout-a-charleroi-entre-paillettes-et-musique-shows-et-rencontres-KJHAZ3KZOZESRI3EZRHRUXDOXM/" TargetMode="External"/><Relationship Id="rId10" Type="http://schemas.openxmlformats.org/officeDocument/2006/relationships/hyperlink" Target="https://www.charleroi.be/agenda/les-fiertes-carolos-2026" TargetMode="External"/><Relationship Id="rId11" Type="http://schemas.openxmlformats.org/officeDocument/2006/relationships/hyperlink" Target="https://www.charleroi.be/agenda/virages-2026" TargetMode="External"/><Relationship Id="rId12" Type="http://schemas.openxmlformats.org/officeDocument/2006/relationships/hyperlink" Target="https://infominute.be/article/4520-foire-d-aout-2026-retour-festif-a-charleroi-expo" TargetMode="External"/><Relationship Id="rId13" Type="http://schemas.openxmlformats.org/officeDocument/2006/relationships/hyperlink" Target="https://www.charleroi.be/agenda/food-truck-festival-2026" TargetMode="External"/><Relationship Id="rId14" Type="http://schemas.openxmlformats.org/officeDocument/2006/relationships/hyperlink" Target="https://www.charleroi.be/agenda/le-petit-marche-du-jeudredi" TargetMode="External"/><Relationship Id="rId15" Type="http://schemas.openxmlformats.org/officeDocument/2006/relationships/hyperlink" Target="https://allezgo.be/concerts-et-festivals/the-place-to-beer-charleroi-international-craft-beer-festival-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