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Dinah 2026 Lineup: What Rose and Bella Plan for the Iconic Queer Pilgrimage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queer joy are gearing up , Rose Garcia and Bella Barkow have taken the reins of The Dinah in Palm Springs, promising a fresh, celebratory 35th anniversary festival that honours the past while amplifying queer women and non‑binary voices on a global stage. Here’s what to expect and why it matters.</w:t>
      </w:r>
      <w:r/>
    </w:p>
    <w:p>
      <w:r/>
      <w:r>
        <w:t>Essential Takeaways</w:t>
      </w:r>
      <w:r/>
      <w:r/>
    </w:p>
    <w:p>
      <w:pPr>
        <w:pStyle w:val="ListBullet"/>
        <w:spacing w:line="240" w:lineRule="auto"/>
        <w:ind w:left="720"/>
      </w:pPr>
      <w:r/>
      <w:r>
        <w:rPr>
          <w:b/>
        </w:rPr>
        <w:t>New leadership:</w:t>
      </w:r>
      <w:r>
        <w:t xml:space="preserve"> Rose Garcia and Bella Barkow now own and run The Dinah, signalling a new chapter for the long‑running festival.</w:t>
      </w:r>
      <w:r/>
    </w:p>
    <w:p>
      <w:pPr>
        <w:pStyle w:val="ListBullet"/>
        <w:spacing w:line="240" w:lineRule="auto"/>
        <w:ind w:left="720"/>
      </w:pPr>
      <w:r/>
      <w:r>
        <w:rPr>
          <w:b/>
        </w:rPr>
        <w:t>Big names:</w:t>
      </w:r>
      <w:r>
        <w:t xml:space="preserve"> The 2026 lineup features headliners such as Hayley Kiyoko, Sasha Keable, Da Brat and The Aces , music, comedy and queer visibility.</w:t>
      </w:r>
      <w:r/>
    </w:p>
    <w:p>
      <w:pPr>
        <w:pStyle w:val="ListBullet"/>
        <w:spacing w:line="240" w:lineRule="auto"/>
        <w:ind w:left="720"/>
      </w:pPr>
      <w:r/>
      <w:r>
        <w:rPr>
          <w:b/>
        </w:rPr>
        <w:t>Pilgrimage vibes:</w:t>
      </w:r>
      <w:r>
        <w:t xml:space="preserve"> The Dinah remains a unique queer pilgrimage, valued for its sense of chosen family and sanctuary.</w:t>
      </w:r>
      <w:r/>
    </w:p>
    <w:p>
      <w:pPr>
        <w:pStyle w:val="ListBullet"/>
        <w:spacing w:line="240" w:lineRule="auto"/>
        <w:ind w:left="720"/>
      </w:pPr>
      <w:r/>
      <w:r>
        <w:rPr>
          <w:b/>
        </w:rPr>
        <w:t>First‑timer tips:</w:t>
      </w:r>
      <w:r>
        <w:t xml:space="preserve"> Bring an open heart, pace yourself between pool parties and shows, and be ready to meet your tribe.</w:t>
      </w:r>
      <w:r/>
    </w:p>
    <w:p>
      <w:pPr>
        <w:pStyle w:val="ListBullet"/>
        <w:spacing w:line="240" w:lineRule="auto"/>
        <w:ind w:left="720"/>
      </w:pPr>
      <w:r/>
      <w:r>
        <w:rPr>
          <w:b/>
        </w:rPr>
        <w:t>Why it matters:</w:t>
      </w:r>
      <w:r>
        <w:t xml:space="preserve"> In a turbulent world, events like The Dinah offer community, safety and collective joy.</w:t>
      </w:r>
      <w:r/>
      <w:r/>
    </w:p>
    <w:p>
      <w:pPr>
        <w:pStyle w:val="Heading2"/>
      </w:pPr>
      <w:r>
        <w:t>New bosses, familiar magic , what Rose and Bella are promising</w:t>
      </w:r>
      <w:r/>
    </w:p>
    <w:p>
      <w:r/>
      <w:r>
        <w:t>Rose Garcia and Bella Barkow stepping up feels like handing over the keys to a much‑loved home, but with a plan to repaint a little and host louder parties. The new owners have publicly pledged to honour The Dinah’s roots while energising its programming and community outreach. According to early reports, they’re balancing nostalgia with fresh curation, which should please long‑time attendees without freezing the festival in amber.</w:t>
      </w:r>
      <w:r/>
    </w:p>
    <w:p>
      <w:r/>
      <w:r>
        <w:t>Their pitch is simple: keep the sanctuary, add new voices. That means headline acts who reflect contemporary queer experience alongside the festival’s traditional party DNA. For fans, it’s reassuring , the festival’s identity as more than an event, and as a place of belonging, looks set to continue.</w:t>
      </w:r>
      <w:r/>
    </w:p>
    <w:p>
      <w:pPr>
        <w:pStyle w:val="Heading2"/>
      </w:pPr>
      <w:r>
        <w:t>The lineup says a lot about visibility and representation</w:t>
      </w:r>
      <w:r/>
    </w:p>
    <w:p>
      <w:r/>
      <w:r>
        <w:t>This year’s roster reads like a statement: artists who live and work visibly in queer cultures, bringing both entertainment and representation. Having performers who “live their truth out loud” on major stages helps younger and less visible festivalgoers feel seen, and it makes the event a cultural moment as much as a weekend away.</w:t>
      </w:r>
      <w:r/>
    </w:p>
    <w:p>
      <w:r/>
      <w:r>
        <w:t>Expect a mix of high‑energy sets, intimate moments and comedic relief. That variety matters: it widens the festival’s appeal and gives different groups within the LGBTQIA+ community multiple ways to connect. It’s also a reminder that visibility isn’t trivial , it’s transformative.</w:t>
      </w:r>
      <w:r/>
    </w:p>
    <w:p>
      <w:pPr>
        <w:pStyle w:val="Heading2"/>
      </w:pPr>
      <w:r>
        <w:t>Why The Dinah is still the queer pilgrimage it’s always been</w:t>
      </w:r>
      <w:r/>
    </w:p>
    <w:p>
      <w:r/>
      <w:r>
        <w:t>There’s a tactile reason The Dinah endures: Palm Springs, pools and sunshine create a sensory backdrop that lends itself to both relaxation and revelry. More than that, it’s the people , generations of festivalgoers who return to reconnect and to welcome new faces.</w:t>
      </w:r>
      <w:r/>
    </w:p>
    <w:p>
      <w:r/>
      <w:r>
        <w:t>For many, The Dinah functions like a chosen‑family reunion. That sense of being understood and safe is rare in mainstream spaces, so the festival’s role as a communal stronghold is particularly meaningful in 2026. If you want to understand why attendees call it a pilgrimage, turn up and watch strangers become friends between DJ sets.</w:t>
      </w:r>
      <w:r/>
    </w:p>
    <w:p>
      <w:pPr>
        <w:pStyle w:val="Heading2"/>
      </w:pPr>
      <w:r>
        <w:t>Practical tips for first‑timers and returnees</w:t>
      </w:r>
      <w:r/>
    </w:p>
    <w:p>
      <w:r/>
      <w:r>
        <w:t>If it’s your first Dinah, take a breath and plan a little: choose a comfortable base near the action, pack sun protection and comfortable footwear, and mix events so you don’t burn out on day one. Pool parties are iconic, but so are late‑night performances , aim to balance the two.</w:t>
      </w:r>
      <w:r/>
    </w:p>
    <w:p>
      <w:r/>
      <w:r>
        <w:t>For returnees, expect subtle changes in programming and a renewed focus on inclusivity. Embrace the new energy, but bring the rituals you love. Introduce yourself to someone who looks alone; the festival’s social fabric is woven from those small interactions.</w:t>
      </w:r>
      <w:r/>
    </w:p>
    <w:p>
      <w:pPr>
        <w:pStyle w:val="Heading2"/>
      </w:pPr>
      <w:r>
        <w:t>Looking ahead , what Rose and Bella’s stewardship might mean for queer media and community</w:t>
      </w:r>
      <w:r/>
    </w:p>
    <w:p>
      <w:r/>
      <w:r>
        <w:t>The handover is symbolic beyond one event. It’s a signal that queer spaces are being stewarded by members of the community who understand both legacy and the need to evolve. That matters for wider cultural ecosystems, including queer media and charities that rely on visibility and support.</w:t>
      </w:r>
      <w:r/>
    </w:p>
    <w:p>
      <w:r/>
      <w:r>
        <w:t>As The Dinah moves forward, watch for programming that reaches beyond concerts , workshops, panels and partnerships that deepen the festival’s role as a cultural institution. It’s an opportunity to build infrastructure for future generations while keeping the party intact.</w:t>
      </w:r>
      <w:r/>
    </w:p>
    <w:p>
      <w:r/>
      <w:r>
        <w:t>It's a small change that can make every reunion feel more intentional.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0">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https://diva-magazine.com/2026/08/18/meet-rose-and-bella-the-new-owners-of-the-iconic-the-dinah/?utm_source=rss&amp;utm_medium=rss&amp;utm_campaign=meet-rose-and-bella-the-new-owners-of-the-iconic-the-dinah</w:t>
        </w:r>
      </w:hyperlink>
      <w:r>
        <w:t xml:space="preserve"> - Please view link - unable to able to access data</w:t>
      </w:r>
      <w:r/>
    </w:p>
    <w:p>
      <w:pPr>
        <w:pStyle w:val="ListNumber"/>
        <w:spacing w:line="240" w:lineRule="auto"/>
        <w:ind w:left="720"/>
      </w:pPr>
      <w:r/>
      <w:hyperlink r:id="rId10">
        <w:r>
          <w:rPr>
            <w:color w:val="0000EE"/>
            <w:u w:val="single"/>
          </w:rPr>
          <w:t>https://www.advocate.com/news/culture/new-team-takes-over-dinah</w:t>
        </w:r>
      </w:hyperlink>
      <w:r>
        <w:t xml:space="preserve"> - In February 2026, The Advocate reported that BellaRose Productions, a partnership between Bella Barkow and Rose Garcia, acquired The Dinah from founder Mariah Hanson. This marked a new chapter for the iconic queer women's event, with the duo bringing decades of combined experience to the festival. The acquisition ensured The Dinah remained independently owned and deeply rooted in LGBTQ+ culture, operating under the new ownership for the 2026 event scheduled for September 30 through October 4 in Palm Springs.</w:t>
      </w:r>
      <w:r/>
    </w:p>
    <w:p>
      <w:pPr>
        <w:pStyle w:val="ListNumber"/>
        <w:spacing w:line="240" w:lineRule="auto"/>
        <w:ind w:left="720"/>
      </w:pPr>
      <w:r/>
      <w:hyperlink r:id="rId11">
        <w:r>
          <w:rPr>
            <w:color w:val="0000EE"/>
            <w:u w:val="single"/>
          </w:rPr>
          <w:t>https://www.broadwayworld.com/palm-springs/article/THE-DINAH-Sold-to-Bella-Barkow-and-Rose-Garcia-After-35-Years-20260211</w:t>
        </w:r>
      </w:hyperlink>
      <w:r>
        <w:t xml:space="preserve"> - Broadway World announced in February 2026 that The Dinah, the world's longest-running music festival for queer women, was sold by founder Mariah Hanson to Bella Barkow and Rose Garcia. The 2026 event was confirmed to take place from September 30 to October 4, returning to the Hilton Hotel and The Zoso in Palm Springs. The acquisition ensured the festival remained independently owned and deeply rooted in LGBTQ+ culture, operating under the new ownership for the 2026 event.</w:t>
      </w:r>
      <w:r/>
    </w:p>
    <w:p>
      <w:pPr>
        <w:pStyle w:val="ListNumber"/>
        <w:spacing w:line="240" w:lineRule="auto"/>
        <w:ind w:left="720"/>
      </w:pPr>
      <w:r/>
      <w:hyperlink r:id="rId12">
        <w:r>
          <w:rPr>
            <w:color w:val="0000EE"/>
            <w:u w:val="single"/>
          </w:rPr>
          <w:t>https://www.edgemedianetwork.com/story/163115/brotherly-love-looking-beyond-the-slogans-in-philadelphia</w:t>
        </w:r>
      </w:hyperlink>
      <w:r>
        <w:t xml:space="preserve"> - EDGE Media Network reported in February 2026 that BellaRose Productions, led by Bella Barkow and Rose Garcia, acquired The Dinah from founder Mariah Hanson. The duo brought decades of combined experience to the festival, with Barkow having managed major events like LA Pride and Outloud Festival, and Garcia being a seasoned emcee and reality TV personality. The acquisition ensured The Dinah remained independently owned and deeply rooted in LGBTQ+ culture, operating under the new ownership for the 2026 event.</w:t>
      </w:r>
      <w:r/>
    </w:p>
    <w:p>
      <w:pPr>
        <w:pStyle w:val="ListNumber"/>
        <w:spacing w:line="240" w:lineRule="auto"/>
        <w:ind w:left="720"/>
      </w:pPr>
      <w:r/>
      <w:hyperlink r:id="rId10">
        <w:r>
          <w:rPr>
            <w:color w:val="0000EE"/>
            <w:u w:val="single"/>
          </w:rPr>
          <w:t>https://www.advocate.com/news/culture/new-team-takes-over-dinah</w:t>
        </w:r>
      </w:hyperlink>
      <w:r>
        <w:t xml:space="preserve"> - In February 2026, The Advocate reported that BellaRose Productions, a partnership between Bella Barkow and Rose Garcia, acquired The Dinah from founder Mariah Hanson. This marked a new chapter for the iconic queer women's event, with the duo bringing decades of combined experience to the festival. The acquisition ensured The Dinah remained independently owned and deeply rooted in LGBTQ+ culture, operating under the new ownership for the 2026 event scheduled for September 30 through October 4 in Palm Springs.</w:t>
      </w:r>
      <w:r/>
    </w:p>
    <w:p>
      <w:pPr>
        <w:pStyle w:val="ListNumber"/>
        <w:spacing w:line="240" w:lineRule="auto"/>
        <w:ind w:left="720"/>
      </w:pPr>
      <w:r/>
      <w:hyperlink r:id="rId12">
        <w:r>
          <w:rPr>
            <w:color w:val="0000EE"/>
            <w:u w:val="single"/>
          </w:rPr>
          <w:t>https://www.edgemedianetwork.com/story/163115/brotherly-love-looking-beyond-the-slogans-in-philadelphia</w:t>
        </w:r>
      </w:hyperlink>
      <w:r>
        <w:t xml:space="preserve"> - EDGE Media Network reported in February 2026 that BellaRose Productions, led by Bella Barkow and Rose Garcia, acquired The Dinah from founder Mariah Hanson. The duo brought decades of combined experience to the festival, with Barkow having managed major events like LA Pride and Outloud Festival, and Garcia being a seasoned emcee and reality TV personality. The acquisition ensured The Dinah remained independently owned and deeply rooted in LGBTQ+ culture, operating under the new ownership for the 2026 event.</w:t>
      </w:r>
      <w:r/>
    </w:p>
    <w:p>
      <w:pPr>
        <w:pStyle w:val="ListNumber"/>
        <w:spacing w:line="240" w:lineRule="auto"/>
        <w:ind w:left="720"/>
      </w:pPr>
      <w:r/>
      <w:hyperlink r:id="rId10">
        <w:r>
          <w:rPr>
            <w:color w:val="0000EE"/>
            <w:u w:val="single"/>
          </w:rPr>
          <w:t>https://www.advocate.com/news/culture/new-team-takes-over-dinah</w:t>
        </w:r>
      </w:hyperlink>
      <w:r>
        <w:t xml:space="preserve"> - In February 2026, The Advocate reported that BellaRose Productions, a partnership between Bella Barkow and Rose Garcia, acquired The Dinah from founder Mariah Hanson. This marked a new chapter for the iconic queer women's event, with the duo bringing decades of combined experience to the festival. The acquisition ensured The Dinah remained independently owned and deeply rooted in LGBTQ+ culture, operating under the new ownership for the 2026 event scheduled for September 30 through October 4 in Palm Springs.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18/meet-rose-and-bella-the-new-owners-of-the-iconic-the-dinah/?utm_source=rss&amp;utm_medium=rss&amp;utm_campaign=meet-rose-and-bella-the-new-owners-of-the-iconic-the-dinah" TargetMode="External"/><Relationship Id="rId10" Type="http://schemas.openxmlformats.org/officeDocument/2006/relationships/hyperlink" Target="https://www.advocate.com/news/culture/new-team-takes-over-dinah" TargetMode="External"/><Relationship Id="rId11" Type="http://schemas.openxmlformats.org/officeDocument/2006/relationships/hyperlink" Target="https://www.broadwayworld.com/palm-springs/article/THE-DINAH-Sold-to-Bella-Barkow-and-Rose-Garcia-After-35-Years-20260211" TargetMode="External"/><Relationship Id="rId12" Type="http://schemas.openxmlformats.org/officeDocument/2006/relationships/hyperlink" Target="https://www.edgemedianetwork.com/story/163115/brotherly-love-looking-beyond-the-slogans-in-philadelph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