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Tommy Fleming's Coming-Out Moment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viewers have been talking: Ireland’s beloved singer Tommy Fleming has publicly come out as gay, prompting praise, reflection and debate about how far Ireland has come , and how far it still has to go. Here’s what happened, why presenters on Ireland AM reacted, and what this moment means for public figures and families.</w:t>
      </w:r>
      <w:r/>
    </w:p>
    <w:p>
      <w:r/>
      <w:r>
        <w:t>Essential Takeaways</w:t>
      </w:r>
      <w:r/>
      <w:r/>
    </w:p>
    <w:p>
      <w:pPr>
        <w:pStyle w:val="ListBullet"/>
        <w:spacing w:line="240" w:lineRule="auto"/>
        <w:ind w:left="720"/>
      </w:pPr>
      <w:r/>
      <w:r>
        <w:rPr>
          <w:b/>
        </w:rPr>
        <w:t>Big reveal:</w:t>
      </w:r>
      <w:r>
        <w:t xml:space="preserve"> Tommy Fleming told Virgin Media’s Unfiltered he felt unable to come out in 1980s Ireland and has now publicly identified as gay.</w:t>
      </w:r>
      <w:r/>
    </w:p>
    <w:p>
      <w:pPr>
        <w:pStyle w:val="ListBullet"/>
        <w:spacing w:line="240" w:lineRule="auto"/>
        <w:ind w:left="720"/>
      </w:pPr>
      <w:r/>
      <w:r>
        <w:rPr>
          <w:b/>
        </w:rPr>
        <w:t>Public reaction:</w:t>
      </w:r>
      <w:r>
        <w:t xml:space="preserve"> Fleming received warm support on stage and from colleagues, with standing ovations at recent gigs and broad media coverage.</w:t>
      </w:r>
      <w:r/>
    </w:p>
    <w:p>
      <w:pPr>
        <w:pStyle w:val="ListBullet"/>
        <w:spacing w:line="240" w:lineRule="auto"/>
        <w:ind w:left="720"/>
      </w:pPr>
      <w:r/>
      <w:r>
        <w:rPr>
          <w:b/>
        </w:rPr>
        <w:t>Presenter perspective:</w:t>
      </w:r>
      <w:r>
        <w:t xml:space="preserve"> Ireland AM’s Alan Hughes praised Fleming’s courage, saying he’s always tried to “normalise” being gay on TV and understands why others might delay coming out.</w:t>
      </w:r>
      <w:r/>
    </w:p>
    <w:p>
      <w:pPr>
        <w:pStyle w:val="ListBullet"/>
        <w:spacing w:line="240" w:lineRule="auto"/>
        <w:ind w:left="720"/>
      </w:pPr>
      <w:r/>
      <w:r>
        <w:rPr>
          <w:b/>
        </w:rPr>
        <w:t>Family strain:</w:t>
      </w:r>
      <w:r>
        <w:t xml:space="preserve"> Fleming’s ex-wife disputes some claims about prior knowledge; the interview has reopened questions about relationships and disclosure.</w:t>
      </w:r>
      <w:r/>
    </w:p>
    <w:p>
      <w:pPr>
        <w:pStyle w:val="ListBullet"/>
        <w:spacing w:line="240" w:lineRule="auto"/>
        <w:ind w:left="720"/>
      </w:pPr>
      <w:r/>
      <w:r>
        <w:rPr>
          <w:b/>
        </w:rPr>
        <w:t>Wider context:</w:t>
      </w:r>
      <w:r>
        <w:t xml:space="preserve"> The story has revived conversations about progress since the marriage referendum and about persistent homophobia and safety concerns in parts of the country.</w:t>
      </w:r>
      <w:r/>
      <w:r/>
    </w:p>
    <w:p>
      <w:pPr>
        <w:pStyle w:val="Heading2"/>
      </w:pPr>
      <w:r>
        <w:t>What Tommy Fleming said and why viewers noticed</w:t>
      </w:r>
      <w:r/>
    </w:p>
    <w:p>
      <w:r/>
      <w:r>
        <w:t>Startling and quietly intimate, Tommy Fleming’s interview on Virgin Media’s Unfiltered broke through the usual promotional talk and struck a chord for many viewers. According to reports, Fleming told Lucy Kennedy he couldn’t have come out in 1980s Ireland, and that admitting his truth now felt like the end of “living a lie.” The confession has been picked up across national outlets and has prompted real-time emotional responses at his concerts, where audiences offered lengthy standing ovations.</w:t>
      </w:r>
      <w:r/>
    </w:p>
    <w:p>
      <w:r/>
      <w:r>
        <w:t>This isn’t just celebrity drama , it’s a reminder of the cultural backdrop Fleming grew up in and the personal cost of staying closeted. For fans, the revelation reframes decades of performances and public persona, and for others it becomes a prompt to rethink how we talk about identity in small towns and tight-knit communities.</w:t>
      </w:r>
      <w:r/>
    </w:p>
    <w:p>
      <w:pPr>
        <w:pStyle w:val="Heading2"/>
      </w:pPr>
      <w:r>
        <w:t>Alan Hughes: normalising visibility, praising courage</w:t>
      </w:r>
      <w:r/>
    </w:p>
    <w:p>
      <w:r/>
      <w:r>
        <w:t>Alan Hughes, co-presenter on Ireland AM, reacted with measured admiration. He told viewers he’s always tried to normalise his own life on air, talking openly about his husband, and he called Fleming’s decision brave. Hughes acknowledged that everyone’s timeline is different and that fear of family or community reaction still keeps people quiet.</w:t>
      </w:r>
      <w:r/>
    </w:p>
    <w:p>
      <w:r/>
      <w:r>
        <w:t>His comments underline a media shift: more presenters now see it as part of their role to model openness. That visibility matters , it can make coming out feel less catastrophic for someone watching from a small village , but Hughes also warned that homophobia hasn’t disappeared and that public life can still be risky.</w:t>
      </w:r>
      <w:r/>
    </w:p>
    <w:p>
      <w:pPr>
        <w:pStyle w:val="Heading2"/>
      </w:pPr>
      <w:r>
        <w:t>The family row and the messy human reality</w:t>
      </w:r>
      <w:r/>
    </w:p>
    <w:p>
      <w:r/>
      <w:r>
        <w:t>The interview has not been without fallout. Fleming’s ex-wife has publicly contradicted his claim that she knew about his bisexuality, saying she was not informed before or during their relationship and only learned after discovering aspects of his private life. That dispute has stirred sympathy for both sides and turned a personal revelation into a broader conversation about honesty, secrecy and the collateral damage of hidden lives.</w:t>
      </w:r>
      <w:r/>
    </w:p>
    <w:p>
      <w:r/>
      <w:r>
        <w:t>There’s no neat, single answer here. People in relationships navigate complex truths differently, and the headlines now reflect two intertwined stories: one of an artist finding freedom, and another of a spouse dealing with unexpected betrayal. It’s an uncomfortable but necessary conversation about consent, openness and the responsibilities we owe those closest to us.</w:t>
      </w:r>
      <w:r/>
    </w:p>
    <w:p>
      <w:pPr>
        <w:pStyle w:val="Heading2"/>
      </w:pPr>
      <w:r>
        <w:t>Public reaction: applause, praise and the press pack</w:t>
      </w:r>
      <w:r/>
    </w:p>
    <w:p>
      <w:r/>
      <w:r>
        <w:t>From standing ovations at gigs to gushing coverage in national press, Fleming’s revelation has been met largely with warmth. Reports describe some of his recent performances ending in extended applause and emotional introductions, signalling fans’ support. Coverage in outlets from entertainment pages to broadsheets has amplified the moment and given it national significance.</w:t>
      </w:r>
      <w:r/>
    </w:p>
    <w:p>
      <w:r/>
      <w:r>
        <w:t>Still, the reaction also exposes divides. While urban audiences and national broadcasters have largely backed Fleming, there are reminders , spoken by Hughes and others , that homophobia and targeted attacks persist. So while the applause is meaningful, the safety and acceptance of LGBTQ+ people across the country remains uneven.</w:t>
      </w:r>
      <w:r/>
    </w:p>
    <w:p>
      <w:pPr>
        <w:pStyle w:val="Heading2"/>
      </w:pPr>
      <w:r>
        <w:t>What this means for public figures and for families</w:t>
      </w:r>
      <w:r/>
    </w:p>
    <w:p>
      <w:r/>
      <w:r>
        <w:t>The story highlights a few practical takeaways. For public figures, timing and context matter: some choose to come out privately first, others pick high-profile platforms, and every route has consequences. For families, the episode is a prompt to keep lines of communication open and to remember that compassion is vital even when hurt is raw.</w:t>
      </w:r>
      <w:r/>
    </w:p>
    <w:p>
      <w:r/>
      <w:r>
        <w:t>If you’re supporting someone who might be struggling to come out, little things help: ask gently, offer privacy, and avoid forcing confessions in public. And if you’re a viewer watching a loved one go through this, remember that headlines simplify complex personal histories.</w:t>
      </w:r>
      <w:r/>
    </w:p>
    <w:p>
      <w:r/>
      <w:r>
        <w:t>It’s a messy, human moment , and for many, it’s also a step toward living more honestly.</w:t>
      </w:r>
      <w:r/>
    </w:p>
    <w:p>
      <w:r/>
      <w:r>
        <w:t>It's a small change that can make every disclosure a little safer and every stage a little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[5]</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https://www.independent.ie/irish-news/ireland-ams-alan-hughes-says-tommy-fleming-made-brave-move-by-coming-out-as-gay/a/160021996.html</w:t>
        </w:r>
      </w:hyperlink>
      <w:r>
        <w:t xml:space="preserve"> - Please view link - unable to able to access data</w:t>
      </w:r>
      <w:r/>
    </w:p>
    <w:p>
      <w:pPr>
        <w:pStyle w:val="ListNumber"/>
        <w:spacing w:line="240" w:lineRule="auto"/>
        <w:ind w:left="720"/>
      </w:pPr>
      <w:r/>
      <w:hyperlink r:id="rId10">
        <w:r>
          <w:rPr>
            <w:color w:val="0000EE"/>
            <w:u w:val="single"/>
          </w:rPr>
          <w:t>https://www.rte.ie/entertainment/2026/0515/1573601-ive-been-living-a-lie-tommy-fleming-comes-out-as-gay/</w:t>
        </w:r>
      </w:hyperlink>
      <w:r>
        <w:t xml:space="preserve"> - Tommy Fleming, the 55-year-old Sligo-born folk singer, publicly came out as gay during an interview on Newstalk's The Hard Shoulder. He discussed the breakdown of his marriage, his past struggles with substance abuse, and the impact of a leaked private conversation. Fleming expressed remorse for any hurt caused to his family and highlighted the challenges of living a double life. He also revealed a suicide attempt in September 2025 and subsequent treatment at St Patrick’s Mental Health Services. (</w:t>
      </w:r>
      <w:hyperlink r:id="rId16">
        <w:r>
          <w:rPr>
            <w:color w:val="0000EE"/>
            <w:u w:val="single"/>
          </w:rPr>
          <w:t>rte.ie</w:t>
        </w:r>
      </w:hyperlink>
      <w:r>
        <w:t>)</w:t>
      </w:r>
      <w:r/>
    </w:p>
    <w:p>
      <w:pPr>
        <w:pStyle w:val="ListNumber"/>
        <w:spacing w:line="240" w:lineRule="auto"/>
        <w:ind w:left="720"/>
      </w:pPr>
      <w:r/>
      <w:hyperlink r:id="rId13">
        <w:r>
          <w:rPr>
            <w:color w:val="0000EE"/>
            <w:u w:val="single"/>
          </w:rPr>
          <w:t>https://www.irishtimes.com/culture/music/2026/05/15/tommy-fleming-comes-out-as-gay-in-interview-discussing-marriage-breakdown/</w:t>
        </w:r>
      </w:hyperlink>
      <w:r>
        <w:t xml:space="preserve"> - In an emotional interview with Ciara Kelly on Newstalk’s Drivetime, Tommy Fleming, 55, announced he is gay, expressing regret for any hurt caused to his loved ones. He discussed the breakdown of his marriage, his struggles with mental health, and the impact of a leaked recording. Fleming reflected on growing up in a hostile environment towards gay people and the challenges of living a double life. (</w:t>
      </w:r>
      <w:hyperlink r:id="rId17">
        <w:r>
          <w:rPr>
            <w:color w:val="0000EE"/>
            <w:u w:val="single"/>
          </w:rPr>
          <w:t>irishtimes.com</w:t>
        </w:r>
      </w:hyperlink>
      <w:r>
        <w:t>)</w:t>
      </w:r>
      <w:r/>
    </w:p>
    <w:p>
      <w:pPr>
        <w:pStyle w:val="ListNumber"/>
        <w:spacing w:line="240" w:lineRule="auto"/>
        <w:ind w:left="720"/>
      </w:pPr>
      <w:r/>
      <w:hyperlink r:id="rId11">
        <w:r>
          <w:rPr>
            <w:color w:val="0000EE"/>
            <w:u w:val="single"/>
          </w:rPr>
          <w:t>https://www.classichits.ie/news/music-news/ive-been-living-a-lie-tommy-fleming-comes-out-as-gay-after-marriage-break-up/</w:t>
        </w:r>
      </w:hyperlink>
      <w:r>
        <w:t xml:space="preserve"> - Irish folk singer Tommy Fleming publicly came out as gay, admitting he had been 'living a lie'. In a recent interview, he opened up about the breakdown of his marriage and past drug use. Fleming discussed a private conversation between himself, his wife Tina, and their stepdaughter, which went viral after being leaked online. (</w:t>
      </w:r>
      <w:hyperlink r:id="rId18">
        <w:r>
          <w:rPr>
            <w:color w:val="0000EE"/>
            <w:u w:val="single"/>
          </w:rPr>
          <w:t>classichits.ie</w:t>
        </w:r>
      </w:hyperlink>
      <w:r>
        <w:t>)</w:t>
      </w:r>
      <w:r/>
    </w:p>
    <w:p>
      <w:pPr>
        <w:pStyle w:val="ListNumber"/>
        <w:spacing w:line="240" w:lineRule="auto"/>
        <w:ind w:left="720"/>
      </w:pPr>
      <w:r/>
      <w:hyperlink r:id="rId15">
        <w:r>
          <w:rPr>
            <w:color w:val="0000EE"/>
            <w:u w:val="single"/>
          </w:rPr>
          <w:t>https://www.classichits.ie/news/national-news/the-place-erupted-tommy-fleming-returns-to-stage-after-bombshell-interview/</w:t>
        </w:r>
      </w:hyperlink>
      <w:r>
        <w:t xml:space="preserve"> - Tommy Fleming received a standing ovation at his first gig since coming out as gay. Just 24 hours after his tell-all interview on Newstalk, the singer performed at the Riverbank Arts Theatre in Newbridge, Co. Kildare. His manager, Kathy Cullinan, described the audience's support as incredible, noting the crowd's extra effort to support Tommy. (</w:t>
      </w:r>
      <w:hyperlink r:id="rId19">
        <w:r>
          <w:rPr>
            <w:color w:val="0000EE"/>
            <w:u w:val="single"/>
          </w:rPr>
          <w:t>classichits.ie</w:t>
        </w:r>
      </w:hyperlink>
      <w:r>
        <w:t>)</w:t>
      </w:r>
      <w:r/>
    </w:p>
    <w:p>
      <w:pPr>
        <w:pStyle w:val="ListNumber"/>
        <w:spacing w:line="240" w:lineRule="auto"/>
        <w:ind w:left="720"/>
      </w:pPr>
      <w:r/>
      <w:hyperlink r:id="rId12">
        <w:r>
          <w:rPr>
            <w:color w:val="0000EE"/>
            <w:u w:val="single"/>
          </w:rPr>
          <w:t>https://goss.ie/showbiz/tommy-fleming-receives-standing-ovation-at-first-gig-since-coming-out-as-gay-the-longest-introduction-cheer-ive-ever-had-466686</w:t>
        </w:r>
      </w:hyperlink>
      <w:r>
        <w:t xml:space="preserve"> - Tommy Fleming received a standing ovation at his first gig since coming out as gay. The singer performed at the Riverbank Arts Theatre in Newbridge, Co. Kildare, and was met with the longest introduction cheer he'd ever had. His manager, Kathy Cullinan, noted the incredible support from the audience, highlighting the crowd's extra effort to support Tommy. (</w:t>
      </w:r>
      <w:hyperlink r:id="rId20">
        <w:r>
          <w:rPr>
            <w:color w:val="0000EE"/>
            <w:u w:val="single"/>
          </w:rPr>
          <w:t>goss.ie</w:t>
        </w:r>
      </w:hyperlink>
      <w:r>
        <w:t>)</w:t>
      </w:r>
      <w:r/>
    </w:p>
    <w:p>
      <w:pPr>
        <w:pStyle w:val="ListNumber"/>
        <w:spacing w:line="240" w:lineRule="auto"/>
        <w:ind w:left="720"/>
      </w:pPr>
      <w:r/>
      <w:hyperlink r:id="rId14">
        <w:r>
          <w:rPr>
            <w:color w:val="0000EE"/>
            <w:u w:val="single"/>
          </w:rPr>
          <w:t>https://extra.ie/2026/05/15/entertainment/tommy-fleming-fear-is-gone</w:t>
        </w:r>
      </w:hyperlink>
      <w:r>
        <w:t xml:space="preserve"> - In an emotionally charged interview with Ciara Kelly on The Hard Shoulder on Newstalk, Tommy Fleming spoke publicly for the first time about living a double life, coming out as a gay man, a suicide attempt last September, and the long road towards peace with himself. Fleming expressed that, for the first time in his life, the fear is gone, despite the terrifying nature of the revelation. (</w:t>
      </w:r>
      <w:hyperlink r:id="rId21">
        <w:r>
          <w:rPr>
            <w:color w:val="0000EE"/>
            <w:u w:val="single"/>
          </w:rPr>
          <w:t>extra.ie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ie/irish-news/ireland-ams-alan-hughes-says-tommy-fleming-made-brave-move-by-coming-out-as-gay/a/160021996.html" TargetMode="External"/><Relationship Id="rId10" Type="http://schemas.openxmlformats.org/officeDocument/2006/relationships/hyperlink" Target="https://www.rte.ie/entertainment/2026/0515/1573601-ive-been-living-a-lie-tommy-fleming-comes-out-as-gay/" TargetMode="External"/><Relationship Id="rId11" Type="http://schemas.openxmlformats.org/officeDocument/2006/relationships/hyperlink" Target="https://www.classichits.ie/news/music-news/ive-been-living-a-lie-tommy-fleming-comes-out-as-gay-after-marriage-break-up/" TargetMode="External"/><Relationship Id="rId12" Type="http://schemas.openxmlformats.org/officeDocument/2006/relationships/hyperlink" Target="https://goss.ie/showbiz/tommy-fleming-receives-standing-ovation-at-first-gig-since-coming-out-as-gay-the-longest-introduction-cheer-ive-ever-had-466686" TargetMode="External"/><Relationship Id="rId13" Type="http://schemas.openxmlformats.org/officeDocument/2006/relationships/hyperlink" Target="https://www.irishtimes.com/culture/music/2026/05/15/tommy-fleming-comes-out-as-gay-in-interview-discussing-marriage-breakdown/" TargetMode="External"/><Relationship Id="rId14" Type="http://schemas.openxmlformats.org/officeDocument/2006/relationships/hyperlink" Target="https://extra.ie/2026/05/15/entertainment/tommy-fleming-fear-is-gone" TargetMode="External"/><Relationship Id="rId15" Type="http://schemas.openxmlformats.org/officeDocument/2006/relationships/hyperlink" Target="https://www.classichits.ie/news/national-news/the-place-erupted-tommy-fleming-returns-to-stage-after-bombshell-interview/" TargetMode="External"/><Relationship Id="rId16" Type="http://schemas.openxmlformats.org/officeDocument/2006/relationships/hyperlink" Target="https://www.rte.ie/entertainment/2026/0515/1573601-ive-been-living-a-lie-tommy-fleming-comes-out-as-gay/?utm_source=openai" TargetMode="External"/><Relationship Id="rId17" Type="http://schemas.openxmlformats.org/officeDocument/2006/relationships/hyperlink" Target="https://www.irishtimes.com/culture/music/2026/05/15/tommy-fleming-comes-out-as-gay-in-interview-discussing-marriage-breakdown/?utm_source=openai" TargetMode="External"/><Relationship Id="rId18" Type="http://schemas.openxmlformats.org/officeDocument/2006/relationships/hyperlink" Target="https://www.classichits.ie/news/music-news/ive-been-living-a-lie-tommy-fleming-comes-out-as-gay-after-marriage-break-up/?utm_source=openai" TargetMode="External"/><Relationship Id="rId19" Type="http://schemas.openxmlformats.org/officeDocument/2006/relationships/hyperlink" Target="https://www.classichits.ie/news/national-news/the-place-erupted-tommy-fleming-returns-to-stage-after-bombshell-interview/?utm_source=openai" TargetMode="External"/><Relationship Id="rId20" Type="http://schemas.openxmlformats.org/officeDocument/2006/relationships/hyperlink" Target="https://goss.ie/showbiz/tommy-fleming-receives-standing-ovation-at-first-gig-since-coming-out-as-gay-the-longest-introduction-cheer-ive-ever-had-466686?utm_source=openai" TargetMode="External"/><Relationship Id="rId21" Type="http://schemas.openxmlformats.org/officeDocument/2006/relationships/hyperlink" Target="https://extra.ie/2026/05/15/entertainment/tommy-fleming-fear-is-gon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