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Black Meat Market Carnival Weekend Guides for London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Black Meat Market’s Carnival Weekend returns to London for six days of music, food and connection, bringing local and international Black and POC queer communities together in a programme of parties, daytime socials, mixers and private experiences.</w:t>
      </w:r>
      <w:r/>
    </w:p>
    <w:p>
      <w:r/>
      <w:r>
        <w:t>Essential Takeaways</w:t>
      </w:r>
      <w:r/>
      <w:r/>
    </w:p>
    <w:p>
      <w:pPr>
        <w:pStyle w:val="ListBullet"/>
        <w:spacing w:line="240" w:lineRule="auto"/>
        <w:ind w:left="720"/>
      </w:pPr>
      <w:r/>
      <w:r>
        <w:rPr>
          <w:b/>
        </w:rPr>
        <w:t>Six-day celebration:</w:t>
      </w:r>
      <w:r>
        <w:t xml:space="preserve"> A packed programme of public parties, daytime socials and private gatherings aimed principally at Black men and people of colour within the LGBTQ+ community. </w:t>
      </w:r>
      <w:r/>
    </w:p>
    <w:p>
      <w:pPr>
        <w:pStyle w:val="ListBullet"/>
        <w:spacing w:line="240" w:lineRule="auto"/>
        <w:ind w:left="720"/>
      </w:pPr>
      <w:r/>
      <w:r>
        <w:rPr>
          <w:b/>
        </w:rPr>
        <w:t>Standout events:</w:t>
      </w:r>
      <w:r>
        <w:t xml:space="preserve"> UNCENSORED (Carnival Friday circuit party), SUMMER YARD (open daytime social) and LONDON BASHMENT (BMM × Deviant Carnival Sunday) are the headline public draws. </w:t>
      </w:r>
      <w:r/>
    </w:p>
    <w:p>
      <w:pPr>
        <w:pStyle w:val="ListBullet"/>
        <w:spacing w:line="240" w:lineRule="auto"/>
        <w:ind w:left="720"/>
      </w:pPr>
      <w:r/>
      <w:r>
        <w:rPr>
          <w:b/>
        </w:rPr>
        <w:t>Practical entry rules:</w:t>
      </w:r>
      <w:r>
        <w:t xml:space="preserve"> Some gatherings are invitation-only with a verification process; buying a pass may not guarantee private-entry access. </w:t>
      </w:r>
      <w:r/>
    </w:p>
    <w:p>
      <w:pPr>
        <w:pStyle w:val="ListBullet"/>
        <w:spacing w:line="240" w:lineRule="auto"/>
        <w:ind w:left="720"/>
      </w:pPr>
      <w:r/>
      <w:r>
        <w:rPr>
          <w:b/>
        </w:rPr>
        <w:t>Atmosphere notes:</w:t>
      </w:r>
      <w:r>
        <w:t xml:space="preserve"> Expect high-energy late-night circuits, relaxed afternoon yard vibes and dancehall/bashment-driven Sunday celebrations , music-forward and community-led. </w:t>
      </w:r>
      <w:r/>
      <w:r/>
    </w:p>
    <w:p>
      <w:pPr>
        <w:pStyle w:val="Heading2"/>
      </w:pPr>
      <w:r>
        <w:t>What to expect from Carnival Weekend: energy, intimacy and music</w:t>
      </w:r>
      <w:r/>
    </w:p>
    <w:p>
      <w:r/>
      <w:r>
        <w:t>Black Meat Market’s Carnival Weekend lands as a mix of pulsing nightlife and relaxed daytime socialising, so you’ll feel the Carnival energy whether you’re dancing at 2am or sipping a drink in the sun. UNCENSORED promises a compact, high-voltage Friday circuit, designed for a predominantly Black and POC queer crowd, with four hours of music and movement. Meanwhile, SUMMER YARD offers a softer, more social alternative on Saturday , a chance to catch up, chat and recharge. If you love music-led gatherings that also prioritise community, this weekend aims to deliver both.</w:t>
      </w:r>
      <w:r/>
    </w:p>
    <w:p>
      <w:pPr>
        <w:pStyle w:val="Heading2"/>
      </w:pPr>
      <w:r>
        <w:t>Headliners and party picks: where to go and why</w:t>
      </w:r>
      <w:r/>
    </w:p>
    <w:p>
      <w:r/>
      <w:r>
        <w:t>The programme is built around a few headline moments. UNCENSORED at The White Swan is the Friday night centrepiece, deliberately unapologetic and late-running; it’s the place for the kind of Carnival circuit energy that keeps you moving till the small hours. On Saturday, Melanhaus’s SUMMER YARD moves things outdoors and daytime-friendly, with DJs, drinks and conversation the focus. Finish the weekend at LONDON BASHMENT , a collaboration with Deviant at Venue MOT , which combines queer nightlife with dancehall and bashment for a Sunday night blowout. Each event has its own tone, so pick nights by vibe as much as by the playlist.</w:t>
      </w:r>
      <w:r/>
    </w:p>
    <w:p>
      <w:pPr>
        <w:pStyle w:val="Heading2"/>
      </w:pPr>
      <w:r>
        <w:t>Tickets, verification and the small print you need to know</w:t>
      </w:r>
      <w:r/>
    </w:p>
    <w:p>
      <w:r/>
      <w:r>
        <w:t>Buying a weekend pass or an individual ticket is the obvious first step, but it’s worth reading the entry conditions closely. Black Meat Market runs an established verification and admission process for private events, and purchasing access doesn’t automatically remove that requirement. Organisers advise checking individual event pages for rules and final venue details, so you don’t turn up expecting public entry where it’s invitation-only. If privacy or verification matters to you, allow time to complete any checks before the night.</w:t>
      </w:r>
      <w:r/>
    </w:p>
    <w:p>
      <w:pPr>
        <w:pStyle w:val="Heading2"/>
      </w:pPr>
      <w:r>
        <w:t>How the weekend fits into wider Black queer Carnival culture</w:t>
      </w:r>
      <w:r/>
    </w:p>
    <w:p>
      <w:r/>
      <w:r>
        <w:t>This programme isn’t just a set of parties; it’s part of a longer tradition of Black queer Carnival expression in London. By collaborating with groups like Melanhaus and Deviant, Black Meat Market is both consolidating existing scenes and opening space for cross-community exchange. That model , headline parties plus yard socials and curated private moments , reflects how queer Carnival culture has evolved: music and costume-led exuberance alongside quieter spaces for connection. Expect the weekend to feel both familiar and freshly assembled.</w:t>
      </w:r>
      <w:r/>
    </w:p>
    <w:p>
      <w:pPr>
        <w:pStyle w:val="Heading2"/>
      </w:pPr>
      <w:r>
        <w:t>Practical tips for getting the most from the weekend</w:t>
      </w:r>
      <w:r/>
    </w:p>
    <w:p>
      <w:r/>
      <w:r>
        <w:t>Plan your nights by vibe: if you want non-stop dancing, prioritise UNCENSORED and BASHMENT; if you prefer people-time in daylight, book SUMMER YARD. Check the official Carnival Weekend page for the latest venue details and ticket links, and complete any verification steps early. Dress for comfort , Carnival circuits can run long , and keep hydrated between sets. Finally, be mindful of the event’s community focus: these spaces are made for Black and POC queer people, so approach with respect and curiosity.</w:t>
      </w:r>
      <w:r/>
    </w:p>
    <w:p>
      <w:r/>
      <w:r>
        <w:t>It's a small change that can make every beat and conversation feel more connected , pick the nights that suit your vibe and enjoy the Carnival rhythm.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https://www.qxmagazine.com/2026/08/bmm-carnival-weekend-returns-to-london-for-six-days-of-black-queer-culture-connection-and-celebration/</w:t>
        </w:r>
      </w:hyperlink>
      <w:r>
        <w:t xml:space="preserve"> - Please view link - unable to able to access data</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p>
      <w:pPr>
        <w:pStyle w:val="ListNumber"/>
        <w:spacing w:line="240" w:lineRule="auto"/>
        <w:ind w:left="720"/>
      </w:pPr>
      <w:r/>
      <w:hyperlink r:id="rId10">
        <w:r>
          <w:rPr>
            <w:color w:val="0000EE"/>
            <w:u w:val="single"/>
          </w:rPr>
          <w:t>https://www.blackmeatmarket.co.uk/carnival-weekend</w:t>
        </w:r>
      </w:hyperlink>
      <w:r>
        <w:t xml:space="preserve"> - Black Meat Market (BMM) Carnival Weekend 2026 is a five-day event in London, running from 27 August to 1 September. Designed for Black gay, bi, and DL men, the programme includes club nights, day parties, social experiences, and after-dark events. Collaborations with international brands and collectives offer a diverse range of activities, all rooted in Black culture and Caribbean Carnival energy. The event aims to provide spaces for connection, expression, and release without compromise, fostering a sense of community and celebration.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xmagazine.com/2026/08/bmm-carnival-weekend-returns-to-london-for-six-days-of-black-queer-culture-connection-and-celebration/" TargetMode="External"/><Relationship Id="rId10" Type="http://schemas.openxmlformats.org/officeDocument/2006/relationships/hyperlink" Target="https://www.blackmeatmarket.co.uk/carnival-week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