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Talk About Open Relationships and Modern Dating with Aidan Wharton</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of queer stories are turning to candid voices on dating and non-monogamy; Aidan Wharton’s Gay Buffet and Getting Close podcast explore open relationships, digital friction and why earnestness matters , useful, humane advice for anyone navigating dating apps, cohabitation or polyamory.</w:t>
      </w:r>
      <w:r/>
    </w:p>
    <w:p>
      <w:r/>
      <w:r>
        <w:t>Essential Takeaways</w:t>
      </w:r>
      <w:r/>
      <w:r/>
    </w:p>
    <w:p>
      <w:pPr>
        <w:pStyle w:val="ListBullet"/>
        <w:spacing w:line="240" w:lineRule="auto"/>
        <w:ind w:left="720"/>
      </w:pPr>
      <w:r/>
      <w:r>
        <w:rPr>
          <w:b/>
        </w:rPr>
        <w:t>Popular host:</w:t>
      </w:r>
      <w:r>
        <w:t xml:space="preserve"> Aidan Wharton runs the Gay Buffet newsletter and hosts the Getting Close podcast, where he explores sex, relationships and non-traditional partnerships.</w:t>
      </w:r>
      <w:r/>
    </w:p>
    <w:p>
      <w:pPr>
        <w:pStyle w:val="ListBullet"/>
        <w:spacing w:line="240" w:lineRule="auto"/>
        <w:ind w:left="720"/>
      </w:pPr>
      <w:r/>
      <w:r>
        <w:rPr>
          <w:b/>
        </w:rPr>
        <w:t>Open-relationship focus:</w:t>
      </w:r>
      <w:r>
        <w:t xml:space="preserve"> He’s been interviewing open and poly couples to understand long-term dynamics and how relationships evolve over time.</w:t>
      </w:r>
      <w:r/>
    </w:p>
    <w:p>
      <w:pPr>
        <w:pStyle w:val="ListBullet"/>
        <w:spacing w:line="240" w:lineRule="auto"/>
        <w:ind w:left="720"/>
      </w:pPr>
      <w:r/>
      <w:r>
        <w:rPr>
          <w:b/>
        </w:rPr>
        <w:t>Digital squeeze:</w:t>
      </w:r>
      <w:r>
        <w:t xml:space="preserve"> Wharton argues dating apps and social platforms compress the time and space relationships need to grow, making each encounter feel high stakes.</w:t>
      </w:r>
      <w:r/>
    </w:p>
    <w:p>
      <w:pPr>
        <w:pStyle w:val="ListBullet"/>
        <w:spacing w:line="240" w:lineRule="auto"/>
        <w:ind w:left="720"/>
      </w:pPr>
      <w:r/>
      <w:r>
        <w:rPr>
          <w:b/>
        </w:rPr>
        <w:t>Practical dating tips:</w:t>
      </w:r>
      <w:r>
        <w:t xml:space="preserve"> Be earnest, say what you mean, and favour face-to-face plans over agonising about text habits.</w:t>
      </w:r>
      <w:r/>
    </w:p>
    <w:p>
      <w:pPr>
        <w:pStyle w:val="ListBullet"/>
        <w:spacing w:line="240" w:lineRule="auto"/>
        <w:ind w:left="720"/>
      </w:pPr>
      <w:r/>
      <w:r>
        <w:rPr>
          <w:b/>
        </w:rPr>
        <w:t>New credentials:</w:t>
      </w:r>
      <w:r>
        <w:t xml:space="preserve"> He’s training as a sex educator with the Sexual Health Alliance to better answer listeners’ questions.</w:t>
      </w:r>
      <w:r/>
      <w:r/>
    </w:p>
    <w:p>
      <w:pPr>
        <w:pStyle w:val="Heading2"/>
      </w:pPr>
      <w:r>
        <w:t>Why Aidan Wharton’s voice matters now</w:t>
      </w:r>
      <w:r/>
    </w:p>
    <w:p>
      <w:r/>
      <w:r>
        <w:t>Aidan’s blend of humour and earnestness lands in an era when queer stories are finally centre-stage and also muddied by fast-swiping culture. He’s built Gay Buffet into a go-to Substack and carries that sensibility onto Getting Close, which you can find on platforms such as Apple Podcasts and Spotify. The result feels conversational, sharp and practical, with a soft edge of lived experience , the kind that makes you nod and scribble down a line of advice mid-listen.</w:t>
      </w:r>
      <w:r/>
    </w:p>
    <w:p>
      <w:pPr>
        <w:pStyle w:val="Heading2"/>
      </w:pPr>
      <w:r>
        <w:t>How open relationships look in his interviews</w:t>
      </w:r>
      <w:r/>
    </w:p>
    <w:p>
      <w:r/>
      <w:r>
        <w:t>Wharton’s interviews show that many open or poly relationships didn’t start as “open” from day one; they grew into that form after partners spent years building trust together. That historical arc , spending time in the same classroom, workplace or neighbourhood , is rarer now. For people exploring ethical non-monogamy, the takeaway is simple: invest time and shared projects, not just dates. That slow-building approach often yields a sturdier, less reactive partnership.</w:t>
      </w:r>
      <w:r/>
    </w:p>
    <w:p>
      <w:pPr>
        <w:pStyle w:val="Heading2"/>
      </w:pPr>
      <w:r>
        <w:t>The problem with compressed connection on apps</w:t>
      </w:r>
      <w:r/>
    </w:p>
    <w:p>
      <w:r/>
      <w:r>
        <w:t>He points out that dating apps create super-high-stakes first dates because we expect instant chemistry and quick decisions. Platforms flood people with options and rejection, and that constant exposure reshapes how we feel about each encounter. If you find yourself ghosted or over-analysing a slow reply, remember it’s often the platform’s fault, not the person’s. Try arranging another in-person meet-up rather than letting a few texts decide the whole thing.</w:t>
      </w:r>
      <w:r/>
    </w:p>
    <w:p>
      <w:pPr>
        <w:pStyle w:val="Heading2"/>
      </w:pPr>
      <w:r>
        <w:t>Earnestness as a superpower in modern dating</w:t>
      </w:r>
      <w:r/>
    </w:p>
    <w:p>
      <w:r/>
      <w:r>
        <w:t>One of his clearest pieces of advice is to drop the games and be earnest. Say you liked someone, or say you don’t , it saves emotional energy and reduces confusion. He also suggests resisting the impulse to let digital friction dictate your feelings: if someone’s a slower texter but a great companion in person, make more face-time and fewer chat-based verdicts. It’s good, simple medicine for anyone tiring of performative courtship.</w:t>
      </w:r>
      <w:r/>
    </w:p>
    <w:p>
      <w:pPr>
        <w:pStyle w:val="Heading2"/>
      </w:pPr>
      <w:r>
        <w:t>From podcast to practice: sex education and further help</w:t>
      </w:r>
      <w:r/>
    </w:p>
    <w:p>
      <w:r/>
      <w:r>
        <w:t>To better support listeners, Aidan is pursuing certification with the Sexual Health Alliance. That move signals a shift from commentator to more formal educator, which matters if you’re seeking reliable answers about consent, boundary-setting or safer sex in non-monogamous setups. Look for his practical guidance on the podcast and newsletter, and treat it as a friendly primer rather than clinical therapy.</w:t>
      </w:r>
      <w:r/>
    </w:p>
    <w:p>
      <w:r/>
      <w:r>
        <w:t>Closing line It’s a small shift to be more earnest and make time for in-person connection , but it might be the difference between a high-stakes swipe and a real relationship.</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w:t>
      </w:r>
      <w:hyperlink r:id="rId11">
        <w:r>
          <w:rPr>
            <w:color w:val="0000EE"/>
            <w:u w:val="single"/>
          </w:rPr>
          <w:t>[4]</w:t>
        </w:r>
      </w:hyperlink>
      <w:r>
        <w:t xml:space="preserve">- Paragraph 3: </w:t>
      </w:r>
      <w:hyperlink r:id="rId9">
        <w:r>
          <w:rPr>
            <w:color w:val="0000EE"/>
            <w:u w:val="single"/>
          </w:rPr>
          <w:t>[2]</w:t>
        </w:r>
      </w:hyperlink>
      <w:r>
        <w:t xml:space="preserve">, </w:t>
      </w:r>
      <w:hyperlink r:id="rId12">
        <w:r>
          <w:rPr>
            <w:color w:val="0000EE"/>
            <w:u w:val="single"/>
          </w:rPr>
          <w:t>[6]</w:t>
        </w:r>
      </w:hyperlink>
      <w:r>
        <w:t xml:space="preserve">- Paragraph 4: </w:t>
      </w:r>
      <w:hyperlink r:id="rId9">
        <w:r>
          <w:rPr>
            <w:color w:val="0000EE"/>
            <w:u w:val="single"/>
          </w:rPr>
          <w:t>[2]</w:t>
        </w:r>
      </w:hyperlink>
      <w:r>
        <w:t xml:space="preserve">, </w:t>
      </w:r>
      <w:hyperlink r:id="rId13">
        <w:r>
          <w:rPr>
            <w:color w:val="0000EE"/>
            <w:u w:val="single"/>
          </w:rPr>
          <w:t>[5]</w:t>
        </w:r>
      </w:hyperlink>
      <w:r>
        <w:t xml:space="preserve">- Paragraph 5: </w:t>
      </w:r>
      <w:hyperlink r:id="rId9">
        <w:r>
          <w:rPr>
            <w:color w:val="0000EE"/>
            <w:u w:val="single"/>
          </w:rPr>
          <w:t>[2]</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https://queerloveproject.substack.com/p/aidan-wharton-open-relationships-dating</w:t>
        </w:r>
      </w:hyperlink>
      <w:r>
        <w:t xml:space="preserve"> - Please view link - unable to able to access data</w:t>
      </w:r>
      <w:r/>
    </w:p>
    <w:p>
      <w:pPr>
        <w:pStyle w:val="ListNumber"/>
        <w:spacing w:line="240" w:lineRule="auto"/>
        <w:ind w:left="720"/>
      </w:pPr>
      <w:r/>
      <w:hyperlink r:id="rId9">
        <w:r>
          <w:rPr>
            <w:color w:val="0000EE"/>
            <w:u w:val="single"/>
          </w:rPr>
          <w:t>https://queerloveproject.substack.com/p/aidan-wharton-open-relationships-dating</w:t>
        </w:r>
      </w:hyperlink>
      <w:r>
        <w:t xml:space="preserve"> - In this interview, Aidan Wharton, creator of the 'Gay Buffet' Substack newsletter and host of the 'Getting Close' podcast, discusses the evolution of his platforms, open relationships, and the impact of digital life on human connection. He shares insights on navigating modern dating, the challenges of online interactions, and offers advice on fostering genuine relationships in the digital age. Aidan also touches upon his journey towards obtaining a sex educator certification to better assist those seeking guidance in their personal lives.</w:t>
      </w:r>
      <w:r/>
    </w:p>
    <w:p>
      <w:pPr>
        <w:pStyle w:val="ListNumber"/>
        <w:spacing w:line="240" w:lineRule="auto"/>
        <w:ind w:left="720"/>
      </w:pPr>
      <w:r/>
      <w:hyperlink r:id="rId10">
        <w:r>
          <w:rPr>
            <w:color w:val="0000EE"/>
            <w:u w:val="single"/>
          </w:rPr>
          <w:t>https://podcasts.apple.com/gb/podcast/getting-close/id1867210758</w:t>
        </w:r>
      </w:hyperlink>
      <w:r>
        <w:t xml:space="preserve"> - The 'Getting Close' podcast, hosted by Aidan Wharton, delves into intimate explorations of human connection, love, and relationships in the modern world. Each episode features candid conversations with culture-shaping voices, offering practical insights on topics such as queerness, sex, connection, and community. The podcast aims to provide listeners with honest discussions that foster understanding and empathy in navigating contemporary relationships.</w:t>
      </w:r>
      <w:r/>
    </w:p>
    <w:p>
      <w:pPr>
        <w:pStyle w:val="ListNumber"/>
        <w:spacing w:line="240" w:lineRule="auto"/>
        <w:ind w:left="720"/>
      </w:pPr>
      <w:r/>
      <w:hyperlink r:id="rId11">
        <w:r>
          <w:rPr>
            <w:color w:val="0000EE"/>
            <w:u w:val="single"/>
          </w:rPr>
          <w:t>https://music.amazon.com/podcasts/5eff43c8-a5f1-4dc3-838c-0f35ce7eb2e3/episodes/d61ec53a-fa3c-45ea-8df8-fda4059df2c8/talk-about-gay-sex-tagspodcast-open-relationship-expert-and-host-of-%27getting-close%27-aidan-wharton-ep-745</w:t>
        </w:r>
      </w:hyperlink>
      <w:r>
        <w:t xml:space="preserve"> - In this episode of the 'Talk About Gay Sex' podcast, Aidan Wharton discusses the complexities of modern relationships, the challenges of finding true friendships, and the impact of digital interactions on human connection. He shares personal experiences, including the trauma caused by stolen intimate photos, and offers insights into navigating open relationships and managing shame. Aidan also talks about his Substack newsletter, 'Gay Buffet,' and his approach to fostering healthy relationships and effective communication.</w:t>
      </w:r>
      <w:r/>
    </w:p>
    <w:p>
      <w:pPr>
        <w:pStyle w:val="ListNumber"/>
        <w:spacing w:line="240" w:lineRule="auto"/>
        <w:ind w:left="720"/>
      </w:pPr>
      <w:r/>
      <w:hyperlink r:id="rId13">
        <w:r>
          <w:rPr>
            <w:color w:val="0000EE"/>
            <w:u w:val="single"/>
          </w:rPr>
          <w:t>https://open.spotify.com/show/6iZkYMi1cNTr5au8QpISwO</w:t>
        </w:r>
      </w:hyperlink>
      <w:r>
        <w:t xml:space="preserve"> - The 'Getting Close' podcast, hosted by Aidan Wharton, offers an intimate exploration of how we connect, love, and build relationships in the modern world. Each week, Aidan engages in honest conversations with culture-shaping voices, providing practical insights on relationships, queerness, sex, connection, and community. The podcast aims to foster understanding and empathy in navigating contemporary relationships, offering listeners valuable perspectives on building meaningful connections.</w:t>
      </w:r>
      <w:r/>
    </w:p>
    <w:p>
      <w:pPr>
        <w:pStyle w:val="ListNumber"/>
        <w:spacing w:line="240" w:lineRule="auto"/>
        <w:ind w:left="720"/>
      </w:pPr>
      <w:r/>
      <w:hyperlink r:id="rId12">
        <w:r>
          <w:rPr>
            <w:color w:val="0000EE"/>
            <w:u w:val="single"/>
          </w:rPr>
          <w:t>https://podtail.com/podcast/getting-close/</w:t>
        </w:r>
      </w:hyperlink>
      <w:r>
        <w:t xml:space="preserve"> - Hosted by Aidan Wharton, the 'Getting Close' podcast is an intimate exploration of how we connect, love, and build relationships in the modern world. Each week, Aidan sits down with culture-shaping voices to provide practical insights from honest conversations about relationships, queerness, sex, connection, and community. The podcast aims to foster understanding and empathy in navigating contemporary relationships, offering listeners valuable perspectives on building meaningful connections.</w:t>
      </w:r>
      <w:r/>
    </w:p>
    <w:p>
      <w:pPr>
        <w:pStyle w:val="ListNumber"/>
        <w:spacing w:line="240" w:lineRule="auto"/>
        <w:ind w:left="720"/>
      </w:pPr>
      <w:r/>
      <w:hyperlink r:id="rId14">
        <w:r>
          <w:rPr>
            <w:color w:val="0000EE"/>
            <w:u w:val="single"/>
          </w:rPr>
          <w:t>https://www.listennotes.com/podcasts/getting-close-aidan-wharton-VtqZYA6vDP0/</w:t>
        </w:r>
      </w:hyperlink>
      <w:r>
        <w:t xml:space="preserve"> - The 'Getting Close' podcast, hosted by Aidan Wharton, offers an intimate exploration of how we connect, love, and build relationships in the modern world. Each week, Aidan engages in honest conversations with culture-shaping voices, providing practical insights on relationships, queerness, sex, connection, and community. The podcast aims to foster understanding and empathy in navigating contemporary relationships, offering listeners valuable perspectives on building meaningful connections.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queerloveproject.substack.com/p/aidan-wharton-open-relationships-dating" TargetMode="External"/><Relationship Id="rId10" Type="http://schemas.openxmlformats.org/officeDocument/2006/relationships/hyperlink" Target="https://podcasts.apple.com/gb/podcast/getting-close/id1867210758" TargetMode="External"/><Relationship Id="rId11" Type="http://schemas.openxmlformats.org/officeDocument/2006/relationships/hyperlink" Target="https://music.amazon.com/podcasts/5eff43c8-a5f1-4dc3-838c-0f35ce7eb2e3/episodes/d61ec53a-fa3c-45ea-8df8-fda4059df2c8/talk-about-gay-sex-tagspodcast-open-relationship-expert-and-host-of-%27getting-close%27-aidan-wharton-ep-745" TargetMode="External"/><Relationship Id="rId12" Type="http://schemas.openxmlformats.org/officeDocument/2006/relationships/hyperlink" Target="https://podtail.com/podcast/getting-close/" TargetMode="External"/><Relationship Id="rId13" Type="http://schemas.openxmlformats.org/officeDocument/2006/relationships/hyperlink" Target="https://open.spotify.com/show/6iZkYMi1cNTr5au8QpISwO" TargetMode="External"/><Relationship Id="rId14" Type="http://schemas.openxmlformats.org/officeDocument/2006/relationships/hyperlink" Target="https://www.listennotes.com/podcasts/getting-close-aidan-wharton-VtqZYA6vDP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