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Winners at the 18th Dorian Awards: Heated Rivalry and Hacks Lead the Pack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buzzing: GALECA’s 18th Dorian TV Awards crowned favourites across drama, comedy and queer-centred storytelling, Heated Rivalry and Hacks took home multiple prizes, Apple TV+ scored breakout honours, and the ceremony doubled as a statement about representation and sharp writing.</w:t>
      </w:r>
      <w:r/>
    </w:p>
    <w:p>
      <w:r/>
      <w:r>
        <w:t>Essential Takeaways</w:t>
      </w:r>
      <w:r/>
      <w:r/>
    </w:p>
    <w:p>
      <w:pPr>
        <w:pStyle w:val="ListBullet"/>
        <w:spacing w:line="240" w:lineRule="auto"/>
        <w:ind w:left="720"/>
      </w:pPr>
      <w:r/>
      <w:r>
        <w:rPr>
          <w:b/>
        </w:rPr>
        <w:t>Big winners:</w:t>
      </w:r>
      <w:r>
        <w:t xml:space="preserve"> Heated Rivalry won Best TV Drama and Best LGBTQ TV Show, while Hacks claimed Best TV Comedy and Best Written TV Show. </w:t>
      </w:r>
      <w:r/>
    </w:p>
    <w:p>
      <w:pPr>
        <w:pStyle w:val="ListBullet"/>
        <w:spacing w:line="240" w:lineRule="auto"/>
        <w:ind w:left="720"/>
      </w:pPr>
      <w:r/>
      <w:r>
        <w:rPr>
          <w:b/>
        </w:rPr>
        <w:t>Standout performances:</w:t>
      </w:r>
      <w:r>
        <w:t xml:space="preserve"> François Arnaud and Jean Smart were singled out for supporting and lead comedy performances, respectively, with Rhea Seehorn winning Best TV Performance, Drama. </w:t>
      </w:r>
      <w:r/>
    </w:p>
    <w:p>
      <w:pPr>
        <w:pStyle w:val="ListBullet"/>
        <w:spacing w:line="240" w:lineRule="auto"/>
        <w:ind w:left="720"/>
      </w:pPr>
      <w:r/>
      <w:r>
        <w:rPr>
          <w:b/>
        </w:rPr>
        <w:t>Apple TV+ surge:</w:t>
      </w:r>
      <w:r>
        <w:t xml:space="preserve"> New series Pluribus and Widow’s Bay earned multiple nods and wins, noted for striking visuals and strong performances. </w:t>
      </w:r>
      <w:r/>
    </w:p>
    <w:p>
      <w:pPr>
        <w:pStyle w:val="ListBullet"/>
        <w:spacing w:line="240" w:lineRule="auto"/>
        <w:ind w:left="720"/>
      </w:pPr>
      <w:r/>
      <w:r>
        <w:rPr>
          <w:b/>
        </w:rPr>
        <w:t>Diverse slate:</w:t>
      </w:r>
      <w:r>
        <w:t xml:space="preserve"> Awards spanned mainstream hits, non-English titles like Squid Game and The Boyfriend, and niche picks such as Boots and Half Man. </w:t>
      </w:r>
      <w:r/>
    </w:p>
    <w:p>
      <w:pPr>
        <w:pStyle w:val="ListBullet"/>
        <w:spacing w:line="240" w:lineRule="auto"/>
        <w:ind w:left="720"/>
      </w:pPr>
      <w:r/>
      <w:r>
        <w:rPr>
          <w:b/>
        </w:rPr>
        <w:t>GALECA’s mission:</w:t>
      </w:r>
      <w:r>
        <w:t xml:space="preserve"> The Society of LGBTQ Entertainment Critics continues to champion inclusion and industry change while celebrating craft.</w:t>
      </w:r>
      <w:r/>
      <w:r/>
    </w:p>
    <w:p>
      <w:pPr>
        <w:pStyle w:val="Heading2"/>
      </w:pPr>
      <w:r>
        <w:t>Heated Rivalry scored both drama and queer-show acclaim , and it’s easy to see why</w:t>
      </w:r>
      <w:r/>
    </w:p>
    <w:p>
      <w:r/>
      <w:r>
        <w:t>Heated Rivalry arrived as the buzzy hockey romance that quickly became watercooler fodder, and GALECA voters rewarded it with Best TV Drama and Best LGBTQ TV Show. The series’ mix of on-ice tension and softer emotional beats seems to have landed, offering viewers a tactile, steamy energy that’s hard to forget. GALECA’s recognition highlights how mainstream platforms can bring queer stories to wide audiences without softening their edges. If you’re picking a first-watch, expect romance and sport to collide with rounded characters and wardrobe details that smell faintly of locker-room grit. For fans choosing between bingeing or pacing episodes, pacing matters: shows with heavy emotional reveals like this benefit from breaks so the performances can breathe.</w:t>
      </w:r>
      <w:r/>
    </w:p>
    <w:p>
      <w:pPr>
        <w:pStyle w:val="Heading2"/>
      </w:pPr>
      <w:r>
        <w:t>Hacks remains a critics’ darling , writing and acting keep it on top</w:t>
      </w:r>
      <w:r/>
    </w:p>
    <w:p>
      <w:r/>
      <w:r>
        <w:t>Hacks walked away with Best TV Comedy and Best Written TV Show, and Jean Smart earned another Best TV Performance, Comedy Dorian. The win cements the show’s place as a critics’ favourite for smart satire and sharp, character-driven humour. Longtime GALECA voters clearly prize razor-sharp scripts and consistent comic acting, and Hacks delivers both. For anyone judging comedies by belly laughs alone, try watching for the subtext, the jokes often double as commentary on ambition and ageing in showbiz. Outlook: even as the series closes, its awards run suggests a lasting respect for workplace comedies with bite.</w:t>
      </w:r>
      <w:r/>
    </w:p>
    <w:p>
      <w:pPr>
        <w:pStyle w:val="Heading2"/>
      </w:pPr>
      <w:r>
        <w:t>Apple TV+ had a breakout moment , Pluribus and Widow’s Bay turned heads</w:t>
      </w:r>
      <w:r/>
    </w:p>
    <w:p>
      <w:r/>
      <w:r>
        <w:t>Apple TV+ emerged with two bold new entries: Rhea Seehorn’s Pluribus won Best TV Performance, Drama and shared Most Visually Striking with Alien: Earth, while Widow’s Bay took Best Genre TV Show and a supporting comedy win for Kate O’Flynn. Both series leaned into strong visual identities and tonal risks. Pluribus’s post-apocalyptic dark comedy vibe feels tactile and unusual, which critics rewarded; Widow’s Bay blends horror and levity in a way that makes it an easy pick for viewers who like genre mash-ups. Practical tip: if visuals matter to you, prioritise shows with awards for production and design, those often translate to cinematic home-watching.</w:t>
      </w:r>
      <w:r/>
    </w:p>
    <w:p>
      <w:pPr>
        <w:pStyle w:val="Heading2"/>
      </w:pPr>
      <w:r>
        <w:t>Performances and smaller wins paint a fuller industry picture</w:t>
      </w:r>
      <w:r/>
    </w:p>
    <w:p>
      <w:r/>
      <w:r>
        <w:t>Beyond the headline shows, GALECA celebrated a scatter of singular achievements: François Arnaud for a nuanced turn in Heated Rivalry, Jacob Tierney named Trailblazer for making empathetic work, and Hannah Einbinder receiving the Wilde Wit Award. The mix of career honours and breakthrough recognition shows GALECA’s dual focus on craft and cultural impact. The roster also included winners from non-English and niche corners, Squid Game, The Boyfriend, and Boots, underscoring that international and underseen work still has an eager audience. If you track emerging talent, these lists are a handy map for which actors and creators might next headline bigger projects.</w:t>
      </w:r>
      <w:r/>
    </w:p>
    <w:p>
      <w:pPr>
        <w:pStyle w:val="Heading2"/>
      </w:pPr>
      <w:r>
        <w:t>Why these awards matter , representation, critics’ influence, and next-season buzz</w:t>
      </w:r>
      <w:r/>
    </w:p>
    <w:p>
      <w:r/>
      <w:r>
        <w:t>GALECA’s awards do more than hand out trophies; they amplify LGBTQ-critical perspectives across the industry and spotlight shows that might otherwise be boxed into narrow categories. With over 580 members, the organisation’s choices can nudge programmers and viewers toward riskier, more inclusive content. Expect some winners to see renewed attention on streaming platforms and possibly higher marketing profiles. For viewers, that means easier discoverability and a wider slate of thoughtfully made shows. And for creatives, these awards are a reminder that craft, writing, performance and visual inventiveness, still moves the needle with critics and niche audiences alike.</w:t>
      </w:r>
      <w:r/>
    </w:p>
    <w:p>
      <w:r/>
      <w:r>
        <w:t>It’s a tight season of television, and these wins make a good starting list for what to watch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https://therandyreport.com/heated-rivalry-and-hacks-dominate-18th-dorian-tv-awards/?utm_source=rss&amp;utm_medium=rss&amp;utm_campaign=heated-rivalry-and-hacks-dominate-18th-dorian-tv-awards</w:t>
        </w:r>
      </w:hyperlink>
      <w:r>
        <w:t xml:space="preserve"> - Please view link - unable to able to access data</w:t>
      </w:r>
      <w:r/>
    </w:p>
    <w:p>
      <w:pPr>
        <w:pStyle w:val="ListNumber"/>
        <w:spacing w:line="240" w:lineRule="auto"/>
        <w:ind w:left="720"/>
      </w:pPr>
      <w:r/>
      <w:hyperlink r:id="rId9">
        <w:r>
          <w:rPr>
            <w:color w:val="0000EE"/>
            <w:u w:val="single"/>
          </w:rPr>
          <w:t>https://therandyreport.com/heated-rivalry-and-hacks-dominate-18th-dorian-tv-awards/?utm_source=rss&amp;utm_medium=rss&amp;utm_campaign=heated-rivalry-and-hacks-dominate-18th-dorian-tv-awards</w:t>
        </w:r>
      </w:hyperlink>
      <w:r>
        <w:t xml:space="preserve"> - The 18th Dorian TV Awards, presented by GALECA: The Society of LGBTQ Entertainment Critics, honoured the year's best in television and streaming. 'Heated Rivalry' secured both Best TV Drama and Best LGBTQ TV Show, with François Arnaud winning Best Supporting TV Performance—Drama. 'Hacks' was named Best TV Comedy and Best Written TV Show, with Jean Smart earning Best TV Performance—Comedy. Apple TV+ series 'Pluribus' and 'Widow’s Bay' also received accolades, alongside other winners like 'The Traitors' and 'The Boyfriend'. Special honours included Hannah Einbinder's Wilde Wit Award and Lisa Kudrow's GALECA TV Icon Award.</w:t>
      </w:r>
      <w:r/>
    </w:p>
    <w:p>
      <w:pPr>
        <w:pStyle w:val="ListNumber"/>
        <w:spacing w:line="240" w:lineRule="auto"/>
        <w:ind w:left="720"/>
      </w:pPr>
      <w:r/>
      <w:hyperlink r:id="rId10">
        <w:r>
          <w:rPr>
            <w:color w:val="0000EE"/>
            <w:u w:val="single"/>
          </w:rPr>
          <w:t>https://www.tvinsider.com/1270467/galeca-2026-dorian-tv-awards-nominees-heated-rivalry-hacks-pluribus-widows-bay/</w:t>
        </w:r>
      </w:hyperlink>
      <w:r>
        <w:t xml:space="preserve"> - GALECA: The Society of LGBTQ Entertainment Critics announced the nominees for the 2026 Dorian TV Awards, highlighting 'Heated Rivalry', 'Hacks', 'Pluribus', and 'Half Man' as leading contenders. The awards recognise excellence in television and streaming, encompassing both mainstream and queer-themed content. The winners were set to be announced on August 15, 2026, with the nominations reflecting the organisation's commitment to celebrating diverse and impactful storytelling in the industry.</w:t>
      </w:r>
      <w:r/>
    </w:p>
    <w:p>
      <w:pPr>
        <w:pStyle w:val="ListNumber"/>
        <w:spacing w:line="240" w:lineRule="auto"/>
        <w:ind w:left="720"/>
      </w:pPr>
      <w:r/>
      <w:hyperlink r:id="rId11">
        <w:r>
          <w:rPr>
            <w:color w:val="0000EE"/>
            <w:u w:val="single"/>
          </w:rPr>
          <w:t>https://www.broadwaynews.com/dorian-theater-awards-announces-2026-nominees/</w:t>
        </w:r>
      </w:hyperlink>
      <w:r>
        <w:t xml:space="preserve"> - GALECA: The Society of LGBTQ Entertainment Critics revealed the nominees for the 2026 Dorian Theater Awards, honouring Broadway and Off-Broadway productions. 'Schmigadoon!' led with nine nominations, including Outstanding Broadway Musical and Outstanding Book of a Musical. The awards celebrate both mainstream and LGBTQ+ themed works, recognising artistic excellence and diverse storytelling in the theatre community.</w:t>
      </w:r>
      <w:r/>
    </w:p>
    <w:p>
      <w:pPr>
        <w:pStyle w:val="ListNumber"/>
        <w:spacing w:line="240" w:lineRule="auto"/>
        <w:ind w:left="720"/>
      </w:pPr>
      <w:r/>
      <w:hyperlink r:id="rId12">
        <w:r>
          <w:rPr>
            <w:color w:val="0000EE"/>
            <w:u w:val="single"/>
          </w:rPr>
          <w:t>https://www.broadwayworld.com/article/2026-Dorian-Theater-Awards-Sets-Dates-and-New-Categories-Score-Book-of-a-Musical-and-More-20260323</w:t>
        </w:r>
      </w:hyperlink>
      <w:r>
        <w:t xml:space="preserve"> - GALECA: The Society of LGBTQ Entertainment Critics announced key dates and new categories for the 2026 Dorian Theater Awards, set to honour Broadway and Off-Broadway productions of the 2025-2026 season. Nominees were unveiled on May 13, 2026, with winners announced on June 1, 2026. The new categories include Outstanding Score and Outstanding Book of a Musical, reflecting the organisation's commitment to recognising diverse aspects of theatrical production.</w:t>
      </w:r>
      <w:r/>
    </w:p>
    <w:p>
      <w:pPr>
        <w:pStyle w:val="ListNumber"/>
        <w:spacing w:line="240" w:lineRule="auto"/>
        <w:ind w:left="720"/>
      </w:pPr>
      <w:r/>
      <w:hyperlink r:id="rId13">
        <w:r>
          <w:rPr>
            <w:color w:val="0000EE"/>
            <w:u w:val="single"/>
          </w:rPr>
          <w:t>https://www.broadwayworld.com/article/SCHMIGADOON-THE-BALUSTERS-and-GIANT-Win-Top-Categories-at-2026-Dorian-Theater-Awards-20260601</w:t>
        </w:r>
      </w:hyperlink>
      <w:r>
        <w:t xml:space="preserve"> - At the 2026 Dorian Theater Awards, 'Schmigadoon!' won Outstanding Broadway Musical, while 'The Balusters' and 'Giant' tied for Outstanding Broadway Play. The awards, presented by GALECA: The Society of LGBTQ Entertainment Critics, celebrate excellence in Broadway and Off-Broadway productions, recognising both mainstream and LGBTQ+ themed works for their artistic achievements and contributions to the theatre community.</w:t>
      </w:r>
      <w:r/>
    </w:p>
    <w:p>
      <w:pPr>
        <w:pStyle w:val="ListNumber"/>
        <w:spacing w:line="240" w:lineRule="auto"/>
        <w:ind w:left="720"/>
      </w:pPr>
      <w:r/>
      <w:hyperlink r:id="rId14">
        <w:r>
          <w:rPr>
            <w:color w:val="0000EE"/>
            <w:u w:val="single"/>
          </w:rPr>
          <w:t>https://www.newyorktheater.me/2026/06/01/2026-dorian-theater-award-winners-schmigadoon-prince-faggot-ragtime-joshua-junior-quincy-qween/</w:t>
        </w:r>
      </w:hyperlink>
      <w:r>
        <w:t xml:space="preserve"> - The 2026 Dorian Theater Awards honoured productions like 'Schmigadoon!' for Outstanding Broadway Musical and 'Prince F*ggot' for Outstanding Off-Broadway Production. Joshua Henry received the award for Outstanding Lead Performance in a Broadway Musical for his role in 'Ragtime'. The awards, presented by GALECA: The Society of LGBTQ Entertainment Critics, recognise both mainstream and LGBTQ+ themed works for their artistic excellence and contributions to the theatre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randyreport.com/heated-rivalry-and-hacks-dominate-18th-dorian-tv-awards/?utm_source=rss&amp;utm_medium=rss&amp;utm_campaign=heated-rivalry-and-hacks-dominate-18th-dorian-tv-awards" TargetMode="External"/><Relationship Id="rId10" Type="http://schemas.openxmlformats.org/officeDocument/2006/relationships/hyperlink" Target="https://www.tvinsider.com/1270467/galeca-2026-dorian-tv-awards-nominees-heated-rivalry-hacks-pluribus-widows-bay/" TargetMode="External"/><Relationship Id="rId11" Type="http://schemas.openxmlformats.org/officeDocument/2006/relationships/hyperlink" Target="https://www.broadwaynews.com/dorian-theater-awards-announces-2026-nominees/" TargetMode="External"/><Relationship Id="rId12" Type="http://schemas.openxmlformats.org/officeDocument/2006/relationships/hyperlink" Target="https://www.broadwayworld.com/article/2026-Dorian-Theater-Awards-Sets-Dates-and-New-Categories-Score-Book-of-a-Musical-and-More-20260323" TargetMode="External"/><Relationship Id="rId13" Type="http://schemas.openxmlformats.org/officeDocument/2006/relationships/hyperlink" Target="https://www.broadwayworld.com/article/SCHMIGADOON-THE-BALUSTERS-and-GIANT-Win-Top-Categories-at-2026-Dorian-Theater-Awards-20260601" TargetMode="External"/><Relationship Id="rId14" Type="http://schemas.openxmlformats.org/officeDocument/2006/relationships/hyperlink" Target="https://www.newyorktheater.me/2026/06/01/2026-dorian-theater-award-winners-schmigadoon-prince-faggot-ragtime-joshua-junior-quincy-qw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