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TV Picks from GALECA’s 2026 Dorian Awards: Winners, Surprises and What to Watch Next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streamers are turning to GALECA’s Dorian TV Awards as a sharp, stylish guide to the year’s most talked-about shows , winners were announced by the Society of LGBTQ Entertainment Critics and the list highlights buzzy dramas, smart comedies and unapologetically queer picks that matter for your watchlist.</w:t>
      </w:r>
      <w:r/>
    </w:p>
    <w:p>
      <w:r/>
      <w:r>
        <w:t>Essential Takeaways</w:t>
      </w:r>
      <w:r/>
      <w:r/>
    </w:p>
    <w:p>
      <w:pPr>
        <w:pStyle w:val="ListBullet"/>
        <w:spacing w:line="240" w:lineRule="auto"/>
        <w:ind w:left="720"/>
      </w:pPr>
      <w:r/>
      <w:r>
        <w:rPr>
          <w:b/>
        </w:rPr>
        <w:t>Big winners:</w:t>
      </w:r>
      <w:r>
        <w:t xml:space="preserve"> HBO Max dominated with multiple wins and nods, signalling a continued strength in prestige drama and performance. </w:t>
      </w:r>
      <w:r/>
    </w:p>
    <w:p>
      <w:pPr>
        <w:pStyle w:val="ListBullet"/>
        <w:spacing w:line="240" w:lineRule="auto"/>
        <w:ind w:left="720"/>
      </w:pPr>
      <w:r/>
      <w:r>
        <w:rPr>
          <w:b/>
        </w:rPr>
        <w:t>Queer-centred picks:</w:t>
      </w:r>
      <w:r>
        <w:t xml:space="preserve"> Several LGBTQ categories showcase both mainstream hits and niche streaming finds, with The Comeback and Hacks scoring high. </w:t>
      </w:r>
      <w:r/>
    </w:p>
    <w:p>
      <w:pPr>
        <w:pStyle w:val="ListBullet"/>
        <w:spacing w:line="240" w:lineRule="auto"/>
        <w:ind w:left="720"/>
      </w:pPr>
      <w:r/>
      <w:r>
        <w:rPr>
          <w:b/>
        </w:rPr>
        <w:t>Genre variety:</w:t>
      </w:r>
      <w:r>
        <w:t xml:space="preserve"> From sci-fi and horror to reality and animation, the awards span broad tastes , Alien: Earth and Invincible feature among winners. </w:t>
      </w:r>
      <w:r/>
    </w:p>
    <w:p>
      <w:pPr>
        <w:pStyle w:val="ListBullet"/>
        <w:spacing w:line="240" w:lineRule="auto"/>
        <w:ind w:left="720"/>
      </w:pPr>
      <w:r/>
      <w:r>
        <w:rPr>
          <w:b/>
        </w:rPr>
        <w:t>Standout performances:</w:t>
      </w:r>
      <w:r>
        <w:t xml:space="preserve"> A raft of performances were recognised, including veterans like Lisa Kudrow and rising scene-stealers in drama and comedy. </w:t>
      </w:r>
      <w:r/>
    </w:p>
    <w:p>
      <w:pPr>
        <w:pStyle w:val="ListBullet"/>
        <w:spacing w:line="240" w:lineRule="auto"/>
        <w:ind w:left="720"/>
      </w:pPr>
      <w:r/>
      <w:r>
        <w:rPr>
          <w:b/>
        </w:rPr>
        <w:t>Visually striking:</w:t>
      </w:r>
      <w:r>
        <w:t xml:space="preserve"> Shows praised for style , Euphoria and The Gilded Age , made the cut, suggesting visuals still sway critics.</w:t>
      </w:r>
      <w:r/>
      <w:r/>
    </w:p>
    <w:p>
      <w:pPr>
        <w:pStyle w:val="Heading2"/>
      </w:pPr>
      <w:r>
        <w:t>GALECA’s choices tell us what culture critics are loving now</w:t>
      </w:r>
      <w:r/>
    </w:p>
    <w:p>
      <w:r/>
      <w:r>
        <w:t>GALECA, the Society of LGBTQ Entertainment Critics, used its Dorian TV Awards to highlight both mainstream tentpoles and smaller, cult-favourite shows, and the results feel refreshingly opinionated. The awards lean heavily on HBO Max programming this year, which suggests critics continue to favour lush production values and daring storytelling. Expect lists and streaming queues to shift quickly , your feed will thank you.</w:t>
      </w:r>
      <w:r/>
    </w:p>
    <w:p>
      <w:r/>
      <w:r>
        <w:t>GALECA’s long history of centring queer voices gives these awards a particular flavour; the group’s picks often spotlight LGBTQ themes alongside pure craft. That matters in a crowded TV landscape, because it helps viewers find shows that speak to identity, craft and sheer entertainment in equal measure.</w:t>
      </w:r>
      <w:r/>
    </w:p>
    <w:p>
      <w:pPr>
        <w:pStyle w:val="Heading2"/>
      </w:pPr>
      <w:r>
        <w:t>Drama ruled the night, but comedy held its own</w:t>
      </w:r>
      <w:r/>
    </w:p>
    <w:p>
      <w:r/>
      <w:r>
        <w:t>The drama categories were stacked and showed a clear preference for intricate, often prestige narratives. Heavier, character-focused series landed in key spots, which is great if you like your television dense and emotionally textured. At the same time, comedies such as Abbott Elementary and Hacks proved that sharp writing and warm performances still win hearts and critics.</w:t>
      </w:r>
      <w:r/>
    </w:p>
    <w:p>
      <w:r/>
      <w:r>
        <w:t>If you’re choosing between bingeing a drama or a comedy, note that GALECA rewarded both ambition and laughs; pick a drama when you want intensity, or a comedy when you need smart, human levity.</w:t>
      </w:r>
      <w:r/>
    </w:p>
    <w:p>
      <w:pPr>
        <w:pStyle w:val="Heading2"/>
      </w:pPr>
      <w:r>
        <w:t>LGBTQ categories doubled as discovery guides</w:t>
      </w:r>
      <w:r/>
    </w:p>
    <w:p>
      <w:r/>
      <w:r>
        <w:t>GALECA’s LGBTQ TV and LGBTQ non-English categories function as a discovery tool for viewers seeking queer stories beyond the usual hits. Shows like The Comeback and Half Man appearing across lists means they’re resonating on several levels , humour, craft and identity. Non-English picks also point to an appetite for global queer storytelling, from anime to subtitled dramas.</w:t>
      </w:r>
      <w:r/>
    </w:p>
    <w:p>
      <w:r/>
      <w:r>
        <w:t>Practical tip: use these categories to diversify your queue , start with an English-language comedy, then follow with a subtitled drama to keep variety on your watchlist.</w:t>
      </w:r>
      <w:r/>
    </w:p>
    <w:p>
      <w:pPr>
        <w:pStyle w:val="Heading2"/>
      </w:pPr>
      <w:r>
        <w:t>Performances: familiar names and new standouts</w:t>
      </w:r>
      <w:r/>
    </w:p>
    <w:p>
      <w:r/>
      <w:r>
        <w:t>The acting fields mixed veterans and breakout talent. Lisa Kudrow’s recognition alongside younger performers highlights GALECA’s balance between legacy and fresh voices. Performance categories often single out actors who transform scenes with quiet choices, so these winners are good pointers if you want scenes that linger after the credits roll.</w:t>
      </w:r>
      <w:r/>
    </w:p>
    <w:p>
      <w:r/>
      <w:r>
        <w:t>If casting matters to you, queue shows for performances rather than premise , you’ll often find deeper rewards that way.</w:t>
      </w:r>
      <w:r/>
    </w:p>
    <w:p>
      <w:pPr>
        <w:pStyle w:val="Heading2"/>
      </w:pPr>
      <w:r>
        <w:t>Visuals, genre and reality TV , something for everyone</w:t>
      </w:r>
      <w:r/>
    </w:p>
    <w:p>
      <w:r/>
      <w:r>
        <w:t>The awards also celebrated shows for their look and ambition. Euphoria and The Gilded Age made the visually striking list, while genre and reality winners , from Alien: Earth to RuPaul’s Drag Race , underline that GALECA’s taste isn’t confined to one lane. This makes the awards useful for viewers with eclectic tastes who like to hop between styles.</w:t>
      </w:r>
      <w:r/>
    </w:p>
    <w:p>
      <w:r/>
      <w:r>
        <w:t>A simple way to use the list: pick one visually arresting show, one plot-driven drama and one lighter comedy or reality series for a balanced weekend of viewing.</w:t>
      </w:r>
      <w:r/>
    </w:p>
    <w:p>
      <w:r/>
      <w:r>
        <w:t>It's a small change that can make every binge feel more intentional.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[2]</w:t>
        </w:r>
      </w:hyperlink>
      <w:r>
        <w:t xml:space="preserve">- Paragraph 2: </w:t>
      </w:r>
      <w:hyperlink r:id="rId12">
        <w:r>
          <w:rPr>
            <w:color w:val="0000EE"/>
            <w:u w:val="single"/>
          </w:rPr>
          <w:t>[4]</w:t>
        </w:r>
      </w:hyperlink>
      <w:r>
        <w:t xml:space="preserve">, </w:t>
      </w:r>
      <w:hyperlink r:id="rId11">
        <w:r>
          <w:rPr>
            <w:color w:val="0000EE"/>
            <w:u w:val="single"/>
          </w:rPr>
          <w:t>[2]</w:t>
        </w:r>
      </w:hyperlink>
      <w:r>
        <w:t xml:space="preserve">- Paragraph 3: </w:t>
      </w:r>
      <w:hyperlink r:id="rId10">
        <w:r>
          <w:rPr>
            <w:color w:val="0000EE"/>
            <w:u w:val="single"/>
          </w:rPr>
          <w:t>[3]</w:t>
        </w:r>
      </w:hyperlink>
      <w:r>
        <w:t xml:space="preserve">, </w:t>
      </w:r>
      <w:hyperlink r:id="rId13">
        <w:r>
          <w:rPr>
            <w:color w:val="0000EE"/>
            <w:u w:val="single"/>
          </w:rPr>
          <w:t>[6]</w:t>
        </w:r>
      </w:hyperlink>
      <w:r>
        <w:t xml:space="preserve">- Paragraph 4: </w:t>
      </w:r>
      <w:hyperlink r:id="rId10">
        <w:r>
          <w:rPr>
            <w:color w:val="0000EE"/>
            <w:u w:val="single"/>
          </w:rPr>
          <w:t>[3]</w:t>
        </w:r>
      </w:hyperlink>
      <w:r>
        <w:t xml:space="preserve">, </w:t>
      </w:r>
      <w:hyperlink r:id="rId11">
        <w:r>
          <w:rPr>
            <w:color w:val="0000EE"/>
            <w:u w:val="single"/>
          </w:rPr>
          <w:t>[2]</w:t>
        </w:r>
      </w:hyperlink>
      <w:r>
        <w:t xml:space="preserve">- Paragraph 5: </w:t>
      </w:r>
      <w:hyperlink r:id="rId11">
        <w:r>
          <w:rPr>
            <w:color w:val="0000EE"/>
            <w:u w:val="single"/>
          </w:rPr>
          <w:t>[2]</w:t>
        </w:r>
      </w:hyperlink>
      <w:r>
        <w:t xml:space="preserve">, </w:t>
      </w:r>
      <w:hyperlink r:id="rId10">
        <w:r>
          <w:rPr>
            <w:color w:val="0000EE"/>
            <w:u w:val="single"/>
          </w:rPr>
          <w:t>[3]</w:t>
        </w:r>
      </w:hyperlink>
      <w:r>
        <w:t xml:space="preserve">- Paragraph 6: </w:t>
      </w:r>
      <w:hyperlink r:id="rId10">
        <w:r>
          <w:rPr>
            <w:color w:val="0000EE"/>
            <w:u w:val="single"/>
          </w:rPr>
          <w:t>[3]</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https://tomandlorenzo.com/2026/08/galeca-the-society-of-lgbtq-entertainment-critics-2026-dorian-tv-award-winners/</w:t>
        </w:r>
      </w:hyperlink>
      <w:r>
        <w:t xml:space="preserve"> - Please view link - unable to able to access data</w:t>
      </w:r>
      <w:r/>
    </w:p>
    <w:p>
      <w:pPr>
        <w:pStyle w:val="ListNumber"/>
        <w:spacing w:line="240" w:lineRule="auto"/>
        <w:ind w:left="720"/>
      </w:pPr>
      <w:r/>
      <w:hyperlink r:id="rId11">
        <w:r>
          <w:rPr>
            <w:color w:val="0000EE"/>
            <w:u w:val="single"/>
          </w:rPr>
          <w:t>https://www.galeca.org/dorianawards</w:t>
        </w:r>
      </w:hyperlink>
      <w:r>
        <w:t xml:space="preserve"> - The Dorian Awards, presented by GALECA: The Society of LGBTQ Entertainment Critics, celebrate excellence in film, television, and New York theater. The awards are determined through a democratic process, with each member having a say, ensuring the collective voice of the LGBTQ+ community is reflected. The Dorians aim to highlight diverse perspectives and stories that resonate with queer audiences and beyond. The 2026 Dorian TV Awards nominations featured shows like 'Heated Rivalry,' 'Hacks,' 'Pluribus,' and 'Half Man,' leading in various categories.</w:t>
      </w:r>
      <w:r/>
    </w:p>
    <w:p>
      <w:pPr>
        <w:pStyle w:val="ListNumber"/>
        <w:spacing w:line="240" w:lineRule="auto"/>
        <w:ind w:left="720"/>
      </w:pPr>
      <w:r/>
      <w:hyperlink r:id="rId10">
        <w:r>
          <w:rPr>
            <w:color w:val="0000EE"/>
            <w:u w:val="single"/>
          </w:rPr>
          <w:t>https://www.tvinsider.com/1270467/galeca-2026-dorian-tv-awards-nominees-heated-rivalry-hacks-pluribus-widows-bay/</w:t>
        </w:r>
      </w:hyperlink>
      <w:r>
        <w:t xml:space="preserve"> - GALECA: The Society of LGBTQ Entertainment Critics announced the 2026 Dorian TV Awards nominations, with 'Heated Rivalry,' 'Hacks,' 'Pluribus,' and 'Half Man' leading the pack. The awards recognise the best in television and streaming, from mainstream content to queer-themed programs. The winners were set to be announced on August 15, 2026. The nominations highlighted excellence in various categories, including Best TV Drama, Best TV Comedy, and Best LGBTQ TV Show, reflecting the diverse and inclusive nature of the awards.</w:t>
      </w:r>
      <w:r/>
    </w:p>
    <w:p>
      <w:pPr>
        <w:pStyle w:val="ListNumber"/>
        <w:spacing w:line="240" w:lineRule="auto"/>
        <w:ind w:left="720"/>
      </w:pPr>
      <w:r/>
      <w:hyperlink r:id="rId12">
        <w:r>
          <w:rPr>
            <w:color w:val="0000EE"/>
            <w:u w:val="single"/>
          </w:rPr>
          <w:t>https://www.galeca.org/our-story</w:t>
        </w:r>
      </w:hyperlink>
      <w:r>
        <w:t xml:space="preserve"> - GALECA, originally the Gay and Lesbian Entertainment Critics Association, was founded in 2009 to celebrate great entertainment and the unique perspectives of LGBTQ critics. The organisation introduced the Dorian Awards in 2010, honouring the year's best in film and television through an LGBTQ lens. In 2017, GALECA rebranded to better reflect its inclusive values and the full spectrum of LGBTQ+ identities it represents. The Dorian Awards have since become a significant platform for recognising excellence in entertainment within the LGBTQ community.</w:t>
      </w:r>
      <w:r/>
    </w:p>
    <w:p>
      <w:pPr>
        <w:pStyle w:val="ListNumber"/>
        <w:spacing w:line="240" w:lineRule="auto"/>
        <w:ind w:left="720"/>
      </w:pPr>
      <w:r/>
      <w:hyperlink r:id="rId14">
        <w:r>
          <w:rPr>
            <w:color w:val="0000EE"/>
            <w:u w:val="single"/>
          </w:rPr>
          <w:t>https://www.thequeerreview.com/2026/03/08/2026-dorian-film-award-winners-revealed-by-society-of-lgbtq-entertainment-critics/</w:t>
        </w:r>
      </w:hyperlink>
      <w:r>
        <w:t xml:space="preserve"> - At the 2026 Dorian Film Awards, GALECA: The Society of LGBTQ Entertainment Critics announced 'Sinners' as Film of the Year, with director Ryan Coogler also named Director of the Year. The film dominated the night with seven wins, underscoring its cultural resonance and artistic ambition. Rose Byrne received Film Performance of the Year for her role in 'If I Had Legs I’d Kick You,' and Amy Madigan earned Supporting Film Performance of the Year for her role in 'Weapons.'</w:t>
      </w:r>
      <w:r/>
    </w:p>
    <w:p>
      <w:pPr>
        <w:pStyle w:val="ListNumber"/>
        <w:spacing w:line="240" w:lineRule="auto"/>
        <w:ind w:left="720"/>
      </w:pPr>
      <w:r/>
      <w:hyperlink r:id="rId13">
        <w:r>
          <w:rPr>
            <w:color w:val="0000EE"/>
            <w:u w:val="single"/>
          </w:rPr>
          <w:t>https://awardsradar.com/2026/03/05/dorian-awards-2026/</w:t>
        </w:r>
      </w:hyperlink>
      <w:r>
        <w:t xml:space="preserve"> - GALECA: The Society of LGBTQ Entertainment Critics announced the 2026 Dorian Film Awards, with 'Sinners' emerging as the year's standout with seven wins. The film, directed by Ryan Coogler, secured Film of the Year and Director of the Year. Rose Byrne won Film Performance of the Year for 'If I Had Legs I’d Kick You,' and Amy Madigan received Supporting Film Performance of the Year for 'Weapons.' The awards highlighted excellence across cinema and performance within the LGBTQ community.</w:t>
      </w:r>
      <w:r/>
    </w:p>
    <w:p>
      <w:pPr>
        <w:pStyle w:val="ListNumber"/>
        <w:spacing w:line="240" w:lineRule="auto"/>
        <w:ind w:left="720"/>
      </w:pPr>
      <w:r/>
      <w:hyperlink r:id="rId15">
        <w:r>
          <w:rPr>
            <w:color w:val="0000EE"/>
            <w:u w:val="single"/>
          </w:rPr>
          <w:t>https://www.broadwaynews.com/exclusive-schmigadoon-the-balusters-and-giant-win-top-categories-at-lgbtq-critics-2026-dorian-theater-awards/</w:t>
        </w:r>
      </w:hyperlink>
      <w:r>
        <w:t xml:space="preserve"> - GALECA: The Society of LGBTQ Entertainment Critics announced the winners of the 2026 Dorian Theater Awards, with 'Schmigadoon!' winning Outstanding Broadway Musical and Outstanding Book of a Musical for writer Cinco Paul. 'The Balusters' and 'Giant' tied for Outstanding Broadway Play. The awards recognised excellence in Broadway and Off-Broadway productions, celebrating diverse storytelling and artistic achievement within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omandlorenzo.com/2026/08/galeca-the-society-of-lgbtq-entertainment-critics-2026-dorian-tv-award-winners/" TargetMode="External"/><Relationship Id="rId10" Type="http://schemas.openxmlformats.org/officeDocument/2006/relationships/hyperlink" Target="https://www.tvinsider.com/1270467/galeca-2026-dorian-tv-awards-nominees-heated-rivalry-hacks-pluribus-widows-bay/" TargetMode="External"/><Relationship Id="rId11" Type="http://schemas.openxmlformats.org/officeDocument/2006/relationships/hyperlink" Target="https://www.galeca.org/dorianawards" TargetMode="External"/><Relationship Id="rId12" Type="http://schemas.openxmlformats.org/officeDocument/2006/relationships/hyperlink" Target="https://www.galeca.org/our-story" TargetMode="External"/><Relationship Id="rId13" Type="http://schemas.openxmlformats.org/officeDocument/2006/relationships/hyperlink" Target="https://awardsradar.com/2026/03/05/dorian-awards-2026/" TargetMode="External"/><Relationship Id="rId14" Type="http://schemas.openxmlformats.org/officeDocument/2006/relationships/hyperlink" Target="https://www.thequeerreview.com/2026/03/08/2026-dorian-film-award-winners-revealed-by-society-of-lgbtq-entertainment-critics/" TargetMode="External"/><Relationship Id="rId15" Type="http://schemas.openxmlformats.org/officeDocument/2006/relationships/hyperlink" Target="https://www.broadwaynews.com/exclusive-schmigadoon-the-balusters-and-giant-win-top-categories-at-lgbtq-critics-2026-dorian-theater-awar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