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takes on the WNBA controversy: why personality, identity and competition clash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hot takes keep circling the WNBA story: pundits, players and fans are arguing about why incidents involving Sophie Cunningham and Caitlin Clark keep blowing up , and the debate matters because it touches on race, sexuality, media attention and how a league gets defined.</w:t>
      </w:r>
      <w:r/>
    </w:p>
    <w:p>
      <w:r/>
      <w:r>
        <w:t>Essential Takeaways</w:t>
      </w:r>
      <w:r/>
      <w:r/>
    </w:p>
    <w:p>
      <w:pPr>
        <w:pStyle w:val="ListBullet"/>
        <w:spacing w:line="240" w:lineRule="auto"/>
        <w:ind w:left="720"/>
      </w:pPr>
      <w:r/>
      <w:r>
        <w:rPr>
          <w:b/>
        </w:rPr>
        <w:t>Big personalities drive headlines:</w:t>
      </w:r>
      <w:r>
        <w:t xml:space="preserve"> Caitlin Clark’s arrival has shifted eyeballs and created tensions around who represents the league.</w:t>
      </w:r>
      <w:r/>
    </w:p>
    <w:p>
      <w:pPr>
        <w:pStyle w:val="ListBullet"/>
        <w:spacing w:line="240" w:lineRule="auto"/>
        <w:ind w:left="720"/>
      </w:pPr>
      <w:r/>
      <w:r>
        <w:rPr>
          <w:b/>
        </w:rPr>
        <w:t>Identity is part of the conversation:</w:t>
      </w:r>
      <w:r>
        <w:t xml:space="preserve"> Some commentators say many WNBA players identify as queer and Black, and that identity politics shapes reactions on court.</w:t>
      </w:r>
      <w:r/>
    </w:p>
    <w:p>
      <w:pPr>
        <w:pStyle w:val="ListBullet"/>
        <w:spacing w:line="240" w:lineRule="auto"/>
        <w:ind w:left="720"/>
      </w:pPr>
      <w:r/>
      <w:r>
        <w:rPr>
          <w:b/>
        </w:rPr>
        <w:t>Data and claims diverge:</w:t>
      </w:r>
      <w:r>
        <w:t xml:space="preserve"> Analyses cited by commentators find no clear evidence of racially targeted fouls; perceptions persist regardless.</w:t>
      </w:r>
      <w:r/>
    </w:p>
    <w:p>
      <w:pPr>
        <w:pStyle w:val="ListBullet"/>
        <w:spacing w:line="240" w:lineRule="auto"/>
        <w:ind w:left="720"/>
      </w:pPr>
      <w:r/>
      <w:r>
        <w:rPr>
          <w:b/>
        </w:rPr>
        <w:t>On-the-ground effects:</w:t>
      </w:r>
      <w:r>
        <w:t xml:space="preserve"> Players and fans report feeling a mix of competition, cultural defensiveness and genuine disagreement about league values.</w:t>
      </w:r>
      <w:r/>
    </w:p>
    <w:p>
      <w:pPr>
        <w:pStyle w:val="ListBullet"/>
        <w:spacing w:line="240" w:lineRule="auto"/>
        <w:ind w:left="720"/>
      </w:pPr>
      <w:r/>
      <w:r>
        <w:rPr>
          <w:b/>
        </w:rPr>
        <w:t>Practical watchpoints:</w:t>
      </w:r>
      <w:r>
        <w:t xml:space="preserve"> For fans, focus on safety, refereeing consistency and respectful debate rather than framing incidents as single-cause conspiracies.</w:t>
      </w:r>
      <w:r/>
      <w:r/>
    </w:p>
    <w:p>
      <w:pPr>
        <w:pStyle w:val="Heading2"/>
      </w:pPr>
      <w:r>
        <w:t>What kicked this local scuffle into a national story</w:t>
      </w:r>
      <w:r/>
    </w:p>
    <w:p>
      <w:r/>
      <w:r>
        <w:t>The clothesline foul on Sophie Cunningham and the subsequent social-media post lit a fuse that pundits and politicians rushed to fan. The moment had the raw stuff of viral sport: a physical play, quick ejection, and a charged social-media reaction that invited interpretation. According to coverage of the exchange, commentators on major shows moved quickly from describing the play to diagnosing the league’s deeper tensions. That’s not unusual , sport is storytelling as much as competition , but it does mean small incidents get folded into big cultural debates.</w:t>
      </w:r>
      <w:r/>
    </w:p>
    <w:p>
      <w:pPr>
        <w:pStyle w:val="Heading2"/>
      </w:pPr>
      <w:r>
        <w:t>Identity, representation and the “face of the league”</w:t>
      </w:r>
      <w:r/>
    </w:p>
    <w:p>
      <w:r/>
      <w:r>
        <w:t>One recurring strain of commentary argues Caitlin Clark’s star power has unsettled a league long shaped by its existing core players. Some pundits have suggested questions of race and sexual identity are part of that discomfort, saying the WNBA has a distinct cultural identity and that a new, very visible white player changes the dynamics. Others push back, pointing to data suggesting incidents are proportional and not clearly racially motivated. The upshot is simple: representation matters, and when who represents a league shifts, so do the narratives around it.</w:t>
      </w:r>
      <w:r/>
    </w:p>
    <w:p>
      <w:pPr>
        <w:pStyle w:val="Heading2"/>
      </w:pPr>
      <w:r>
        <w:t>Where data and feeling diverge</w:t>
      </w:r>
      <w:r/>
    </w:p>
    <w:p>
      <w:r/>
      <w:r>
        <w:t>Hosts and media outlets have cited analyses indicating there’s no systemic racial bias in how fouls or incidents are distributed. But feelings on the ground , players’ podcast comments and social posts , don’t always line up with cold statistics. That mismatch explains why the debate keeps returning: objective reviews can calm some questions, but emotions, identity and history push back. Fans should look for solid reporting and remember context matters; one analysis doesn’t settle decades of cultural conversation.</w:t>
      </w:r>
      <w:r/>
    </w:p>
    <w:p>
      <w:pPr>
        <w:pStyle w:val="Heading2"/>
      </w:pPr>
      <w:r>
        <w:t>Politics and punditry: why commentary can inflame</w:t>
      </w:r>
      <w:r/>
    </w:p>
    <w:p>
      <w:r/>
      <w:r>
        <w:t>When political figures and highly opinionated pundits weigh in, stories gain another layer. You’ll see explanations that range from competitive jealousy to complex cultural critiques about who “built” the league. Commentators often frame disputes as evidence of broader social battles, which is part rhetorical strategy and part genuine interpretation. If you’re following the debate, separate takeaways about the sport from the hot takes , some voices aim to inform, others to provoke.</w:t>
      </w:r>
      <w:r/>
    </w:p>
    <w:p>
      <w:pPr>
        <w:pStyle w:val="Heading2"/>
      </w:pPr>
      <w:r>
        <w:t>Practical tips for fans and players who want better outcomes</w:t>
      </w:r>
      <w:r/>
    </w:p>
    <w:p>
      <w:r/>
      <w:r>
        <w:t>If you care about the league’s long-term health, focus on concrete fixes: consistent officiating, clearer disciplinary processes, and platforms for players to air differences without escalating to social-media pile-ons. Fans can demand fair coverage and avoid amplifying unverified claims. Players and teams would benefit from facilitated conversations about identity and representation so on-court competition doesn’t translate into off-court resentment.</w:t>
      </w:r>
      <w:r/>
    </w:p>
    <w:p>
      <w:r/>
      <w:r>
        <w:t>It's a small change , more clarity, more conversation , that can make every game a fairer, less toxic spectacle.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5">
        <w:r>
          <w:rPr>
            <w:color w:val="0000EE"/>
            <w:u w:val="single"/>
          </w:rPr>
          <w:t>[3]</w:t>
        </w:r>
      </w:hyperlink>
      <w:r>
        <w:t xml:space="preserve">- Paragraph 4: </w:t>
      </w:r>
      <w:hyperlink r:id="rId10">
        <w:r>
          <w:rPr>
            <w:color w:val="0000EE"/>
            <w:u w:val="single"/>
          </w:rPr>
          <w:t>[2]</w:t>
        </w:r>
      </w:hyperlink>
      <w:r>
        <w:t xml:space="preserve">, </w:t>
      </w:r>
      <w:hyperlink r:id="rId15">
        <w:r>
          <w:rPr>
            <w:color w:val="0000EE"/>
            <w:u w:val="single"/>
          </w:rPr>
          <w:t>[3]</w:t>
        </w:r>
      </w:hyperlink>
      <w:r>
        <w:t xml:space="preserve">- Paragraph 5: </w:t>
      </w:r>
      <w:hyperlink r:id="rId12">
        <w:r>
          <w:rPr>
            <w:color w:val="0000EE"/>
            <w:u w:val="single"/>
          </w:rPr>
          <w:t>[6]</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https://www.bizpacreview.com/2026/08/17/whitlock-says-black-queers-take-exception-to-white-women-in-basketball-1655143/</w:t>
        </w:r>
      </w:hyperlink>
      <w:r>
        <w:t xml:space="preserve"> - Please view link - unable to able to access data</w:t>
      </w:r>
      <w:r/>
    </w:p>
    <w:p>
      <w:pPr>
        <w:pStyle w:val="ListNumber"/>
        <w:spacing w:line="240" w:lineRule="auto"/>
        <w:ind w:left="720"/>
      </w:pPr>
      <w:r/>
      <w:hyperlink r:id="rId10">
        <w:r>
          <w:rPr>
            <w:color w:val="0000EE"/>
            <w:u w:val="single"/>
          </w:rPr>
          <w:t>https://www.thedailybeast.com/lara-trump-offers-wild-explanation-for-wnba-maga-barbie-sophie-cunningham-outrage/</w:t>
        </w:r>
      </w:hyperlink>
      <w:r>
        <w:t xml:space="preserve"> - Lara Trump has waded into the right-wing crusade over women's basketball with a baffling take on the sport. Conservatives have, for weeks, shown an outpouring of support for Indiana Fever bench guard Sophie Cunningham after she took their preferred stance against transgender women playing ... Lara, the wife of the president ... . 'These women have become so cat ... ,' she said. 'They're at each other's throats ... .'</w:t>
      </w:r>
      <w:r/>
    </w:p>
    <w:p>
      <w:pPr>
        <w:pStyle w:val="ListNumber"/>
        <w:spacing w:line="240" w:lineRule="auto"/>
        <w:ind w:left="720"/>
      </w:pPr>
      <w:r/>
      <w:hyperlink r:id="rId15">
        <w:r>
          <w:rPr>
            <w:color w:val="0000EE"/>
            <w:u w:val="single"/>
          </w:rPr>
          <w:t>https://www.breitbart.com/sports/2024/06/25/whitlock-caitlin-clark-needs-black-male-coach-fever-must-fire-white-female-coach/</w:t>
        </w:r>
      </w:hyperlink>
      <w:r>
        <w:t xml:space="preserve"> - Sports commentator Jason Whitlock suggests that the WNBA’s Indiana Fever needs to dump its white female head coach for a black man to better manage a white player with the talent of Caitlin Clark. Whitlock feels that coach Christie Sides is in over her head and has no idea what to do with Caitlin Clark. 'The coach is in over her head as well, through no fault of her own,' Whitlock said during the most recent episode of his Fearless podcast. 'A white woman trying to coach Caitlin Clark in the WNBA, with a predominantly black woman roster – that’s a match made in hell. It cannot work.'</w:t>
      </w:r>
      <w:r/>
    </w:p>
    <w:p>
      <w:pPr>
        <w:pStyle w:val="ListNumber"/>
        <w:spacing w:line="240" w:lineRule="auto"/>
        <w:ind w:left="720"/>
      </w:pPr>
      <w:r/>
      <w:hyperlink r:id="rId11">
        <w:r>
          <w:rPr>
            <w:color w:val="0000EE"/>
            <w:u w:val="single"/>
          </w:rPr>
          <w:t>https://www.operationsports.com/jason-whitlock-accuses-wnba-of-being-controlled-by-lesbian-black-people-and-he-says-caitlin-clark-is-paying-the-price/</w:t>
        </w:r>
      </w:hyperlink>
      <w:r>
        <w:t xml:space="preserve"> - The WNBA has found itself at the center of a heated cultural debate following controversial remarks from sports commentator Jason Whitlock. The outspoken analyst launched a fierce critique of the league after it snubbed Caitlin Clark in its promotion of the Fever-Storm game. According to Whitlock, the league’s current decision-makers are actively trying to diminish Clark’s massive impact on women’s basketball. He called her the greatest thing to happen to the WNBA and claimed she is suffering due to the league preferring feminists, lesbians, and black women. On Sunday, the Indiana Fever secured a 89-78 win over the Seattle Storm, and while promoting the game, the WNBA used a graphic featuring Raven Johnson instead of Clark.</w:t>
      </w:r>
      <w:r/>
    </w:p>
    <w:p>
      <w:pPr>
        <w:pStyle w:val="ListNumber"/>
        <w:spacing w:line="240" w:lineRule="auto"/>
        <w:ind w:left="720"/>
      </w:pPr>
      <w:r/>
      <w:hyperlink r:id="rId14">
        <w:r>
          <w:rPr>
            <w:color w:val="0000EE"/>
            <w:u w:val="single"/>
          </w:rPr>
          <w:t>https://www.breitbart.com/sports/2024/09/04/jason-whitlock-caitlin-clark-faces-bigotry-from-black-wnba-players-but-is-not-helped-by-easily-triggered-fans/</w:t>
        </w:r>
      </w:hyperlink>
      <w:r>
        <w:t xml:space="preserve"> - Sports commentator Jason Whitlock agrees that WNBA star rookie Caitlin Clark faces “bigotry” from black players, but he also warns that her “easily-triggered fans” are not helping her any. Whitlock told his podcast listeners that Clark absolutely faces discrimination from a long line of black WNBA players, both current and former. Indeed, he characterizes Clark’s detractors as the “Seven Dwarfs” of basketball, according to the Daily Mail. The commentator blasted Chicago Sky players Angel Reese, Chennedy Carter, Diamond Deshield, and Sky coach Teresa Weatherspoon. He also took aim at ex-WNBA players Sheryl Swoopes, Lisa Leslie, and Gamecocks coach Dawn Staley. He even chided what remains of “Black Twitter” for constantly attacking Clark.</w:t>
      </w:r>
      <w:r/>
    </w:p>
    <w:p>
      <w:pPr>
        <w:pStyle w:val="ListNumber"/>
        <w:spacing w:line="240" w:lineRule="auto"/>
        <w:ind w:left="720"/>
      </w:pPr>
      <w:r/>
      <w:hyperlink r:id="rId12">
        <w:r>
          <w:rPr>
            <w:color w:val="0000EE"/>
            <w:u w:val="single"/>
          </w:rPr>
          <w:t>https://www.latimes.com/sports/story/2026/07/23/sophie-cunningham-biological-men-transgender-womens-sports-fever-wnba</w:t>
        </w:r>
      </w:hyperlink>
      <w:r>
        <w:t xml:space="preserve"> - Sophie Cunningham, a player for the Indiana Fever, has been called 'MAGA Barbie' since her college days at Missouri, according to Complex, because some of the people she follows and engagement with conservatives on social media. In a recent interview, Cunningham stated that 'biological men' don't belong in women's sports, sparking controversy and discussions about transgender inclusion in the WNBA. The league's collective bargaining agreement states that 'only players who are women are eligible to play in the WNBA,' but does not specifically exclude transgender women. When reached for comment, a WNBA representative referred The Times to a statement released by the Fever on Wednesday. 'Our players are thoughtful adults with their own perspectives and voices, and those views are their own,' the team said. 'We are committed to welcoming fans from every background and treating everyone with respect, and that’s what guides us as an organization.'</w:t>
      </w:r>
      <w:r/>
    </w:p>
    <w:p>
      <w:pPr>
        <w:pStyle w:val="ListNumber"/>
        <w:spacing w:line="240" w:lineRule="auto"/>
        <w:ind w:left="720"/>
      </w:pPr>
      <w:r/>
      <w:hyperlink r:id="rId13">
        <w:r>
          <w:rPr>
            <w:color w:val="0000EE"/>
            <w:u w:val="single"/>
          </w:rPr>
          <w:t>https://www.theguardian.com/commentisfree/article/2024/jun/22/caitlin-clark-fouls-far-right-racism-homophobia</w:t>
        </w:r>
      </w:hyperlink>
      <w:r>
        <w:t xml:space="preserve"> - White WNBA player Caitlin Clark is being physically assaulted EVERY GAME by Shaq-looking black lesbians but nobody wants to talk about, Peters tweeted on Thursday. Actually, Mr Peters, your compatriots can’t stop talking about it. Sports journalist Jason Whitlock has also chimed in on the matter. 'The WNBA for 25-26 years has basically been a traveling lesbian sex cult,' Whitlock told Fox Sports Radio recently. 'They’re upset that Caitlin Clark is bringing heterosexual people into their arena.' Golly, if I’d known that the WNBA was a 'traveling lesbian sex cult', I would have tried out for the basketball team at university. As it was, I did my best to avoid balls. I’ll spare you more hot takes from the Conservative Men Who Are Suddenly Very Interested in Women’s Sports brigade. The upshot of all this messy discourse is this: Clark’s name is being used to push racist, homophobic and misogynistic talking points and being weaponized in the targeted abuse of Black players like Angel Reese.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izpacreview.com/2026/08/17/whitlock-says-black-queers-take-exception-to-white-women-in-basketball-1655143/" TargetMode="External"/><Relationship Id="rId10" Type="http://schemas.openxmlformats.org/officeDocument/2006/relationships/hyperlink" Target="https://www.thedailybeast.com/lara-trump-offers-wild-explanation-for-wnba-maga-barbie-sophie-cunningham-outrage/" TargetMode="External"/><Relationship Id="rId11" Type="http://schemas.openxmlformats.org/officeDocument/2006/relationships/hyperlink" Target="https://www.operationsports.com/jason-whitlock-accuses-wnba-of-being-controlled-by-lesbian-black-people-and-he-says-caitlin-clark-is-paying-the-price/" TargetMode="External"/><Relationship Id="rId12" Type="http://schemas.openxmlformats.org/officeDocument/2006/relationships/hyperlink" Target="https://www.latimes.com/sports/story/2026/07/23/sophie-cunningham-biological-men-transgender-womens-sports-fever-wnba" TargetMode="External"/><Relationship Id="rId13" Type="http://schemas.openxmlformats.org/officeDocument/2006/relationships/hyperlink" Target="https://www.theguardian.com/commentisfree/article/2024/jun/22/caitlin-clark-fouls-far-right-racism-homophobia" TargetMode="External"/><Relationship Id="rId14" Type="http://schemas.openxmlformats.org/officeDocument/2006/relationships/hyperlink" Target="https://www.breitbart.com/sports/2024/09/04/jason-whitlock-caitlin-clark-faces-bigotry-from-black-wnba-players-but-is-not-helped-by-easily-triggered-fans/" TargetMode="External"/><Relationship Id="rId15" Type="http://schemas.openxmlformats.org/officeDocument/2006/relationships/hyperlink" Target="https://www.breitbart.com/sports/2024/06/25/whitlock-caitlin-clark-needs-black-male-coach-fever-must-fire-white-female-coa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