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Stockholm Pride Guide for LGBTQ Travellers: Plan a Week of Parade, Culture and Archipelago Escapes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sightseers and partygoers are flocking to Stockholm Pride; the city turns one weekend of colour into a full-week destination of history, nightlife, parks and islands, making it a can’t-miss trip for LGBTQ travellers who want parade energy plus mellow days by the water.</w:t>
      </w:r>
      <w:r/>
    </w:p>
    <w:p>
      <w:r/>
      <w:r>
        <w:t>Essential Takeaways</w:t>
      </w:r>
      <w:r/>
      <w:r/>
    </w:p>
    <w:p>
      <w:pPr>
        <w:pStyle w:val="ListBullet"/>
        <w:spacing w:line="240" w:lineRule="auto"/>
        <w:ind w:left="720"/>
      </w:pPr>
      <w:r/>
      <w:r>
        <w:rPr>
          <w:b/>
        </w:rPr>
        <w:t>Huge festival scale:</w:t>
      </w:r>
      <w:r>
        <w:t xml:space="preserve"> Stockholm Pride draws tens of thousands of marchers and hundreds of thousands of spectators, filling the city with rainbow flags and events. </w:t>
      </w:r>
      <w:r/>
    </w:p>
    <w:p>
      <w:pPr>
        <w:pStyle w:val="ListBullet"/>
        <w:spacing w:line="240" w:lineRule="auto"/>
        <w:ind w:left="720"/>
      </w:pPr>
      <w:r/>
      <w:r>
        <w:rPr>
          <w:b/>
        </w:rPr>
        <w:t>More than one day:</w:t>
      </w:r>
      <w:r>
        <w:t xml:space="preserve"> Pride Week includes a Pride District with nightly events and themed parties such as Schlager Night, plan multiple evenings out. </w:t>
      </w:r>
      <w:r/>
    </w:p>
    <w:p>
      <w:pPr>
        <w:pStyle w:val="ListBullet"/>
        <w:spacing w:line="240" w:lineRule="auto"/>
        <w:ind w:left="720"/>
      </w:pPr>
      <w:r/>
      <w:r>
        <w:rPr>
          <w:b/>
        </w:rPr>
        <w:t>Queer heritage on view:</w:t>
      </w:r>
      <w:r>
        <w:t xml:space="preserve"> The Royal Palace offers LGBTQ+ tours, and neighbourhoods like Gamla Stan and Södermalm hold visible queer history and landmarks. </w:t>
      </w:r>
      <w:r/>
    </w:p>
    <w:p>
      <w:pPr>
        <w:pStyle w:val="ListBullet"/>
        <w:spacing w:line="240" w:lineRule="auto"/>
        <w:ind w:left="720"/>
      </w:pPr>
      <w:r/>
      <w:r>
        <w:rPr>
          <w:b/>
        </w:rPr>
        <w:t>City plus islands:</w:t>
      </w:r>
      <w:r>
        <w:t xml:space="preserve"> Combine the parade with a day trip into the archipelago for beaches, saunas and quiet nature. </w:t>
      </w:r>
      <w:r/>
    </w:p>
    <w:p>
      <w:pPr>
        <w:pStyle w:val="ListBullet"/>
        <w:spacing w:line="240" w:lineRule="auto"/>
        <w:ind w:left="720"/>
      </w:pPr>
      <w:r/>
      <w:r>
        <w:rPr>
          <w:b/>
        </w:rPr>
        <w:t>Practical touches:</w:t>
      </w:r>
      <w:r>
        <w:t xml:space="preserve"> Choose a central base to walk to events, pack for layers, and sort local mobile data (eSIM) before travel to stay connected.</w:t>
      </w:r>
      <w:r/>
      <w:r/>
    </w:p>
    <w:p>
      <w:pPr>
        <w:pStyle w:val="Heading2"/>
      </w:pPr>
      <w:r>
        <w:t>Start with a neighbourhood that feels like the city</w:t>
      </w:r>
      <w:r/>
    </w:p>
    <w:p>
      <w:r/>
      <w:r>
        <w:t>Stockholm rewards a base that doubles as an introduction to the place, and staying in a design-forward hotel in the Gallery District makes it easy to walk to museums, bars and Pride venues. You’ll get a taste of Stockholm’s sleek, minimal interiors and a rooftop for pre-party drinks, and having a kitchenette or extra space is handy during busy festival nights.</w:t>
      </w:r>
      <w:r/>
    </w:p>
    <w:p>
      <w:r/>
      <w:r>
        <w:t>Pick accommodation near Gamla Stan or Södermalm if you want bustle and easy access to cafés and bars; choose Östermalm for quieter streets and museums. Book early, Pride week fills rooms fast, and consider a place with flexible check-in so you can nap between late-night events.</w:t>
      </w:r>
      <w:r/>
    </w:p>
    <w:p>
      <w:pPr>
        <w:pStyle w:val="Heading2"/>
      </w:pPr>
      <w:r>
        <w:t>Parade day is the big theatrical moment, but it’s not the only one</w:t>
      </w:r>
      <w:r/>
    </w:p>
    <w:p>
      <w:r/>
      <w:r>
        <w:t>Saturday’s parade is the headline: a long, colourful route packed with floats and cheering crowds, where you can march or simply watch and soak up the atmosphere. Yet the festival’s energy begins earlier in the week, with live shows, club nights and community gatherings that build the momentum.</w:t>
      </w:r>
      <w:r/>
    </w:p>
    <w:p>
      <w:r/>
      <w:r>
        <w:t>If you love music and camp theatrics, don’t miss Schlagerkvällen, an over-the-top, singalong night rooted in Eurovision-style pop. For photographers and people-watchers, weekday events are less crowded and just as vivid. Plan your Saturday for the parade, but spread your social life across multiple nights.</w:t>
      </w:r>
      <w:r/>
    </w:p>
    <w:p>
      <w:pPr>
        <w:pStyle w:val="Heading2"/>
      </w:pPr>
      <w:r>
        <w:t>Gamla Stan and the Royal Palace offer surprising queer history</w:t>
      </w:r>
      <w:r/>
    </w:p>
    <w:p>
      <w:r/>
      <w:r>
        <w:t>Gamla Stan’s cobblestones and tiny cafés are perfect for a relaxed morning fika, and the neighbourhood carries small but meaningful queer landmarks. The Royal Palace, meanwhile, runs an LGBTQ+ tour that reframes royal stories with human, sometimes surprising, details about historical figures.</w:t>
      </w:r>
      <w:r/>
    </w:p>
    <w:p>
      <w:r/>
      <w:r>
        <w:t>That context matters. Seeing the palace through LGBTQ+ stories makes the visit feel personal rather than purely ceremonial. Combine the palace tour with a coffee stop at a long-standing café that’s known locally for flying the flag, small gestures of visibility add up to a welcoming city.</w:t>
      </w:r>
      <w:r/>
    </w:p>
    <w:p>
      <w:pPr>
        <w:pStyle w:val="Heading2"/>
      </w:pPr>
      <w:r>
        <w:t>Södermalm, sculpture parks and green escapes</w:t>
      </w:r>
      <w:r/>
    </w:p>
    <w:p>
      <w:r/>
      <w:r>
        <w:t>Södermalm sits on a hill with open views across the water and a compact mix of independent shops, snug cafés and relaxed bars. It’s where you’ll catch a more contemporary, lived-in side of Stockholm and even stumble across statues and plaques commemorating queer lives.</w:t>
      </w:r>
      <w:r/>
    </w:p>
    <w:p>
      <w:r/>
      <w:r>
        <w:t>When you want a slower pace, visit Millesgården to wander sculpture terraces and fountains, or Haga Park to tour a historic pavilion before stretching out on lawns. These spots give your trip contrast: after late nights and loud parades, they’re quiet, sunlit places to reset.</w:t>
      </w:r>
      <w:r/>
    </w:p>
    <w:p>
      <w:pPr>
        <w:pStyle w:val="Heading2"/>
      </w:pPr>
      <w:r>
        <w:t>Swap the city for a day in the archipelago</w:t>
      </w:r>
      <w:r/>
    </w:p>
    <w:p>
      <w:r/>
      <w:r>
        <w:t>One of Stockholm’s best tricks is how quickly you can go from urban glamour to raw coastline. A boat outing takes you into an archipelago of thousands of islands where private beaches, saunas and wood-fired cinnamon buns feel gloriously remote.</w:t>
      </w:r>
      <w:r/>
    </w:p>
    <w:p>
      <w:r/>
      <w:r>
        <w:t>Book a guided charter or a small-boat trip that includes a stop for local fare and a chance to swim or sauna. The island day is an ideal cool-down after Pride’s sensory overload; it lets you trade neon and bass for rock, sea-spray and slow conversation.</w:t>
      </w:r>
      <w:r/>
    </w:p>
    <w:p>
      <w:pPr>
        <w:pStyle w:val="Heading2"/>
      </w:pPr>
      <w:r>
        <w:t>Practical planning: tickets, timing and staying connected</w:t>
      </w:r>
      <w:r/>
    </w:p>
    <w:p>
      <w:r/>
      <w:r>
        <w:t>Stockholm Pride programmes appear well in advance, so check the official festival listings and parade route before you go. Buy tickets or register for popular events early, and allow extra time for transport on parade day when central streets are closed.</w:t>
      </w:r>
      <w:r/>
    </w:p>
    <w:p>
      <w:r/>
      <w:r>
        <w:t>For peace of mind, sort local mobile data via an eSIM or a pre-purchased plan so you can navigate, meet friends and book last-minute tickets without hunting for Wi‑Fi. Pack for variable weather: festival energy can be warm, but Stockholm’s coastal breeze calls for layers.</w:t>
      </w:r>
      <w:r/>
    </w:p>
    <w:p>
      <w:r/>
      <w:r>
        <w:t>It's a small change that can make every Pride trip feel like a full-city holiday.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0">
        <w:r>
          <w:rPr>
            <w:color w:val="0000EE"/>
            <w:u w:val="single"/>
          </w:rPr>
          <w:t>[5]</w:t>
        </w:r>
      </w:hyperlink>
      <w:r>
        <w:t xml:space="preserve">- Paragraph 3: </w:t>
      </w:r>
      <w:hyperlink r:id="rId11">
        <w:r>
          <w:rPr>
            <w:color w:val="0000EE"/>
            <w:u w:val="single"/>
          </w:rPr>
          <w:t>[3]</w:t>
        </w:r>
      </w:hyperlink>
      <w:r>
        <w:t xml:space="preserve">, </w:t>
      </w:r>
      <w:hyperlink r:id="rId11">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0">
        <w:r>
          <w:rPr>
            <w:color w:val="0000EE"/>
            <w:u w:val="single"/>
          </w:rPr>
          <w:t>[5]</w:t>
        </w:r>
      </w:hyperlink>
      <w:r>
        <w:t xml:space="preserve">- Paragraph 6: </w:t>
      </w:r>
      <w:hyperlink r:id="rId12">
        <w:r>
          <w:rPr>
            <w:color w:val="0000EE"/>
            <w:u w:val="single"/>
          </w:rPr>
          <w:t>[4]</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https://joshrimer.com/stockholm-pride/</w:t>
        </w:r>
      </w:hyperlink>
      <w:r>
        <w:t xml:space="preserve"> - Please view link - unable to able to access data</w:t>
      </w:r>
      <w:r/>
    </w:p>
    <w:p>
      <w:pPr>
        <w:pStyle w:val="ListNumber"/>
        <w:spacing w:line="240" w:lineRule="auto"/>
        <w:ind w:left="720"/>
      </w:pPr>
      <w:r/>
      <w:hyperlink r:id="rId10">
        <w:r>
          <w:rPr>
            <w:color w:val="0000EE"/>
            <w:u w:val="single"/>
          </w:rPr>
          <w:t>https://www.stockholmpride.org/en/</w:t>
        </w:r>
      </w:hyperlink>
      <w:r>
        <w:t xml:space="preserve"> - Stockholm Pride is Scandinavia's largest LGBTQ+ festival, held annually in Stockholm, Sweden. The 2026 festival is scheduled from 27 July to 1 August, featuring a variety of events including the Pride Parade, Pride District, and Pride House. The Pride Parade, the largest in Scandinavia, will take place on 1 August, starting at 13:00 along Norr Mälarstrand, covering approximately 4.5 kilometres, and ending at Slussen. The Pride District, the festival's heart, will be located in the Slakthusområdet area, offering concerts, club nights, food, drinks, and activities. Pride House, situated at Clarion Hotel Sign, will host discussions and debates focusing on democratic conversations. Tickets are available for various events, and the festival encourages participation from all members of the LGBTQ+ community and allies. For more information, visit their official website.</w:t>
      </w:r>
      <w:r/>
    </w:p>
    <w:p>
      <w:pPr>
        <w:pStyle w:val="ListNumber"/>
        <w:spacing w:line="240" w:lineRule="auto"/>
        <w:ind w:left="720"/>
      </w:pPr>
      <w:r/>
      <w:hyperlink r:id="rId11">
        <w:r>
          <w:rPr>
            <w:color w:val="0000EE"/>
            <w:u w:val="single"/>
          </w:rPr>
          <w:t>https://www.stockholmpride.org/festivalen/pride-parade/</w:t>
        </w:r>
      </w:hyperlink>
      <w:r>
        <w:t xml:space="preserve"> - The Stockholm Pride Parade is the largest Pride parade in Scandinavia, attracting tens of thousands of participants each year. The 2026 parade is scheduled for 1 August at 13:00, starting at Norr Mälarstrand and covering a 4.5-kilometre route through central Stockholm, concluding at Slussen. The parade is a joyful and colourful manifestation of love for equal human rights, celebrating diversity and embracing love in all its forms. The event typically lasts about two hours from start to finish. For more details, visit the official Stockholm Pride Parade page.</w:t>
      </w:r>
      <w:r/>
    </w:p>
    <w:p>
      <w:pPr>
        <w:pStyle w:val="ListNumber"/>
        <w:spacing w:line="240" w:lineRule="auto"/>
        <w:ind w:left="720"/>
      </w:pPr>
      <w:r/>
      <w:hyperlink r:id="rId12">
        <w:r>
          <w:rPr>
            <w:color w:val="0000EE"/>
            <w:u w:val="single"/>
          </w:rPr>
          <w:t>https://www.stockholmpride.org/pressreleases/ny-festivalgeneral-foer-stockholm-pride-3431331</w:t>
        </w:r>
      </w:hyperlink>
      <w:r>
        <w:t xml:space="preserve"> - Stockholm Pride has announced Måns Axelsson as the new festival leader for the 2026 event. Axelsson, previously the marketing manager for Stockholm Pride, expressed enthusiasm for leading the festival during a time of change and renewal. He highlighted the increasing importance of the Pride movement in a changing societal climate and the development of the organisation and festival area. The role of festival leader involves overseeing the entire festival, ensuring planning and execution are cohesive. For more information, refer to the official press release.</w:t>
      </w:r>
      <w:r/>
    </w:p>
    <w:p>
      <w:pPr>
        <w:pStyle w:val="ListNumber"/>
        <w:spacing w:line="240" w:lineRule="auto"/>
        <w:ind w:left="720"/>
      </w:pPr>
      <w:r/>
      <w:hyperlink r:id="rId10">
        <w:r>
          <w:rPr>
            <w:color w:val="0000EE"/>
            <w:u w:val="single"/>
          </w:rPr>
          <w:t>https://www.stockholmpride.org/en/</w:t>
        </w:r>
      </w:hyperlink>
      <w:r>
        <w:t xml:space="preserve"> - Stockholm Pride is Scandinavia's largest LGBTQ+ festival, held annually in Stockholm, Sweden. The 2026 festival is scheduled from 27 July to 1 August, featuring a variety of events including the Pride Parade, Pride District, and Pride House. The Pride Parade, the largest in Scandinavia, will take place on 1 August, starting at 13:00 along Norr Mälarstrand, covering approximately 4.5 kilometres, and ending at Slussen. The Pride District, the festival's heart, will be located in the Slakthusområdet area, offering concerts, club nights, food, drinks, and activities. Pride House, situated at Clarion Hotel Sign, will host discussions and debates focusing on democratic conversations. Tickets are available for various events, and the festival encourages participation from all members of the LGBTQ+ community and allies. For more information, visit their official website.</w:t>
      </w:r>
      <w:r/>
    </w:p>
    <w:p>
      <w:pPr>
        <w:pStyle w:val="ListNumber"/>
        <w:spacing w:line="240" w:lineRule="auto"/>
        <w:ind w:left="720"/>
      </w:pPr>
      <w:r/>
      <w:hyperlink r:id="rId11">
        <w:r>
          <w:rPr>
            <w:color w:val="0000EE"/>
            <w:u w:val="single"/>
          </w:rPr>
          <w:t>https://www.stockholmpride.org/festivalen/pride-parade/</w:t>
        </w:r>
      </w:hyperlink>
      <w:r>
        <w:t xml:space="preserve"> - The Stockholm Pride Parade is the largest Pride parade in Scandinavia, attracting tens of thousands of participants each year. The 2026 parade is scheduled for 1 August at 13:00, starting at Norr Mälarstrand and covering a 4.5-kilometre route through central Stockholm, concluding at Slussen. The parade is a joyful and colourful manifestation of love for equal human rights, celebrating diversity and embracing love in all its forms. The event typically lasts about two hours from start to finish. For more details, visit the official Stockholm Pride Parade page.</w:t>
      </w:r>
      <w:r/>
    </w:p>
    <w:p>
      <w:pPr>
        <w:pStyle w:val="ListNumber"/>
        <w:spacing w:line="240" w:lineRule="auto"/>
        <w:ind w:left="720"/>
      </w:pPr>
      <w:r/>
      <w:hyperlink r:id="rId12">
        <w:r>
          <w:rPr>
            <w:color w:val="0000EE"/>
            <w:u w:val="single"/>
          </w:rPr>
          <w:t>https://www.stockholmpride.org/pressreleases/ny-festivalgeneral-foer-stockholm-pride-3431331</w:t>
        </w:r>
      </w:hyperlink>
      <w:r>
        <w:t xml:space="preserve"> - Stockholm Pride has announced Måns Axelsson as the new festival leader for the 2026 event. Axelsson, previously the marketing manager for Stockholm Pride, expressed enthusiasm for leading the festival during a time of change and renewal. He highlighted the increasing importance of the Pride movement in a changing societal climate and the development of the organisation and festival area. The role of festival leader involves overseeing the entire festival, ensuring planning and execution are cohesive. For more information, refer to the official press release.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oshrimer.com/stockholm-pride/" TargetMode="External"/><Relationship Id="rId10" Type="http://schemas.openxmlformats.org/officeDocument/2006/relationships/hyperlink" Target="https://www.stockholmpride.org/en/" TargetMode="External"/><Relationship Id="rId11" Type="http://schemas.openxmlformats.org/officeDocument/2006/relationships/hyperlink" Target="https://www.stockholmpride.org/festivalen/pride-parade/" TargetMode="External"/><Relationship Id="rId12" Type="http://schemas.openxmlformats.org/officeDocument/2006/relationships/hyperlink" Target="https://www.stockholmpride.org/pressreleases/ny-festivalgeneral-foer-stockholm-pride-34313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