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San Francisco Queer Film Festival Picks and New Indie Movies to Watch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cinema this weekend as the sixth San Francisco Queer Film Festival rolls into the Roxie, while Bay Area screens are showing fresh indie titles , from an Anthony Bourdain origin tale to Jane Schoenbrun’s provocative new horror , giving filmgoers bold, under-the-radar options that matter.</w:t>
      </w:r>
      <w:r/>
    </w:p>
    <w:p>
      <w:r/>
      <w:r>
        <w:t>Essential Takeaways</w:t>
      </w:r>
      <w:r/>
      <w:r/>
    </w:p>
    <w:p>
      <w:pPr>
        <w:pStyle w:val="ListBullet"/>
        <w:spacing w:line="240" w:lineRule="auto"/>
        <w:ind w:left="720"/>
      </w:pPr>
      <w:r/>
      <w:r>
        <w:rPr>
          <w:b/>
        </w:rPr>
        <w:t>Festival scope:</w:t>
      </w:r>
      <w:r>
        <w:t xml:space="preserve"> The San Francisco Queer Film Festival screens more than 50 films by LGBTQ+ artists at the Roxie this weekend, including shorts, features and panels; programming feels diverse and intimate. </w:t>
      </w:r>
      <w:r/>
    </w:p>
    <w:p>
      <w:pPr>
        <w:pStyle w:val="ListBullet"/>
        <w:spacing w:line="240" w:lineRule="auto"/>
        <w:ind w:left="720"/>
      </w:pPr>
      <w:r/>
      <w:r>
        <w:rPr>
          <w:b/>
        </w:rPr>
        <w:t>Opening night buzz:</w:t>
      </w:r>
      <w:r>
        <w:t xml:space="preserve"> “Mean Goals,” a queer-short about a gay Latino bonding with his sick father through soccer, opens the festival; Robby Kendall’s “Sweet Nothing” screens Friday. </w:t>
      </w:r>
      <w:r/>
    </w:p>
    <w:p>
      <w:pPr>
        <w:pStyle w:val="ListBullet"/>
        <w:spacing w:line="240" w:lineRule="auto"/>
        <w:ind w:left="720"/>
      </w:pPr>
      <w:r/>
      <w:r>
        <w:rPr>
          <w:b/>
        </w:rPr>
        <w:t>Must-see dramas:</w:t>
      </w:r>
      <w:r>
        <w:t xml:space="preserve"> “Tony” is a 1975-set coming-of-age dramedy about a young Anthony Bourdain with standout mentoring scenes; performances are warm and nostalgic. </w:t>
      </w:r>
      <w:r/>
    </w:p>
    <w:p>
      <w:pPr>
        <w:pStyle w:val="ListBullet"/>
        <w:spacing w:line="240" w:lineRule="auto"/>
        <w:ind w:left="720"/>
      </w:pPr>
      <w:r/>
      <w:r>
        <w:rPr>
          <w:b/>
        </w:rPr>
        <w:t>Horror with heart:</w:t>
      </w:r>
      <w:r>
        <w:t xml:space="preserve"> Jane Schoenbrun’s “Teenage Sex and Death at Camp Miasma” mixes psychological dread, queer eroticism and genre critique , expect ambiguity, bold imagery and strong chemistry. </w:t>
      </w:r>
      <w:r/>
    </w:p>
    <w:p>
      <w:pPr>
        <w:pStyle w:val="ListBullet"/>
        <w:spacing w:line="240" w:lineRule="auto"/>
        <w:ind w:left="720"/>
      </w:pPr>
      <w:r/>
      <w:r>
        <w:rPr>
          <w:b/>
        </w:rPr>
        <w:t>Local spotlight:</w:t>
      </w:r>
      <w:r>
        <w:t xml:space="preserve"> The Noe Valley Girls Film Festival and other community events offer short films by young women filmmakers, keeping festival energy neighbourhood-rooted.</w:t>
      </w:r>
      <w:r/>
      <w:r/>
    </w:p>
    <w:p>
      <w:pPr>
        <w:pStyle w:val="Heading2"/>
      </w:pPr>
      <w:r>
        <w:t>Why the Roxie’s queer weekend feels essential</w:t>
      </w:r>
      <w:r/>
    </w:p>
    <w:p>
      <w:r/>
      <w:r>
        <w:t>If you want cinema that surprises and comforts in the same programme, the Roxie’s line-up is the place to be this weekend. The sixth San Francisco Queer Film Festival brings an almost festival-at-home vibe: intimate screenings, conversations, and an intentional mix of comedy, drama and documentary. Festival director choices favour under-the-radar voices, so expect smaller films that stick with you rather than crowd-pleasing certainties. For viewers who like texture , the quiet, grainy moments, the little gestures , this is cinema made for lingering.</w:t>
      </w:r>
      <w:r/>
    </w:p>
    <w:p>
      <w:r/>
      <w:r>
        <w:t>The festival also builds community. There are panels, including one moderated by Sister Roma after a documentary about compassionate caregiving during the early AIDS crisis, which adds a useful, human context to the screenings. If you’re choosing where to spend your ticket money, think about which films will prompt a post-show conversation; that’s often where the value is.</w:t>
      </w:r>
      <w:r/>
    </w:p>
    <w:p>
      <w:pPr>
        <w:pStyle w:val="Heading2"/>
      </w:pPr>
      <w:r>
        <w:t>What to catch first: opening night and the short programmes</w:t>
      </w:r>
      <w:r/>
    </w:p>
    <w:p>
      <w:r/>
      <w:r>
        <w:t>Opening night pairs a tender short called “Mean Goals” with festival energy, and Robby Kendall’s “Sweet Nothing” brings drag, humour and an autobiographical feel to Friday’s slot. Short-film blocks on Saturday and Sunday give you a sampler of emerging queer filmmakers , quick, punchy pieces you can discuss over a coffee afterwards. If you’re pressed for time, aim for a short programme; they’re easy to digest, often surprising, and usually cheap.</w:t>
      </w:r>
      <w:r/>
    </w:p>
    <w:p>
      <w:r/>
      <w:r>
        <w:t>Practical tip: check the schedule for Q&amp;As or panels attached to screenings , those sessions are where you’ll hear filmmakers and subjects explain creative choices, and they’re often the best way to understand an artful short.</w:t>
      </w:r>
      <w:r/>
    </w:p>
    <w:p>
      <w:pPr>
        <w:pStyle w:val="Heading2"/>
      </w:pPr>
      <w:r>
        <w:t>“Tony”: a tasty, if tidy, coming-of-age on screen</w:t>
      </w:r>
      <w:r/>
    </w:p>
    <w:p>
      <w:r/>
      <w:r>
        <w:t>Matt Johnson’s “Tony” places a teenage Anthony Bourdain in a summer of jobs, crushes and kitchen chaos. The film leans into warm mentorship: Antonio Banderas’ fabricationally named Chef becomes the emotional core who turns brash Tony into a younger Anthony. Dominic Sessa’s curly-haired performance captures teenage restlessness and a budding seriousness that hints at Bourdain’s future voice.</w:t>
      </w:r>
      <w:r/>
    </w:p>
    <w:p>
      <w:r/>
      <w:r>
        <w:t>Critically, the movie keeps things light in places where a darker edge might have added complexity; it’s more pleasing than probing. Still, if you like films about learning to work with your hands, the textures of a restaurant kitchen, or the awkward heat of first romantic pursuits, “Tony” is an enjoyable watch. Consider pairing it with a meal afterwards , the film’s food-focus makes a local seafood spot feel thematically apt.</w:t>
      </w:r>
      <w:r/>
    </w:p>
    <w:p>
      <w:pPr>
        <w:pStyle w:val="Heading2"/>
      </w:pPr>
      <w:r>
        <w:t>Jane Schoenbrun’s slasher meditation is weird, erotic and brave</w:t>
      </w:r>
      <w:r/>
    </w:p>
    <w:p>
      <w:r/>
      <w:r>
        <w:t>Jane Schoenbrun’s “Teenage Sex and Death at Camp Miasma” is not trying to be cosy. It revisits an 80s slasher franchise through queer eyes, confronting transphobic imagery while layering eroticism and trauma into the storytelling. Hannah Einbinder’s Kris is an obsessed director type, and Gillian Anderson’s reclusive former star, Billy, brings sex-positive energy and sharp lines. The film toys with reality and fiction in ways that can be puzzling but also electric.</w:t>
      </w:r>
      <w:r/>
    </w:p>
    <w:p>
      <w:r/>
      <w:r>
        <w:t>If you enjoy movies that unsettle and invite you to think , and to feel awkward in the best way , this one will stick with you. It’s a film that interrogates genre stereotypes while delivering visceral horror, which makes it an essential watch for anyone tracking modern queer horror. Go in ready for ambiguity and strong visual choices.</w:t>
      </w:r>
      <w:r/>
    </w:p>
    <w:p>
      <w:pPr>
        <w:pStyle w:val="Heading2"/>
      </w:pPr>
      <w:r>
        <w:t>Neighbourhood festivals and classic screenings keep things local and curious</w:t>
      </w:r>
      <w:r/>
    </w:p>
    <w:p>
      <w:r/>
      <w:r>
        <w:t>Beyond the Roxie, smaller fêtes like the Noe Valley Girls Film Festival keep filmmaking grassroots and future-facing, showcasing shorts by young female filmmakers and offering encouragement to a new generation. Meanwhile, classic screenings tied to local events , such as showings of Eric Rohmer’s “My Night at Maud’s” , give cinephiles a chance to compare old moral tales with new queer narratives.</w:t>
      </w:r>
      <w:r/>
    </w:p>
    <w:p>
      <w:r/>
      <w:r>
        <w:t>These events are reminders that the Bay Area’s film calendar isn’t only about premieres; it’s about conversation, community and the joy of discovering work you wouldn’t find on a streaming front page. If you want to support local cinema, buy a ticket to a small screening and linger at the post-show chat.</w:t>
      </w:r>
      <w:r/>
    </w:p>
    <w:p>
      <w:r/>
      <w:r>
        <w:t>It's a small change that can make your weekend's films feel bigger.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3">
        <w:r>
          <w:rPr>
            <w:color w:val="0000EE"/>
            <w:u w:val="single"/>
          </w:rPr>
          <w:t>[5]</w:t>
        </w:r>
      </w:hyperlink>
      <w:r>
        <w:t xml:space="preserve">, </w:t>
      </w:r>
      <w:hyperlink r:id="rId13">
        <w:r>
          <w:rPr>
            <w:color w:val="0000EE"/>
            <w:u w:val="single"/>
          </w:rPr>
          <w:t>[6]</w:t>
        </w:r>
      </w:hyperlink>
      <w:r>
        <w:t xml:space="preserve">- Paragraph 6: </w:t>
      </w:r>
      <w:hyperlink r:id="rId11">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https://localnewsmatters.org/2026/08/17/movies-sf-queer-film-fest-tony-teenage-sex-and-death-at-camp-miasma-noe-valley-girls-festival/</w:t>
        </w:r>
      </w:hyperlink>
      <w:r>
        <w:t xml:space="preserve"> - Please view link - unable to able to access data</w:t>
      </w:r>
      <w:r/>
    </w:p>
    <w:p>
      <w:pPr>
        <w:pStyle w:val="ListNumber"/>
        <w:spacing w:line="240" w:lineRule="auto"/>
        <w:ind w:left="720"/>
      </w:pPr>
      <w:r/>
      <w:hyperlink r:id="rId10">
        <w:r>
          <w:rPr>
            <w:color w:val="0000EE"/>
            <w:u w:val="single"/>
          </w:rPr>
          <w:t>https://www.sfqueerfilmfest.com/</w:t>
        </w:r>
      </w:hyperlink>
      <w:r>
        <w:t xml:space="preserve"> - The San Francisco Queer Film Festival (SFQFF) is an annual event dedicated to showcasing independent queer cinema. In 2026, the festival is scheduled to take place from August 21 to 23 at the Roxie Theater in San Francisco. The festival aims to celebrate diverse queer stories and provide a platform for both seasoned and emerging queer filmmakers. Attendees can expect a range of films that challenge societal norms and celebrate diverse identities, reflecting the festival's commitment to pushing boundaries and fostering inclusivity in the film industry.</w:t>
      </w:r>
      <w:r/>
    </w:p>
    <w:p>
      <w:pPr>
        <w:pStyle w:val="ListNumber"/>
        <w:spacing w:line="240" w:lineRule="auto"/>
        <w:ind w:left="720"/>
      </w:pPr>
      <w:r/>
      <w:hyperlink r:id="rId12">
        <w:r>
          <w:rPr>
            <w:color w:val="0000EE"/>
            <w:u w:val="single"/>
          </w:rPr>
          <w:t>https://www.frameline.org/festival</w:t>
        </w:r>
      </w:hyperlink>
      <w:r>
        <w:t xml:space="preserve"> - Frameline is the San Francisco International LGBTQ+ Film Festival, established in 1977. It is the longest-running, largest, and most widely recognized queer film exhibition globally. In June 2026, Frameline celebrated its 50th anniversary with Frameline50, an 11-day in-person showcase of leading queer cinema held in venues throughout San Francisco and Oakland. The festival attracted approximately 50,000 attendees and featured over 600 filmmakers and industry professionals, underscoring its significant role in promoting LGBTQ+ media and culture.</w:t>
      </w:r>
      <w:r/>
    </w:p>
    <w:p>
      <w:pPr>
        <w:pStyle w:val="ListNumber"/>
        <w:spacing w:line="240" w:lineRule="auto"/>
        <w:ind w:left="720"/>
      </w:pPr>
      <w:r/>
      <w:hyperlink r:id="rId11">
        <w:r>
          <w:rPr>
            <w:color w:val="0000EE"/>
            <w:u w:val="single"/>
          </w:rPr>
          <w:t>https://www.psr.edu/events/the-22nd-annual-international-queer-women-of-color-film-festival/</w:t>
        </w:r>
      </w:hyperlink>
      <w:r>
        <w:t xml:space="preserve"> - The 22nd-Annual International Queer Women of Color Film Festival, organized by QWOCMAP, is scheduled to take place from June 12 to 14, 2026, at San Francisco's historic Presidio Theatre. The festival will feature 47 films by queer women, nonbinary, and trans filmmakers of color, screening from May through October 2026. This year's theme, 'We Resist, and We Roll,' highlights the community's resilience and ongoing commitment to filmmaking amidst challenges. The festival aims to showcase diverse narratives and foster community engagement through cinema.</w:t>
      </w:r>
      <w:r/>
    </w:p>
    <w:p>
      <w:pPr>
        <w:pStyle w:val="ListNumber"/>
        <w:spacing w:line="240" w:lineRule="auto"/>
        <w:ind w:left="720"/>
      </w:pPr>
      <w:r/>
      <w:hyperlink r:id="rId13">
        <w:r>
          <w:rPr>
            <w:color w:val="0000EE"/>
            <w:u w:val="single"/>
          </w:rPr>
          <w:t>https://www.thedailybeast.com/obsessed/tony-review-anthony-bourdain-origin-story-is-a-tasty-revelation/</w:t>
        </w:r>
      </w:hyperlink>
      <w:r>
        <w:t xml:space="preserve"> - The article reviews the film 'Tony,' directed by Matt Johnson, which offers an engaging origin story of the late Anthony Bourdain before he became a celebrated chef and television icon. Set in 1975, it chronicles a brash and insecure young Tony, played convincingly by Dominic Sessa, navigating early adulthood. After striking out romantically with Nancy (Emilia Jones) and failing to secure a fellowship, Tony impulsively heads to Provincetown, where he lands a dishwasher job at a Cape Cod seafood joint following a personal low point. With mentorship from a charismatic chef (Antonio Banderas) and camaraderie with colorful co-workers, Tony begins his journey toward self-discovery and culinary passion. The script subtly weaves in biographical elements and avoids heavy-handedness, maintaining a loose, spontaneous tone. Though the film is narrowly focused and serves mainly as a prologue to Bourdain's later accomplishments—including his breakout memoir 'Kitchen Confidential' and hit TV shows—it shines with raw charm, sharp performances, and emotional authenticity. Ultimately, 'Tony' is a lively and heartfelt amuse-bouche, offering a flavorful glimpse into the makings of a cultural icon.</w:t>
      </w:r>
      <w:r/>
    </w:p>
    <w:p>
      <w:pPr>
        <w:pStyle w:val="ListNumber"/>
        <w:spacing w:line="240" w:lineRule="auto"/>
        <w:ind w:left="720"/>
      </w:pPr>
      <w:r/>
      <w:hyperlink r:id="rId13">
        <w:r>
          <w:rPr>
            <w:color w:val="0000EE"/>
            <w:u w:val="single"/>
          </w:rPr>
          <w:t>https://www.thedailybeast.com/obsessed/tony-review-anthony-bourdain-origin-story-is-a-tasty-revelation/</w:t>
        </w:r>
      </w:hyperlink>
      <w:r>
        <w:t xml:space="preserve"> - The article reviews the film 'Tony,' directed by Matt Johnson, which offers an engaging origin story of the late Anthony Bourdain before he became a celebrated chef and television icon. Set in 1975, it chronicles a brash and insecure young Tony, played convincingly by Dominic Sessa, navigating early adulthood. After striking out romantically with Nancy (Emilia Jones) and failing to secure a fellowship, Tony impulsively heads to Provincetown, where he lands a dishwasher job at a Cape Cod seafood joint following a personal low point. With mentorship from a charismatic chef (Antonio Banderas) and camaraderie with colorful co-workers, Tony begins his journey toward self-discovery and culinary passion. The script subtly weaves in biographical elements and avoids heavy-handedness, maintaining a loose, spontaneous tone. Though the film is narrowly focused and serves mainly as a prologue to Bourdain's later accomplishments—including his breakout memoir 'Kitchen Confidential' and hit TV shows—it shines with raw charm, sharp performances, and emotional authenticity. Ultimately, 'Tony' is a lively and heartfelt amuse-bouche, offering a flavorful glimpse into the makings of a cultural icon.</w:t>
      </w:r>
      <w:r/>
    </w:p>
    <w:p>
      <w:pPr>
        <w:pStyle w:val="ListNumber"/>
        <w:spacing w:line="240" w:lineRule="auto"/>
        <w:ind w:left="720"/>
      </w:pPr>
      <w:r/>
      <w:hyperlink r:id="rId13">
        <w:r>
          <w:rPr>
            <w:color w:val="0000EE"/>
            <w:u w:val="single"/>
          </w:rPr>
          <w:t>https://www.thedailybeast.com/obsessed/tony-review-anthony-bourdain-origin-story-is-a-tasty-revelation/</w:t>
        </w:r>
      </w:hyperlink>
      <w:r>
        <w:t xml:space="preserve"> - The article reviews the film 'Tony,' directed by Matt Johnson, which offers an engaging origin story of the late Anthony Bourdain before he became a celebrated chef and television icon. Set in 1975, it chronicles a brash and insecure young Tony, played convincingly by Dominic Sessa, navigating early adulthood. After striking out romantically with Nancy (Emilia Jones) and failing to secure a fellowship, Tony impulsively heads to Provincetown, where he lands a dishwasher job at a Cape Cod seafood joint following a personal low point. With mentorship from a charismatic chef (Antonio Banderas) and camaraderie with colorful co-workers, Tony begins his journey toward self-discovery and culinary passion. The script subtly weaves in biographical elements and avoids heavy-handedness, maintaining a loose, spontaneous tone. Though the film is narrowly focused and serves mainly as a prologue to Bourdain's later accomplishments—including his breakout memoir 'Kitchen Confidential' and hit TV shows—it shines with raw charm, sharp performances, and emotional authenticity. Ultimately, 'Tony' is a lively and heartfelt amuse-bouche, offering a flavorful glimpse into the makings of a cultural icon.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ocalnewsmatters.org/2026/08/17/movies-sf-queer-film-fest-tony-teenage-sex-and-death-at-camp-miasma-noe-valley-girls-festival/" TargetMode="External"/><Relationship Id="rId10" Type="http://schemas.openxmlformats.org/officeDocument/2006/relationships/hyperlink" Target="https://www.sfqueerfilmfest.com/" TargetMode="External"/><Relationship Id="rId11" Type="http://schemas.openxmlformats.org/officeDocument/2006/relationships/hyperlink" Target="https://www.psr.edu/events/the-22nd-annual-international-queer-women-of-color-film-festival/" TargetMode="External"/><Relationship Id="rId12" Type="http://schemas.openxmlformats.org/officeDocument/2006/relationships/hyperlink" Target="https://www.frameline.org/festival" TargetMode="External"/><Relationship Id="rId13" Type="http://schemas.openxmlformats.org/officeDocument/2006/relationships/hyperlink" Target="https://www.thedailybeast.com/obsessed/tony-review-anthony-bourdain-origin-story-is-a-tasty-revel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