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Teachers Called Some Pupils “A Pleasure” — and Why It Echoes Today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spotting a pattern in old school reports: teachers’ praise like “a pleasure to have in class” has gone viral on Threads, and many LGBTQ+ adults say it rings true , a small compliment that often reflected attentiveness, a quieter presence, and sometimes a route to escaping small-town life.</w:t>
      </w:r>
      <w:r/>
    </w:p>
    <w:p>
      <w:r/>
      <w:r>
        <w:t>Essential Takeaways</w:t>
      </w:r>
      <w:r/>
      <w:r/>
    </w:p>
    <w:p>
      <w:pPr>
        <w:pStyle w:val="ListBullet"/>
        <w:spacing w:line="240" w:lineRule="auto"/>
        <w:ind w:left="720"/>
      </w:pPr>
      <w:r/>
      <w:r>
        <w:rPr>
          <w:b/>
        </w:rPr>
        <w:t>Correlation, not destiny:</w:t>
      </w:r>
      <w:r>
        <w:t xml:space="preserve"> Research shows gay men are statistically more likely to earn college degrees, which helps explain higher classroom engagement and teacher praise.</w:t>
      </w:r>
      <w:r/>
    </w:p>
    <w:p>
      <w:pPr>
        <w:pStyle w:val="ListBullet"/>
        <w:spacing w:line="240" w:lineRule="auto"/>
        <w:ind w:left="720"/>
      </w:pPr>
      <w:r/>
      <w:r>
        <w:rPr>
          <w:b/>
        </w:rPr>
        <w:t>Behavioural patterns:</w:t>
      </w:r>
      <w:r>
        <w:t xml:space="preserve"> Many LGBTQ+ kids spent time in safe, quiet spaces , libraries, music rooms , signalling attentiveness and reliability to teachers.</w:t>
      </w:r>
      <w:r/>
    </w:p>
    <w:p>
      <w:pPr>
        <w:pStyle w:val="ListBullet"/>
        <w:spacing w:line="240" w:lineRule="auto"/>
        <w:ind w:left="720"/>
      </w:pPr>
      <w:r/>
      <w:r>
        <w:rPr>
          <w:b/>
        </w:rPr>
        <w:t>Social pressure factor:</w:t>
      </w:r>
      <w:r>
        <w:t xml:space="preserve"> Some studies suggest straight boys avoided academic effort due to masculinity norms, while gay boys faced different incentives to apply themselves.</w:t>
      </w:r>
      <w:r/>
    </w:p>
    <w:p>
      <w:pPr>
        <w:pStyle w:val="ListBullet"/>
        <w:spacing w:line="240" w:lineRule="auto"/>
        <w:ind w:left="720"/>
      </w:pPr>
      <w:r/>
      <w:r>
        <w:rPr>
          <w:b/>
        </w:rPr>
        <w:t>Emotional detail:</w:t>
      </w:r>
      <w:r>
        <w:t xml:space="preserve"> Teachers’ descriptions like “joy” or “pleasure” often reflect a calm, helpful presence that felt safe and memorable.</w:t>
      </w:r>
      <w:r/>
    </w:p>
    <w:p>
      <w:pPr>
        <w:pStyle w:val="ListBullet"/>
        <w:spacing w:line="240" w:lineRule="auto"/>
        <w:ind w:left="720"/>
      </w:pPr>
      <w:r/>
      <w:r>
        <w:rPr>
          <w:b/>
        </w:rPr>
        <w:t>Practical tip:</w:t>
      </w:r>
      <w:r>
        <w:t xml:space="preserve"> If you’re reading old reports, look for patterns , punctuality, participation, and relationships with adults often reveal more than a single phrase.</w:t>
      </w:r>
      <w:r/>
      <w:r/>
    </w:p>
    <w:p>
      <w:pPr>
        <w:pStyle w:val="Heading2"/>
      </w:pPr>
      <w:r>
        <w:t>Why a Threads post struck such a familiar chord</w:t>
      </w:r>
      <w:r/>
    </w:p>
    <w:p>
      <w:r/>
      <w:r>
        <w:t>A single, witty Threads line about teachers noting “your son is a pleasure to have in class” has sparked a wave of memory and recognition across social feeds. The humour lands because it’s anchored in a sensory truth: the quiet kid helping with laminating or shelving books stands out in a classroom full of noise. People replied with “joy” and “pleasure” anecdotes, and the tone of those replies is warm and slightly wistful.</w:t>
      </w:r>
      <w:r/>
    </w:p>
    <w:p>
      <w:r/>
      <w:r>
        <w:t>Social memory matters here. According to several reports, gay men are more likely to attain higher education, which means classrooms often contained a subset of students who were visibly engaged and keen to please. That engagement shows up in teacher comments that later read like a small badge of approval.</w:t>
      </w:r>
      <w:r/>
    </w:p>
    <w:p>
      <w:pPr>
        <w:pStyle w:val="Heading2"/>
      </w:pPr>
      <w:r>
        <w:t>The research: higher degrees and why that might matter</w:t>
      </w:r>
      <w:r/>
    </w:p>
    <w:p>
      <w:r/>
      <w:r>
        <w:t>Studies covered by outlets such as The Guardian and Inside Higher Ed have pointed out a clear pattern: gay men in many countries have higher university completion rates than heterosexual men. Academic papers and analyses suggest complex reasons , from social incentives to cultural factors , but the net effect is straightforward. Greater investment in schooling can lead teachers to single out students as dependable and pleasant.</w:t>
      </w:r>
      <w:r/>
    </w:p>
    <w:p>
      <w:r/>
      <w:r>
        <w:t>One sociological line of thinking argues that if avenues for traditional masculinity are blocked or complicated, academic success becomes a credible route to adult status. In plain terms, some boys who later identify as gay may have doubled down on grades and school behaviour as a practical strategy, and teachers noticed.</w:t>
      </w:r>
      <w:r/>
    </w:p>
    <w:p>
      <w:pPr>
        <w:pStyle w:val="Heading2"/>
      </w:pPr>
      <w:r>
        <w:t>Childhood routines: safe spaces, not playground glory</w:t>
      </w:r>
      <w:r/>
    </w:p>
    <w:p>
      <w:r/>
      <w:r>
        <w:t>Anecdotes that went viral alongside the Threads post reveal a pattern: many LGBTQ+ kids avoided recess or rough-and-tumble games and instead gravitated toward calm corners of the school. Libraries, music rooms and time spent helping teachers offered safer, quieter places to be. That’s not just nostalgia; it’s practical behaviour driven by self-preservation.</w:t>
      </w:r>
      <w:r/>
    </w:p>
    <w:p>
      <w:r/>
      <w:r>
        <w:t>Those choices produce visible classroom virtues , punctuality, attentiveness, careful work , and teachers often reward or note them. So when a report card says “a pleasure to have,” it’s sometimes shorthand for “reliable, respectful, and engaged.”</w:t>
      </w:r>
      <w:r/>
    </w:p>
    <w:p>
      <w:pPr>
        <w:pStyle w:val="Heading2"/>
      </w:pPr>
      <w:r>
        <w:t>Masculinity, peer pressure and classroom culture</w:t>
      </w:r>
      <w:r/>
    </w:p>
    <w:p>
      <w:r/>
      <w:r>
        <w:t>Reports in LGBTQ Nation and academic reviews have suggested that straight boys can be discouraged from overt academic striving because of peer ridicule or norms about masculinity. When excelling is framed as a threat to masculine status, some boys opt out or downplay effort. Meanwhile, for boys who don’t fit that narrow peer script, schoolwork can be an accessible, respected path.</w:t>
      </w:r>
      <w:r/>
    </w:p>
    <w:p>
      <w:r/>
      <w:r>
        <w:t>This social dynamic helps explain why teachers might remember certain students fondly. It’s not a psychic clue to sexual orientation; it’s a snapshot of behaviour shaped by culture, safety and long-term aims.</w:t>
      </w:r>
      <w:r/>
    </w:p>
    <w:p>
      <w:pPr>
        <w:pStyle w:val="Heading2"/>
      </w:pPr>
      <w:r>
        <w:t>What this means now , and what parents or teachers can do</w:t>
      </w:r>
      <w:r/>
    </w:p>
    <w:p>
      <w:r/>
      <w:r>
        <w:t>First, enjoy the nostalgia and the shared laugh , but don’t overread a single phrase. According to sociological studies, patterns matter more than one comment. If you’re a teacher or parent today, consider how classroom culture rewards or punishes visible enthusiasm. Make room for different kinds of play and praise, and notice where quieter students might be seeking safe connections.</w:t>
      </w:r>
      <w:r/>
    </w:p>
    <w:p>
      <w:r/>
      <w:r>
        <w:t>For former pupils reading old reports, treat lines like “a pleasure to have” as small cultural artefacts: comforting, revealing, and a reminder of how schools shaped who we became.</w:t>
      </w:r>
      <w:r/>
    </w:p>
    <w:p>
      <w:r/>
      <w:r>
        <w:t>It's a small glimpse into how attention, safety and social rules shaped childhoods , and why a tidy sentence in a school report still resonates.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https://www.queerty.com/does-this-comment-on-your-school-report-mean-youre-more-likely-to-be-gay-20260817/</w:t>
        </w:r>
      </w:hyperlink>
      <w:r>
        <w:t xml:space="preserve"> - Please view link - unable to able to access data</w:t>
      </w:r>
      <w:r/>
    </w:p>
    <w:p>
      <w:pPr>
        <w:pStyle w:val="ListNumber"/>
        <w:spacing w:line="240" w:lineRule="auto"/>
        <w:ind w:left="720"/>
      </w:pPr>
      <w:r/>
      <w:hyperlink r:id="rId10">
        <w:r>
          <w:rPr>
            <w:color w:val="0000EE"/>
            <w:u w:val="single"/>
          </w:rPr>
          <w:t>https://www.queerty.com/gay-men-likely-college-degrees-reason-20211126/</w:t>
        </w:r>
      </w:hyperlink>
      <w:r>
        <w:t xml:space="preserve"> - A study by Joel Mittleman from the University of Notre Dame reveals that gay men are more likely to have college degrees than their heterosexual counterparts. The research suggests that societal expectations of masculinity may influence gay men to excel academically, as they seek validation through achievement. Mittleman notes that while straight boys may perceive academic effort as 'gay,' gay boys may find that pursuing prestigious careers through high achievement offers a way to affirm their masculinity. The study highlights the complex interplay between gender norms and educational attainment among gay men.</w:t>
      </w:r>
      <w:r/>
    </w:p>
    <w:p>
      <w:pPr>
        <w:pStyle w:val="ListNumber"/>
        <w:spacing w:line="240" w:lineRule="auto"/>
        <w:ind w:left="720"/>
      </w:pPr>
      <w:r/>
      <w:hyperlink r:id="rId12">
        <w:r>
          <w:rPr>
            <w:color w:val="0000EE"/>
            <w:u w:val="single"/>
          </w:rPr>
          <w:t>https://www.lgbtqnation.com/2022/03/new-study-shows-surprising-reason-gay-men-excel-school-straight-men/</w:t>
        </w:r>
      </w:hyperlink>
      <w:r>
        <w:t xml:space="preserve"> - Research indicates that gay men outperform straight men academically, with higher GPAs and a greater likelihood of earning college degrees. Sociologist Joel Mittleman attributes this to societal pressures and the desire for validation, suggesting that gay men may channel experiences of marginalization into academic success. The study also highlights that while gay men excel, lesbian and bisexual women face different challenges, with bisexual women often lagging behind their heterosexual peers in educational attainment. This underscores the varied experiences within the LGBTQ+ community regarding education.</w:t>
      </w:r>
      <w:r/>
    </w:p>
    <w:p>
      <w:pPr>
        <w:pStyle w:val="ListNumber"/>
        <w:spacing w:line="240" w:lineRule="auto"/>
        <w:ind w:left="720"/>
      </w:pPr>
      <w:r/>
      <w:hyperlink r:id="rId11">
        <w:r>
          <w:rPr>
            <w:color w:val="0000EE"/>
            <w:u w:val="single"/>
          </w:rPr>
          <w:t>https://www.theguardian.com/education/2020/nov/18/gay-men-degree-science-technology-engineering-maths-stem-heterosexual-bachelors-study</w:t>
        </w:r>
      </w:hyperlink>
      <w:r>
        <w:t xml:space="preserve"> - A study published in The Guardian reveals that gay men are 12% less likely to have completed a bachelor's degree in STEM subjects compared to their heterosexual male peers. The research highlights a significant sexual orientation gap in STEM education, with men in same-sex relationships being less likely to pursue or complete degrees in science, technology, engineering, and mathematics fields. This finding points to broader issues of inclusivity and representation within STEM disciplines for LGBTQ+ individuals.</w:t>
      </w:r>
      <w:r/>
    </w:p>
    <w:p>
      <w:pPr>
        <w:pStyle w:val="ListNumber"/>
        <w:spacing w:line="240" w:lineRule="auto"/>
        <w:ind w:left="720"/>
      </w:pPr>
      <w:r/>
      <w:hyperlink r:id="rId14">
        <w:r>
          <w:rPr>
            <w:color w:val="0000EE"/>
            <w:u w:val="single"/>
          </w:rPr>
          <w:t>https://pmc.ncbi.nlm.nih.gov/articles/PMC4524744/</w:t>
        </w:r>
      </w:hyperlink>
      <w:r>
        <w:t xml:space="preserve"> - An article in the Journal of Homosexuality examines the educational attainment of sexual minority individuals. The study finds that gay and mostly gay men are significantly more likely to complete high school and enroll in college compared to their heterosexual counterparts. However, the likelihood of completing college varies, with mostly heterosexual men being 63% more likely to graduate than completely heterosexual men. The research underscores the complex relationship between sexual orientation and educational outcomes, highlighting the need for further exploration into these dynamics.</w:t>
      </w:r>
      <w:r/>
    </w:p>
    <w:p>
      <w:pPr>
        <w:pStyle w:val="ListNumber"/>
        <w:spacing w:line="240" w:lineRule="auto"/>
        <w:ind w:left="720"/>
      </w:pPr>
      <w:r/>
      <w:hyperlink r:id="rId13">
        <w:r>
          <w:rPr>
            <w:color w:val="0000EE"/>
            <w:u w:val="single"/>
          </w:rPr>
          <w:t>https://www.insidehighered.com/news/2021/11/30/gay-men-earn-degrees-highest-rate-us</w:t>
        </w:r>
      </w:hyperlink>
      <w:r>
        <w:t xml:space="preserve"> - Data from the High School Longitudinal Study indicates that gay male high school graduates have a college enrollment rate approximately 18 percentage points higher than their straight male peers. Sociologist Joel Mittleman notes that gay men report remarkably high levels of achievement, with GPAs substantially higher than straight men and often higher than straight women. This trend suggests that gay men may be leveraging academic success as a means of validation and resilience in the face of societal challenges.</w:t>
      </w:r>
      <w:r/>
    </w:p>
    <w:p>
      <w:pPr>
        <w:pStyle w:val="ListNumber"/>
        <w:spacing w:line="240" w:lineRule="auto"/>
        <w:ind w:left="720"/>
      </w:pPr>
      <w:r/>
      <w:hyperlink r:id="rId15">
        <w:r>
          <w:rPr>
            <w:color w:val="0000EE"/>
            <w:u w:val="single"/>
          </w:rPr>
          <w:t>https://pdxscholar.library.pdx.edu/soc_fac/58/</w:t>
        </w:r>
      </w:hyperlink>
      <w:r>
        <w:t xml:space="preserve"> - A study published in the Journal of Homosexuality explores the pathways to college completion for sexual minority individuals. The research finds that gay men who experience same-sex sexuality in adolescence are more likely to earn a college degree than those who do not. The study suggests that experiences of same-sex attraction may influence educational trajectories, with implications for understanding the factors that contribute to academic success among sexual minority men.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does-this-comment-on-your-school-report-mean-youre-more-likely-to-be-gay-20260817/" TargetMode="External"/><Relationship Id="rId10" Type="http://schemas.openxmlformats.org/officeDocument/2006/relationships/hyperlink" Target="https://www.queerty.com/gay-men-likely-college-degrees-reason-20211126/" TargetMode="External"/><Relationship Id="rId11" Type="http://schemas.openxmlformats.org/officeDocument/2006/relationships/hyperlink" Target="https://www.theguardian.com/education/2020/nov/18/gay-men-degree-science-technology-engineering-maths-stem-heterosexual-bachelors-study" TargetMode="External"/><Relationship Id="rId12" Type="http://schemas.openxmlformats.org/officeDocument/2006/relationships/hyperlink" Target="https://www.lgbtqnation.com/2022/03/new-study-shows-surprising-reason-gay-men-excel-school-straight-men/" TargetMode="External"/><Relationship Id="rId13" Type="http://schemas.openxmlformats.org/officeDocument/2006/relationships/hyperlink" Target="https://www.insidehighered.com/news/2021/11/30/gay-men-earn-degrees-highest-rate-us" TargetMode="External"/><Relationship Id="rId14" Type="http://schemas.openxmlformats.org/officeDocument/2006/relationships/hyperlink" Target="https://pmc.ncbi.nlm.nih.gov/articles/PMC4524744/" TargetMode="External"/><Relationship Id="rId15" Type="http://schemas.openxmlformats.org/officeDocument/2006/relationships/hyperlink" Target="https://pdxscholar.library.pdx.edu/soc_fac/5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