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Jordan Stephens Says Gay Venues Feel Safer —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a shift: more straight men are enjoying queer venues for the relaxed, non‑judgmental vibe. Jordan Stephens’ sauna story , shared on the Miss Me? podcast , underlines why places like Dalston Superstore and The Divine feel safer, and why that safety matters for everyone.</w:t>
      </w:r>
      <w:r/>
    </w:p>
    <w:p>
      <w:r/>
      <w:r>
        <w:t>Essential Takeaways</w:t>
      </w:r>
      <w:r/>
      <w:r/>
    </w:p>
    <w:p>
      <w:pPr>
        <w:pStyle w:val="ListBullet"/>
        <w:spacing w:line="240" w:lineRule="auto"/>
        <w:ind w:left="720"/>
      </w:pPr>
      <w:r/>
      <w:r>
        <w:rPr>
          <w:b/>
        </w:rPr>
        <w:t>Personal anecdote:</w:t>
      </w:r>
      <w:r>
        <w:t xml:space="preserve"> Jordan Stephens told of challenging a man in a gym sauna who said he couldn’t relax around gay men.</w:t>
      </w:r>
      <w:r/>
    </w:p>
    <w:p>
      <w:pPr>
        <w:pStyle w:val="ListBullet"/>
        <w:spacing w:line="240" w:lineRule="auto"/>
        <w:ind w:left="720"/>
      </w:pPr>
      <w:r/>
      <w:r>
        <w:rPr>
          <w:b/>
        </w:rPr>
        <w:t>Safer vibe:</w:t>
      </w:r>
      <w:r>
        <w:t xml:space="preserve"> Stephens highlighted a calmer, less aggressive atmosphere in queer venues that helps him “experience joy.”</w:t>
      </w:r>
      <w:r/>
    </w:p>
    <w:p>
      <w:pPr>
        <w:pStyle w:val="ListBullet"/>
        <w:spacing w:line="240" w:lineRule="auto"/>
        <w:ind w:left="720"/>
      </w:pPr>
      <w:r/>
      <w:r>
        <w:rPr>
          <w:b/>
        </w:rPr>
        <w:t>Double standard called out:</w:t>
      </w:r>
      <w:r>
        <w:t xml:space="preserve"> He pointed out the hypocrisy of men who feel sexualised by queer spaces while contributing to sexualisation in straight spaces.</w:t>
      </w:r>
      <w:r/>
    </w:p>
    <w:p>
      <w:pPr>
        <w:pStyle w:val="ListBullet"/>
        <w:spacing w:line="240" w:lineRule="auto"/>
        <w:ind w:left="720"/>
      </w:pPr>
      <w:r/>
      <w:r>
        <w:rPr>
          <w:b/>
        </w:rPr>
        <w:t>London examples:</w:t>
      </w:r>
      <w:r>
        <w:t xml:space="preserve"> Venues such as Dalston Superstore and The Divine are named as places offering that welcoming, relaxed environment.</w:t>
      </w:r>
      <w:r/>
    </w:p>
    <w:p>
      <w:pPr>
        <w:pStyle w:val="ListBullet"/>
        <w:spacing w:line="240" w:lineRule="auto"/>
        <w:ind w:left="720"/>
      </w:pPr>
      <w:r/>
      <w:r>
        <w:rPr>
          <w:b/>
        </w:rPr>
        <w:t>Broader benefit:</w:t>
      </w:r>
      <w:r>
        <w:t xml:space="preserve"> Stephens argues straight men can benefit from spending time in queer spaces to unlearn harmful behaviours.</w:t>
      </w:r>
      <w:r/>
      <w:r/>
    </w:p>
    <w:p>
      <w:pPr>
        <w:pStyle w:val="Heading2"/>
      </w:pPr>
      <w:r>
        <w:t>Why Jordan Stephens’ sauna chat landed with so many people</w:t>
      </w:r>
      <w:r/>
    </w:p>
    <w:p>
      <w:r/>
      <w:r>
        <w:t>Stephens’ recounting of a sauna conversation feels vivid , a warm, enclosed setting where words land. He heard a man admit discomfort being around gay men, then gently confronted the double standard he saw. The moment reads like a small domestic scene that exposes a bigger social blind spot.</w:t>
      </w:r>
      <w:r/>
    </w:p>
    <w:p>
      <w:r/>
      <w:r>
        <w:t>His point is simple and human: if you’re uneasy about being objectified, ask whether you’re also the one objectifying others elsewhere. It’s the kind of mirror moment that sticks with you, and it helps explain why Stephens and others prefer queer venues for their sense of ease.</w:t>
      </w:r>
      <w:r/>
    </w:p>
    <w:p>
      <w:pPr>
        <w:pStyle w:val="Heading2"/>
      </w:pPr>
      <w:r>
        <w:t>What queer venues offer that many mainstream spaces don’t</w:t>
      </w:r>
      <w:r/>
    </w:p>
    <w:p>
      <w:r/>
      <w:r>
        <w:t>Places such as Dalston Superstore and The Divine are known for more than a playlist; they cultivate an atmosphere where aggression and gatekeeping are less common. According to local venue descriptions and listings, these spaces prioritise community, creativity and a relaxed social code, which registers as “safer” to many visitors.</w:t>
      </w:r>
      <w:r/>
    </w:p>
    <w:p>
      <w:r/>
      <w:r>
        <w:t>That doesn’t mean queer spaces are conflict‑free, but for someone tired of posturing or unwanted attention, the trade is obvious: a calmer floor, friendlier staff, and a permission to be yourself without constant appraisal. It’s an emotional breath of fresh air.</w:t>
      </w:r>
      <w:r/>
    </w:p>
    <w:p>
      <w:pPr>
        <w:pStyle w:val="Heading2"/>
      </w:pPr>
      <w:r>
        <w:t>The hypocrisy he called out , and why it’s useful to name it</w:t>
      </w:r>
      <w:r/>
    </w:p>
    <w:p>
      <w:r/>
      <w:r>
        <w:t>Stephens pushed back by pointing to straight nightlife, where men often behave in ways that objectify women. He framed this as a double standard: it’s uncomfortable to be sexualised by gay men, yet some of those same people participate in sexualising others in straight settings.</w:t>
      </w:r>
      <w:r/>
    </w:p>
    <w:p>
      <w:r/>
      <w:r>
        <w:t>Calling this out matters because it shifts responsibility. It’s a reminder that discomfort isn’t just a personal sensitivity; it can be rooted in social behaviour that’s worth questioning. And it’s a prompt for anyone who feels awkward in queer spaces to reflect on how they act elsewhere.</w:t>
      </w:r>
      <w:r/>
    </w:p>
    <w:p>
      <w:pPr>
        <w:pStyle w:val="Heading2"/>
      </w:pPr>
      <w:r>
        <w:t>Why straight men might actually gain from attending queer events</w:t>
      </w:r>
      <w:r/>
    </w:p>
    <w:p>
      <w:r/>
      <w:r>
        <w:t>Stephens suggested that straight men could benefit from the experience of being in queer venues , not just to reduce harm, but to simply learn new ways of socialising. The idea is that when you’re in a place that prizes consent, creativity and community, you notice different norms and might carry them back into other parts of your life.</w:t>
      </w:r>
      <w:r/>
    </w:p>
    <w:p>
      <w:r/>
      <w:r>
        <w:t>Practically speaking, start small: go with friends, visit a daytime event or a club known for an easygoing crowd, and watch how conversations and flirting differ. It’s low risk, and you might find it refreshingly less performative.</w:t>
      </w:r>
      <w:r/>
    </w:p>
    <w:p>
      <w:pPr>
        <w:pStyle w:val="Heading2"/>
      </w:pPr>
      <w:r>
        <w:t>How venues like Dalston Superstore and The Divine shape culture</w:t>
      </w:r>
      <w:r/>
    </w:p>
    <w:p>
      <w:r/>
      <w:r>
        <w:t>Venues don’t just host nights out; they signal what’s acceptable behaviour and what isn’t. Dalston Superstore and The Divine, among others, have reputations for being inclusive and community‑focused , which attracts people looking for that particular atmosphere. Listings and venue pages show event schedules that mix parties, drag, arts and charity nights, reinforcing a broader social mission.</w:t>
      </w:r>
      <w:r/>
    </w:p>
    <w:p>
      <w:r/>
      <w:r>
        <w:t>That cultural role is why these spaces matter beyond the dancefloor. They’re labs for more empathetic social interaction, and as Stephens noted at a recent benefit event, they can be places of education as much as enjoyment.</w:t>
      </w:r>
      <w:r/>
    </w:p>
    <w:p>
      <w:r/>
      <w:r>
        <w:t>It's a small change that can make every night out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https://www.thepinknews.com/2026/08/17/jordan-stephens-gay-club-sauna-lgbtq-ally/</w:t>
        </w:r>
      </w:hyperlink>
      <w:r>
        <w:t xml:space="preserve"> - Please view link - unable to able to access data</w:t>
      </w:r>
      <w:r/>
    </w:p>
    <w:p>
      <w:pPr>
        <w:pStyle w:val="ListNumber"/>
        <w:spacing w:line="240" w:lineRule="auto"/>
        <w:ind w:left="720"/>
      </w:pPr>
      <w:r/>
      <w:hyperlink r:id="rId9">
        <w:r>
          <w:rPr>
            <w:color w:val="0000EE"/>
            <w:u w:val="single"/>
          </w:rPr>
          <w:t>https://www.thepinknews.com/2026/08/17/jordan-stephens-gay-club-sauna-lgbtq-ally/</w:t>
        </w:r>
      </w:hyperlink>
      <w:r>
        <w:t xml:space="preserve"> - Jordan Stephens, an English musician and actor, recounted an incident in a gym sauna where a man expressed discomfort about being sexualised by gay men. Stephens challenged this by highlighting the hypocrisy of straight men who sexualise women in other spaces. He emphasised the importance of queer venues, such as Dalston Superstore and The Divine in London, where individuals can experience joy in non-judgmental environments.</w:t>
      </w:r>
      <w:r/>
    </w:p>
    <w:p>
      <w:pPr>
        <w:pStyle w:val="ListNumber"/>
        <w:spacing w:line="240" w:lineRule="auto"/>
        <w:ind w:left="720"/>
      </w:pPr>
      <w:r/>
      <w:hyperlink r:id="rId11">
        <w:r>
          <w:rPr>
            <w:color w:val="0000EE"/>
            <w:u w:val="single"/>
          </w:rPr>
          <w:t>https://dalstonsuperstore.com/about-us/</w:t>
        </w:r>
      </w:hyperlink>
      <w:r>
        <w:t xml:space="preserve"> - Dalston Superstore is East London's premier queer venue, functioning as a club, cabaret spot, café, gallery, and community space. Since its opening in 2009, it has hosted renowned artists like Honey Dijon and The Blessed Madonna, and supports LGBTQ+ charities such as Positive East and The Outside Project.</w:t>
      </w:r>
      <w:r/>
    </w:p>
    <w:p>
      <w:pPr>
        <w:pStyle w:val="ListNumber"/>
        <w:spacing w:line="240" w:lineRule="auto"/>
        <w:ind w:left="720"/>
      </w:pPr>
      <w:r/>
      <w:hyperlink r:id="rId14">
        <w:r>
          <w:rPr>
            <w:color w:val="0000EE"/>
            <w:u w:val="single"/>
          </w:rPr>
          <w:t>https://thedivine.co.uk/about/</w:t>
        </w:r>
      </w:hyperlink>
      <w:r>
        <w:t xml:space="preserve"> - The Divine is East London's newest queer bar, drag hothouse, LGBTQ+ performance venue, and nightclub. Owned by drag queens Jonny Woo and John Sizzle, along with party-starter Colin Rothbart, it offers a space for drinks, shows, and late-night dancing in the heart of Dalston.</w:t>
      </w:r>
      <w:r/>
    </w:p>
    <w:p>
      <w:pPr>
        <w:pStyle w:val="ListNumber"/>
        <w:spacing w:line="240" w:lineRule="auto"/>
        <w:ind w:left="720"/>
      </w:pPr>
      <w:r/>
      <w:hyperlink r:id="rId13">
        <w:r>
          <w:rPr>
            <w:color w:val="0000EE"/>
            <w:u w:val="single"/>
          </w:rPr>
          <w:t>https://www.theinfatuation.com/london/reviews/the-divine</w:t>
        </w:r>
      </w:hyperlink>
      <w:r>
        <w:t xml:space="preserve"> - The Divine, located at 33 Stoke Newington Road in Dalston, London, is a queer venue known for hosting iconic drag nights like LIPSYNC1000. It forms part of the 'Pink Triangle' of queer venues in the area, alongside Vogue Fabrics and Dalston Superstore.</w:t>
      </w:r>
      <w:r/>
    </w:p>
    <w:p>
      <w:pPr>
        <w:pStyle w:val="ListNumber"/>
        <w:spacing w:line="240" w:lineRule="auto"/>
        <w:ind w:left="720"/>
      </w:pPr>
      <w:r/>
      <w:hyperlink r:id="rId10">
        <w:r>
          <w:rPr>
            <w:color w:val="0000EE"/>
            <w:u w:val="single"/>
          </w:rPr>
          <w:t>https://www.visitlondon.com/things-to-do/place/5769134-dalston-superstore</w:t>
        </w:r>
      </w:hyperlink>
      <w:r>
        <w:t xml:space="preserve"> - Dalston Superstore is a diverse and eclectic LGBTQ+ venue in East London, known for bringing world-class DJs to a diverse crowd. It operates as a café by day and a club by night, offering events ranging from pub quiz gameshows to drag queen-hosted brunch parties.</w:t>
      </w:r>
      <w:r/>
    </w:p>
    <w:p>
      <w:pPr>
        <w:pStyle w:val="ListNumber"/>
        <w:spacing w:line="240" w:lineRule="auto"/>
        <w:ind w:left="720"/>
      </w:pPr>
      <w:r/>
      <w:hyperlink r:id="rId12">
        <w:r>
          <w:rPr>
            <w:color w:val="0000EE"/>
            <w:u w:val="single"/>
          </w:rPr>
          <w:t>https://www.gayplaces.co/city/london/bar/dalston-superstore</w:t>
        </w:r>
      </w:hyperlink>
      <w:r>
        <w:t xml:space="preserve"> - Dalston Superstore is a defining queer venue in East London, combining bar, kitchen, and club programming with a mixed and alternative crowd. Its schedule includes drag brunches, karaoke, film nights, club nights, and community-led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17/jordan-stephens-gay-club-sauna-lgbtq-ally/" TargetMode="External"/><Relationship Id="rId10" Type="http://schemas.openxmlformats.org/officeDocument/2006/relationships/hyperlink" Target="https://www.visitlondon.com/things-to-do/place/5769134-dalston-superstore" TargetMode="External"/><Relationship Id="rId11" Type="http://schemas.openxmlformats.org/officeDocument/2006/relationships/hyperlink" Target="https://dalstonsuperstore.com/about-us/" TargetMode="External"/><Relationship Id="rId12" Type="http://schemas.openxmlformats.org/officeDocument/2006/relationships/hyperlink" Target="https://www.gayplaces.co/city/london/bar/dalston-superstore" TargetMode="External"/><Relationship Id="rId13" Type="http://schemas.openxmlformats.org/officeDocument/2006/relationships/hyperlink" Target="https://www.theinfatuation.com/london/reviews/the-divine" TargetMode="External"/><Relationship Id="rId14" Type="http://schemas.openxmlformats.org/officeDocument/2006/relationships/hyperlink" Target="https://thedivine.co.uk/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