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Black Cats Make Mondays Better: Why a Sleek Feline Can Lift Your Week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a black cat’s quiet presence seems to smooth the rough edges of a Monday; owners say their glossy coats and calm demeanour bring a tiny, reliable cheer to the start of the week, whether you live in a flat, a family home, or a shared house. This piece explores why black cats are trending as comforting companions and how to welcome one into your life.</w:t>
      </w:r>
      <w:r/>
    </w:p>
    <w:p>
      <w:r/>
      <w:r>
        <w:t>Essential Takeaways</w:t>
      </w:r>
      <w:r/>
      <w:r/>
    </w:p>
    <w:p>
      <w:pPr>
        <w:pStyle w:val="ListBullet"/>
        <w:spacing w:line="240" w:lineRule="auto"/>
        <w:ind w:left="720"/>
      </w:pPr>
      <w:r/>
      <w:r>
        <w:rPr>
          <w:b/>
        </w:rPr>
        <w:t>Striking look:</w:t>
      </w:r>
      <w:r>
        <w:t xml:space="preserve"> Black cats have sleek, shiny fur and a mysterious vibe that many people find calming and elegant.</w:t>
      </w:r>
      <w:r/>
    </w:p>
    <w:p>
      <w:pPr>
        <w:pStyle w:val="ListBullet"/>
        <w:spacing w:line="240" w:lineRule="auto"/>
        <w:ind w:left="720"/>
      </w:pPr>
      <w:r/>
      <w:r>
        <w:rPr>
          <w:b/>
        </w:rPr>
        <w:t>Friendly personalities:</w:t>
      </w:r>
      <w:r>
        <w:t xml:space="preserve"> Many black-cat owners report affectionate, playful, and people-focused temperaments.</w:t>
      </w:r>
      <w:r/>
    </w:p>
    <w:p>
      <w:pPr>
        <w:pStyle w:val="ListBullet"/>
        <w:spacing w:line="240" w:lineRule="auto"/>
        <w:ind w:left="720"/>
      </w:pPr>
      <w:r/>
      <w:r>
        <w:rPr>
          <w:b/>
        </w:rPr>
        <w:t>Good for photos:</w:t>
      </w:r>
      <w:r>
        <w:t xml:space="preserve"> Their deep coats create dramatic, photogenic contrasts that perform well on social feeds.</w:t>
      </w:r>
      <w:r/>
    </w:p>
    <w:p>
      <w:pPr>
        <w:pStyle w:val="ListBullet"/>
        <w:spacing w:line="240" w:lineRule="auto"/>
        <w:ind w:left="720"/>
      </w:pPr>
      <w:r/>
      <w:r>
        <w:rPr>
          <w:b/>
        </w:rPr>
        <w:t>Myth-busting:</w:t>
      </w:r>
      <w:r>
        <w:t xml:space="preserve"> Superstitions still linger, but conservation groups and rescues actively promote black cats for adoption.</w:t>
      </w:r>
      <w:r/>
    </w:p>
    <w:p>
      <w:pPr>
        <w:pStyle w:val="ListBullet"/>
        <w:spacing w:line="240" w:lineRule="auto"/>
        <w:ind w:left="720"/>
      </w:pPr>
      <w:r/>
      <w:r>
        <w:rPr>
          <w:b/>
        </w:rPr>
        <w:t>Practical care tip:</w:t>
      </w:r>
      <w:r>
        <w:t xml:space="preserve"> Their dark fur can hide dust and light stains, but regular grooming keeps the coat glossy and healthy.</w:t>
      </w:r>
      <w:r/>
      <w:r/>
    </w:p>
    <w:p>
      <w:pPr>
        <w:pStyle w:val="Heading2"/>
      </w:pPr>
      <w:r>
        <w:t>Why black cats feel soothing on a gloomy Monday</w:t>
      </w:r>
      <w:r/>
    </w:p>
    <w:p>
      <w:r/>
      <w:r>
        <w:t>There’s something almost cinematic about a black cat settling on your lap while you wrestle with emails , a small, warm anchor. Pet owners and behaviourists often note that the cat’s steady presence and low-key energy help ease anxiety and bring a bit of comfort when the week starts badly. According to pet-care sites and long-time owners, many black cats are surprisingly affectionate and sociable, which makes them particularly good at putting a frayed morning on pause. If you want to try this at home, let the cat choose your workspace for a short while; their curiosity usually leads to a calm sharing of space.</w:t>
      </w:r>
      <w:r/>
    </w:p>
    <w:p>
      <w:pPr>
        <w:pStyle w:val="Heading2"/>
      </w:pPr>
      <w:r>
        <w:t>The look: sleek, photogenic, and surprisingly varied</w:t>
      </w:r>
      <w:r/>
    </w:p>
    <w:p>
      <w:r/>
      <w:r>
        <w:t>Black isn’t just one tone; you’ll find deep jet, warm brownish-black, and even subtle ticking in some coats. That variety lends itself to stylish photos and a distinctive home aesthetic. Pet photographers and social accounts often showcase black cats as dramatic subjects because their coats contrast beautifully with light interiors or colourful blankets. If you’re a social sharer, try photographing them near a window at golden hour , their fur catches the light in a way that looks almost velvety.</w:t>
      </w:r>
      <w:r/>
    </w:p>
    <w:p>
      <w:pPr>
        <w:pStyle w:val="Heading2"/>
      </w:pPr>
      <w:r>
        <w:t>Personality beats prejudice: temperament and myths</w:t>
      </w:r>
      <w:r/>
    </w:p>
    <w:p>
      <w:r/>
      <w:r>
        <w:t>Despite persistent myths, black cats are no more unlucky than any other colour. Rescues, shelters and animal behaviourists routinely emphasise that coat colour says little about temperament. In fact, many sources note black cats are friendly, playful, and patient with people, making them solid companions. If you’re worried about adopting one, meet the cat first and ask shelter staff about its habits. You’ll often find that a cat’s history, early socialisation and individual character tell you far more than colour ever will.</w:t>
      </w:r>
      <w:r/>
    </w:p>
    <w:p>
      <w:pPr>
        <w:pStyle w:val="Heading2"/>
      </w:pPr>
      <w:r>
        <w:t>Adoption and rescue realities: why black cats need visibility</w:t>
      </w:r>
      <w:r/>
    </w:p>
    <w:p>
      <w:r/>
      <w:r>
        <w:t>Shelters report black cats are sometimes overlooked, so advocates run special photo drives and discount events to boost their chances. Organisations like shelters and animal charities encourage potential owners to give black cats a second look; a little extra attention in listings often changes outcomes. When you adopt, consider simple steps like giving clear, well-lit photos for rehoming posts and asking shelters about temperament notes. It’s a small thing that helps a deserving cat find a calm home , and a Monday companion.</w:t>
      </w:r>
      <w:r/>
    </w:p>
    <w:p>
      <w:pPr>
        <w:pStyle w:val="Heading2"/>
      </w:pPr>
      <w:r>
        <w:t>Everyday care: keeping that coat glossy and the bond strong</w:t>
      </w:r>
      <w:r/>
    </w:p>
    <w:p>
      <w:r/>
      <w:r>
        <w:t>Black fur looks best when it’s well tended, so regular grooming , a quick brush once or twice a week , keeps loose hairs at bay and helps you bond. Use a soft brush to smooth the coat and check skin condition; many black cats show sun-sensitive areas, so watch out in strong sunlight. Also, play routines in the morning or evening help channel energy, which makes those quiet, lap-sleepy Mondays more likely. Treats, gentle praise and consistent feeding schedules build trust fast.</w:t>
      </w:r>
      <w:r/>
    </w:p>
    <w:p>
      <w:r/>
      <w:r>
        <w:t>Closing line Invite a little midnight fur into your life , a black cat might just be the calm your Monday didn’t know it needed.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4">
        <w:r>
          <w:rPr>
            <w:color w:val="0000EE"/>
            <w:u w:val="single"/>
          </w:rPr>
          <w:t>[3]</w:t>
        </w:r>
      </w:hyperlink>
      <w:r>
        <w:t xml:space="preserve">- Paragraph 4: </w:t>
      </w:r>
      <w:hyperlink r:id="rId15">
        <w:r>
          <w:rPr>
            <w:color w:val="0000EE"/>
            <w:u w:val="single"/>
          </w:rPr>
          <w:t>[5]</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https://closetprofessor.blogspot.com/2026/08/black-cats-make-mondays-better.html</w:t>
        </w:r>
      </w:hyperlink>
      <w:r>
        <w:t xml:space="preserve"> - Please view link - unable to able to access data</w:t>
      </w:r>
      <w:r/>
    </w:p>
    <w:p>
      <w:pPr>
        <w:pStyle w:val="ListNumber"/>
        <w:spacing w:line="240" w:lineRule="auto"/>
        <w:ind w:left="720"/>
      </w:pPr>
      <w:r/>
      <w:hyperlink r:id="rId10">
        <w:r>
          <w:rPr>
            <w:color w:val="0000EE"/>
            <w:u w:val="single"/>
          </w:rPr>
          <w:t>https://www.petmd.com/cat/general-health/black-cat-facts</w:t>
        </w:r>
      </w:hyperlink>
      <w:r>
        <w:t xml:space="preserve"> - This article from PetMD provides ten interesting facts about black cats, including their prevalence as the most common feline coat color due to dominant genes for eumelanin, their association with various superstitions, and their unique eye colors. It also discusses the Bombay breed, which is exclusively black, and addresses the misconception that black cats are bad luck, emphasizing their positive traits and the need for appreciation.</w:t>
      </w:r>
      <w:r/>
    </w:p>
    <w:p>
      <w:pPr>
        <w:pStyle w:val="ListNumber"/>
        <w:spacing w:line="240" w:lineRule="auto"/>
        <w:ind w:left="720"/>
      </w:pPr>
      <w:r/>
      <w:hyperlink r:id="rId14">
        <w:r>
          <w:rPr>
            <w:color w:val="0000EE"/>
            <w:u w:val="single"/>
          </w:rPr>
          <w:t>https://www.petplace.com/article/cats/pet-care/black-cat-facts</w:t>
        </w:r>
      </w:hyperlink>
      <w:r>
        <w:t xml:space="preserve"> - PetPlace's article delves into the myths and personality traits of black cats, highlighting that their coat color has no scientific link to temperament. It dispels common myths, such as black cats bringing bad luck or being aggressive, and discusses cultural beliefs where black cats are considered symbols of good luck, prosperity, or protection. The piece also addresses the challenges black cats face in adoption due to persistent superstitions.</w:t>
      </w:r>
      <w:r/>
    </w:p>
    <w:p>
      <w:pPr>
        <w:pStyle w:val="ListNumber"/>
        <w:spacing w:line="240" w:lineRule="auto"/>
        <w:ind w:left="720"/>
      </w:pPr>
      <w:r/>
      <w:hyperlink r:id="rId13">
        <w:r>
          <w:rPr>
            <w:color w:val="0000EE"/>
            <w:u w:val="single"/>
          </w:rPr>
          <w:t>https://en.wikipedia.org/wiki/Black_cat</w:t>
        </w:r>
      </w:hyperlink>
      <w:r>
        <w:t xml:space="preserve"> - The Wikipedia page on black cats explores their status as domestic cats with black fur, their association with various superstitions, and their presence in mythology and folklore. It notes that the Bombay breed is exclusively black and discusses cultural beliefs, such as black cats being considered good luck in Italy and Germany. The page also mentions the use of black cats as mascots for television stations on VHF channel 13.</w:t>
      </w:r>
      <w:r/>
    </w:p>
    <w:p>
      <w:pPr>
        <w:pStyle w:val="ListNumber"/>
        <w:spacing w:line="240" w:lineRule="auto"/>
        <w:ind w:left="720"/>
      </w:pPr>
      <w:r/>
      <w:hyperlink r:id="rId15">
        <w:r>
          <w:rPr>
            <w:color w:val="0000EE"/>
            <w:u w:val="single"/>
          </w:rPr>
          <w:t>https://www.catster.com/lifestyle/national-black-cat-appreciation-day/</w:t>
        </w:r>
      </w:hyperlink>
      <w:r>
        <w:t xml:space="preserve"> - Catster's article focuses on National Black Cat Appreciation Day, celebrated annually on August 17th. It discusses the history of black cats, their positive associations, and the importance of dispelling superstitions that label them as unlucky. The piece encourages readers to celebrate black cats by pampering them or adopting one from a shelter, highlighting the joy and companionship they bring.</w:t>
      </w:r>
      <w:r/>
    </w:p>
    <w:p>
      <w:pPr>
        <w:pStyle w:val="ListNumber"/>
        <w:spacing w:line="240" w:lineRule="auto"/>
        <w:ind w:left="720"/>
      </w:pPr>
      <w:r/>
      <w:hyperlink r:id="rId11">
        <w:r>
          <w:rPr>
            <w:color w:val="0000EE"/>
            <w:u w:val="single"/>
          </w:rPr>
          <w:t>https://www.petco.com/content/content-hub/home/articlePages/seasonal-topics/why-we-love-black-cats.html</w:t>
        </w:r>
      </w:hyperlink>
      <w:r>
        <w:t xml:space="preserve"> - Petco's article provides insights into the history, superstitions, and facts about black cats. It discusses how black cats have been unfairly associated with bad luck since the Middle Ages and highlights their presence in various cat breeds. The piece also addresses the challenges black cats face in adoption and emphasizes their suitability as pets, encouraging readers to appreciate and adopt them.</w:t>
      </w:r>
      <w:r/>
    </w:p>
    <w:p>
      <w:pPr>
        <w:pStyle w:val="ListNumber"/>
        <w:spacing w:line="240" w:lineRule="auto"/>
        <w:ind w:left="720"/>
      </w:pPr>
      <w:r/>
      <w:hyperlink r:id="rId12">
        <w:r>
          <w:rPr>
            <w:color w:val="0000EE"/>
            <w:u w:val="single"/>
          </w:rPr>
          <w:t>https://www.trustedhousesitters.com/blog/pets/five-reasons-why-black-cats-are-awesome/</w:t>
        </w:r>
      </w:hyperlink>
      <w:r>
        <w:t xml:space="preserve"> - TrustedHousesitters' blog post outlines five reasons why black cats make great pets. It emphasizes their friendly and playful personalities, their caring and inquisitive nature, and the unfortunate tendency for them to be overlooked due to myths and superstitions. The article encourages readers to consider adopting black cats and highlights the love and companionship they offer.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black-cats-make-mondays-better.html" TargetMode="External"/><Relationship Id="rId10" Type="http://schemas.openxmlformats.org/officeDocument/2006/relationships/hyperlink" Target="https://www.petmd.com/cat/general-health/black-cat-facts" TargetMode="External"/><Relationship Id="rId11" Type="http://schemas.openxmlformats.org/officeDocument/2006/relationships/hyperlink" Target="https://www.petco.com/content/content-hub/home/articlePages/seasonal-topics/why-we-love-black-cats.html" TargetMode="External"/><Relationship Id="rId12" Type="http://schemas.openxmlformats.org/officeDocument/2006/relationships/hyperlink" Target="https://www.trustedhousesitters.com/blog/pets/five-reasons-why-black-cats-are-awesome/" TargetMode="External"/><Relationship Id="rId13" Type="http://schemas.openxmlformats.org/officeDocument/2006/relationships/hyperlink" Target="https://en.wikipedia.org/wiki/Black_cat" TargetMode="External"/><Relationship Id="rId14" Type="http://schemas.openxmlformats.org/officeDocument/2006/relationships/hyperlink" Target="https://www.petplace.com/article/cats/pet-care/black-cat-facts" TargetMode="External"/><Relationship Id="rId15" Type="http://schemas.openxmlformats.org/officeDocument/2006/relationships/hyperlink" Target="https://www.catster.com/lifestyle/national-black-cat-appreciation-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