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Frequencies Guide: What to Know Before You Go to Stratford Waterfront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up the volume on free Black queer music this August; Queer Frequencies lands on Saturday 22 and Sunday 23 August at Stratford Waterfront and Sadler’s Wells East, a two‑day, unticketed takeover celebrating Black queer club culture , and it’s the perfect Carnival warm‑up.</w:t>
      </w:r>
      <w:r/>
    </w:p>
    <w:p>
      <w:r/>
      <w:r>
        <w:t>Essential Takeaways</w:t>
      </w:r>
      <w:r/>
      <w:r/>
    </w:p>
    <w:p>
      <w:pPr>
        <w:pStyle w:val="ListBullet"/>
        <w:spacing w:line="240" w:lineRule="auto"/>
        <w:ind w:left="720"/>
      </w:pPr>
      <w:r/>
      <w:r>
        <w:rPr>
          <w:b/>
        </w:rPr>
        <w:t>Free and unticketed:</w:t>
      </w:r>
      <w:r>
        <w:t xml:space="preserve"> Turn up anytime Saturday or Sunday; events run across outdoor stages and evening club spaces. </w:t>
      </w:r>
      <w:r/>
    </w:p>
    <w:p>
      <w:pPr>
        <w:pStyle w:val="ListBullet"/>
        <w:spacing w:line="240" w:lineRule="auto"/>
        <w:ind w:left="720"/>
      </w:pPr>
      <w:r/>
      <w:r>
        <w:rPr>
          <w:b/>
        </w:rPr>
        <w:t>Curated weekends:</w:t>
      </w:r>
      <w:r>
        <w:t xml:space="preserve"> Saturday is led by Shy One and Donnie Sunshine; Sunday by Mark‑Ashley Dupé and Joel Mignott. </w:t>
      </w:r>
      <w:r/>
    </w:p>
    <w:p>
      <w:pPr>
        <w:pStyle w:val="ListBullet"/>
        <w:spacing w:line="240" w:lineRule="auto"/>
        <w:ind w:left="720"/>
      </w:pPr>
      <w:r/>
      <w:r>
        <w:rPr>
          <w:b/>
        </w:rPr>
        <w:t>Two outdoor stages:</w:t>
      </w:r>
      <w:r>
        <w:t xml:space="preserve"> The Waterfront Stage and Mid Terrace run daytime programmes, with evening events at Sadler’s Wells East. </w:t>
      </w:r>
      <w:r/>
    </w:p>
    <w:p>
      <w:pPr>
        <w:pStyle w:val="ListBullet"/>
        <w:spacing w:line="240" w:lineRule="auto"/>
        <w:ind w:left="720"/>
      </w:pPr>
      <w:r/>
      <w:r>
        <w:rPr>
          <w:b/>
        </w:rPr>
        <w:t>Accessible and family friendly:</w:t>
      </w:r>
      <w:r>
        <w:t xml:space="preserve"> Step‑free routes, Blue Badge parking nearby and park mobility on request; family sessions on Saturday afternoon. </w:t>
      </w:r>
      <w:r/>
    </w:p>
    <w:p>
      <w:pPr>
        <w:pStyle w:val="ListBullet"/>
        <w:spacing w:line="240" w:lineRule="auto"/>
        <w:ind w:left="720"/>
      </w:pPr>
      <w:r/>
      <w:r>
        <w:rPr>
          <w:b/>
        </w:rPr>
        <w:t>Practical notes:</w:t>
      </w:r>
      <w:r>
        <w:t xml:space="preserve"> Bring no glass, travel light (no bag storage), and expect food pop‑ups plus the option to bring your own picnic.</w:t>
      </w:r>
      <w:r/>
      <w:r/>
    </w:p>
    <w:p>
      <w:pPr>
        <w:pStyle w:val="Heading2"/>
      </w:pPr>
      <w:r>
        <w:t>Why Queer Frequencies matters , daytime euphoria on the park</w:t>
      </w:r>
      <w:r/>
    </w:p>
    <w:p>
      <w:r/>
      <w:r>
        <w:t>Queer Frequencies puts the pulse of Black queer nightlife out in daylight, which feels both joyful and slightly subversive in the best way. This festival weekend is the third instalment of The Music Is Black Festival at East Bank, an eight‑month celebration sparked by V&amp;A East’s exhibition The Music Is Black: A British Story. According to organisers, the project intentionally spotlights the scenes and collectives that have long made club culture possible, bringing those rooms into a free, public setting where people who can’t always afford a night out can still join the party.</w:t>
      </w:r>
      <w:r/>
    </w:p>
    <w:p>
      <w:r/>
      <w:r>
        <w:t>That framework matters: celebrating access and legacy together changes how we think about festival programming. Expect roomy crowds, visible representation onstage, and a real sense that this is a hand‑built moment, not a corporate gloss.</w:t>
      </w:r>
      <w:r/>
    </w:p>
    <w:p>
      <w:pPr>
        <w:pStyle w:val="Heading2"/>
      </w:pPr>
      <w:r>
        <w:t>Who’s curating and why that’s exciting</w:t>
      </w:r>
      <w:r/>
    </w:p>
    <w:p>
      <w:r/>
      <w:r>
        <w:t>Saturday is helmed by Shy One, a DJ who started on pirate radio aged 13 and has spent decades championing marginalised spaces, and Donnie Sunshine, an east London multidisciplinary artist. Sunday’s programming comes from Mark‑Ashley Dupé , the self‑styled Prince of Peckham who blurs ballroom, Afrobeats, Brazilian funk and more , and Joel Mignott, who made headlines as the first DJ on London Pride’s main stage in 2024.</w:t>
      </w:r>
      <w:r/>
    </w:p>
    <w:p>
      <w:r/>
      <w:r>
        <w:t>Those curators bring different vibes across the site: expect deeper club nods, ballroom energy, and sets that drift between nostalgic classics and fresh underground cuts. If you want variety, this is your weekend; if you want a single sound, check the lineups so you don’t miss the slot that suits you.</w:t>
      </w:r>
      <w:r/>
    </w:p>
    <w:p>
      <w:pPr>
        <w:pStyle w:val="Heading2"/>
      </w:pPr>
      <w:r>
        <w:t>What’s on stage , highlights you shouldn’t miss</w:t>
      </w:r>
      <w:r/>
    </w:p>
    <w:p>
      <w:r/>
      <w:r>
        <w:t>The Waterfront Stage runs midday to early evening both days, with Shy One’s slot on Saturday from 2pm featuring SisterMatic, Private Joy, Lil C and others. Mid Terrace hosts an enormous bill of collectives and emerging DJs, so there’s always something new to discover. Saturday night moves indoors to Sadler’s Wells East for Zinzi Minott’s Together We Felt The Bass , a mix of music, dance and sound art that runs until midnight.</w:t>
      </w:r>
      <w:r/>
    </w:p>
    <w:p>
      <w:r/>
      <w:r>
        <w:t>Sunday keeps the momentum with Mark‑Ashley’s Waterfront curation including SEASONED and Ivicore, while Mid Terrace and Sadler’s Wells East host Carnival‑leaning programming and the Faggamuffin Bloc Party closing session. If you love discovering artists before they’re everywhere, arrive early and float between stages , the outdoor setup makes that easy.</w:t>
      </w:r>
      <w:r/>
    </w:p>
    <w:p>
      <w:pPr>
        <w:pStyle w:val="Heading2"/>
      </w:pPr>
      <w:r>
        <w:t>Getting there, accessibility and practical tips</w:t>
      </w:r>
      <w:r/>
    </w:p>
    <w:p>
      <w:r/>
      <w:r>
        <w:t>Head for Stratford Waterfront and Sadler’s Wells East; Stratford station is a short walk and served by the Central, Jubilee and Elizabeth lines, DLR, Overground and national rail. There are Blue Badge bays at Copper Box and the Aquatics Centre, and Park Mobility offers wheelchairs and scooters on booking , ring ahead to reserve.</w:t>
      </w:r>
      <w:r/>
    </w:p>
    <w:p>
      <w:r/>
      <w:r>
        <w:t>Pack light because there’s no bag storage, and leave glass at home. Food vendors include Caribbean and Pan‑African pop‑ups, but you can bring your own picnic. Family sessions at Sadler’s Wells East run Saturday 12–3pm, so the weekend genuinely suits a mixed crowd rather than just late‑night clubbers.</w:t>
      </w:r>
      <w:r/>
    </w:p>
    <w:p>
      <w:pPr>
        <w:pStyle w:val="Heading2"/>
      </w:pPr>
      <w:r>
        <w:t>What to expect and how to plan your day</w:t>
      </w:r>
      <w:r/>
    </w:p>
    <w:p>
      <w:r/>
      <w:r>
        <w:t>Because the event is free and unticketed, it can feel very relaxed or unexpectedly crowded at peak times , plan to arrive early if you want a good spot for a particular set. Wear comfortable shoes for the park and layers for the evening; outdoor stages can be warm in the sun and breezy after sunset. If you’re chasing a club‑style night, book your Sadler’s Wells East slot on the Saturday or Sunday close‑outs, as those move indoors and run later.</w:t>
      </w:r>
      <w:r/>
    </w:p>
    <w:p>
      <w:r/>
      <w:r>
        <w:t>Take a moment between sets to see The Music Is Black exhibition at V&amp;A East , festival‑goers get a discount , and treat the whole weekend as a pre‑Carnival rehearsal: it’s loud, colourful and proud, with plenty of opportunities to dance and discover.</w:t>
      </w:r>
      <w:r/>
    </w:p>
    <w:p>
      <w:r/>
      <w:r>
        <w:t>It’s a small change that can make every weekend feel more inclusive , see you on the Waterfront.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https://nonchalantmagazine.com/queer-frequencies-2026-everything-you-need-to-know/</w:t>
        </w:r>
      </w:hyperlink>
      <w:r>
        <w:t xml:space="preserve"> - Please view link - unable to able to access data</w:t>
      </w:r>
      <w:r/>
    </w:p>
    <w:p>
      <w:pPr>
        <w:pStyle w:val="ListNumber"/>
        <w:spacing w:line="240" w:lineRule="auto"/>
        <w:ind w:left="720"/>
      </w:pPr>
      <w:r/>
      <w:hyperlink r:id="rId10">
        <w:r>
          <w:rPr>
            <w:color w:val="0000EE"/>
            <w:u w:val="single"/>
          </w:rPr>
          <w:t>https://www.queenelizabetholympicpark.co.uk/themusicisblackfestival/queer-frequencies</w:t>
        </w:r>
      </w:hyperlink>
      <w:r>
        <w:t xml:space="preserve"> - The official page for Queer Frequencies at Queen Elizabeth Olympic Park, detailing the event's dates, curators, and activities. The festival, part of The Music is Black Festival, is curated by Shy One, Donnie Sunshine, Mark-Ashley Dupé, and Joel Mignott, featuring live music, DJ sets, and dance performances across two days.</w:t>
      </w:r>
      <w:r/>
    </w:p>
    <w:p>
      <w:pPr>
        <w:pStyle w:val="ListNumber"/>
        <w:spacing w:line="240" w:lineRule="auto"/>
        <w:ind w:left="720"/>
      </w:pPr>
      <w:r/>
      <w:hyperlink r:id="rId14">
        <w:r>
          <w:rPr>
            <w:color w:val="0000EE"/>
            <w:u w:val="single"/>
          </w:rPr>
          <w:t>https://eastvillagehub.co.uk/updates/events/queer-frequencies/</w:t>
        </w:r>
      </w:hyperlink>
      <w:r>
        <w:t xml:space="preserve"> - An overview of Queer Frequencies, highlighting it as a free, joyful takeover of East Bank by London's queer collectives. The event celebrates music, identity, and community, transforming Queen Elizabeth Olympic Park into a vibrant space for Black queer music and culture.</w:t>
      </w:r>
      <w:r/>
    </w:p>
    <w:p>
      <w:pPr>
        <w:pStyle w:val="ListNumber"/>
        <w:spacing w:line="240" w:lineRule="auto"/>
        <w:ind w:left="720"/>
      </w:pPr>
      <w:r/>
      <w:hyperlink r:id="rId13">
        <w:r>
          <w:rPr>
            <w:color w:val="0000EE"/>
            <w:u w:val="single"/>
          </w:rPr>
          <w:t>https://ra.co/events/2488754</w:t>
        </w:r>
      </w:hyperlink>
      <w:r>
        <w:t xml:space="preserve"> - Event listing for Queer Frequencies at Queen Elizabeth Olympic Park, providing details on the venue, date, lineup, and genres. The event is part of The Music is Black Festival, celebrating Black queer music culture with performances from various artists and collectives.</w:t>
      </w:r>
      <w:r/>
    </w:p>
    <w:p>
      <w:pPr>
        <w:pStyle w:val="ListNumber"/>
        <w:spacing w:line="240" w:lineRule="auto"/>
        <w:ind w:left="720"/>
      </w:pPr>
      <w:r/>
      <w:hyperlink r:id="rId11">
        <w:r>
          <w:rPr>
            <w:color w:val="0000EE"/>
            <w:u w:val="single"/>
          </w:rPr>
          <w:t>https://www.ucl.ac.uk/ucl-east/news/2026/may/music-black-festival-announces-four-free-summer-weekends-queen-elizabeth-olympic-park</w:t>
        </w:r>
      </w:hyperlink>
      <w:r>
        <w:t xml:space="preserve"> - Announcement of The Music is Black Festival's four free summer weekends at Queen Elizabeth Olympic Park, including Queer Frequencies. The festival celebrates the cultural impact and creative legacy of Black British music across generations and genres.</w:t>
      </w:r>
      <w:r/>
    </w:p>
    <w:p>
      <w:pPr>
        <w:pStyle w:val="ListNumber"/>
        <w:spacing w:line="240" w:lineRule="auto"/>
        <w:ind w:left="720"/>
      </w:pPr>
      <w:r/>
      <w:hyperlink r:id="rId12">
        <w:r>
          <w:rPr>
            <w:color w:val="0000EE"/>
            <w:u w:val="single"/>
          </w:rPr>
          <w:t>https://www.queenelizabetholympicpark.co.uk/themusicisblackfestival/power-and-respect</w:t>
        </w:r>
      </w:hyperlink>
      <w:r>
        <w:t xml:space="preserve"> - Details about Power &amp; Respect, the second free festival weekend of The Music is Black Festival, celebrating Black women and non-binary voices in music and culture. The event is curated by leading artists and represents a pivotal moment to amplify the role of Black women in shaping sound and cultural movement.</w:t>
      </w:r>
      <w:r/>
    </w:p>
    <w:p>
      <w:pPr>
        <w:pStyle w:val="ListNumber"/>
        <w:spacing w:line="240" w:lineRule="auto"/>
        <w:ind w:left="720"/>
      </w:pPr>
      <w:r/>
      <w:hyperlink r:id="rId15">
        <w:r>
          <w:rPr>
            <w:color w:val="0000EE"/>
            <w:u w:val="single"/>
          </w:rPr>
          <w:t>https://www.queenelizabetholympicpark.co.uk/themusicisblackfestival/black-to-the-future</w:t>
        </w:r>
      </w:hyperlink>
      <w:r>
        <w:t xml:space="preserve"> - Information on Black to the Future, the final live weekend of The Music is Black Festival, focusing on genre-bending experimentation, Afrofuturism, and imaginative world-building. Curated by FLOHIO and The Blues Project, the event celebrates musicians and creatives expanding contemporary Black music and culture.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onchalantmagazine.com/queer-frequencies-2026-everything-you-need-to-know/" TargetMode="External"/><Relationship Id="rId10" Type="http://schemas.openxmlformats.org/officeDocument/2006/relationships/hyperlink" Target="https://www.queenelizabetholympicpark.co.uk/themusicisblackfestival/queer-frequencies" TargetMode="External"/><Relationship Id="rId11" Type="http://schemas.openxmlformats.org/officeDocument/2006/relationships/hyperlink" Target="https://www.ucl.ac.uk/ucl-east/news/2026/may/music-black-festival-announces-four-free-summer-weekends-queen-elizabeth-olympic-park" TargetMode="External"/><Relationship Id="rId12" Type="http://schemas.openxmlformats.org/officeDocument/2006/relationships/hyperlink" Target="https://www.queenelizabetholympicpark.co.uk/themusicisblackfestival/power-and-respect" TargetMode="External"/><Relationship Id="rId13" Type="http://schemas.openxmlformats.org/officeDocument/2006/relationships/hyperlink" Target="https://ra.co/events/2488754" TargetMode="External"/><Relationship Id="rId14" Type="http://schemas.openxmlformats.org/officeDocument/2006/relationships/hyperlink" Target="https://eastvillagehub.co.uk/updates/events/queer-frequencies/" TargetMode="External"/><Relationship Id="rId15" Type="http://schemas.openxmlformats.org/officeDocument/2006/relationships/hyperlink" Target="https://www.queenelizabetholympicpark.co.uk/themusicisblackfestival/black-to-the-fu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