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Oakland Pride 2024: Pride, Power and People on Parade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neighbours poured into downtown Oakland as the city’s 16th annual Pride Parade, branded Pride, Power and People, marched down Broadway, celebrating local LGBTQ+ activism, family visibility and community-led festivals that felt equal parts joyful and purposeful. This year’s event, now run by the Oakland LGBTQ Community Center, drew families, performers and organisers keen to keep activism front and centre.</w:t>
      </w:r>
      <w:r/>
    </w:p>
    <w:p>
      <w:r/>
      <w:r>
        <w:t>Essential Takeaways</w:t>
      </w:r>
      <w:r/>
      <w:r/>
    </w:p>
    <w:p>
      <w:pPr>
        <w:pStyle w:val="ListBullet"/>
        <w:spacing w:line="240" w:lineRule="auto"/>
        <w:ind w:left="720"/>
      </w:pPr>
      <w:r/>
      <w:r>
        <w:rPr>
          <w:b/>
        </w:rPr>
        <w:t>Local leadership:</w:t>
      </w:r>
      <w:r>
        <w:t xml:space="preserve"> The Oakland LGBTQ Community Center ran the parade and festival for the first time, signalling a shift to community-led programming.</w:t>
      </w:r>
      <w:r/>
    </w:p>
    <w:p>
      <w:pPr>
        <w:pStyle w:val="ListBullet"/>
        <w:spacing w:line="240" w:lineRule="auto"/>
        <w:ind w:left="720"/>
      </w:pPr>
      <w:r/>
      <w:r>
        <w:rPr>
          <w:b/>
        </w:rPr>
        <w:t>Family-friendly vibe:</w:t>
      </w:r>
      <w:r>
        <w:t xml:space="preserve"> Parents brought children to witness visibility and allyship; many described the atmosphere as joyful and manageable.</w:t>
      </w:r>
      <w:r/>
    </w:p>
    <w:p>
      <w:pPr>
        <w:pStyle w:val="ListBullet"/>
        <w:spacing w:line="240" w:lineRule="auto"/>
        <w:ind w:left="720"/>
      </w:pPr>
      <w:r/>
      <w:r>
        <w:rPr>
          <w:b/>
        </w:rPr>
        <w:t>Short, lively route:</w:t>
      </w:r>
      <w:r>
        <w:t xml:space="preserve"> The 90-minute parade began at 21st and Broadway and finished at a multi-stage festival with live music.</w:t>
      </w:r>
      <w:r/>
    </w:p>
    <w:p>
      <w:pPr>
        <w:pStyle w:val="ListBullet"/>
        <w:spacing w:line="240" w:lineRule="auto"/>
        <w:ind w:left="720"/>
      </w:pPr>
      <w:r/>
      <w:r>
        <w:rPr>
          <w:b/>
        </w:rPr>
        <w:t>Political roots:</w:t>
      </w:r>
      <w:r>
        <w:t xml:space="preserve"> The theme “Pride, Power and People” invoked Oakland’s long history of progressive activism and grassroots organising.</w:t>
      </w:r>
      <w:r/>
    </w:p>
    <w:p>
      <w:pPr>
        <w:pStyle w:val="ListBullet"/>
        <w:spacing w:line="240" w:lineRule="auto"/>
        <w:ind w:left="720"/>
      </w:pPr>
      <w:r/>
      <w:r>
        <w:rPr>
          <w:b/>
        </w:rPr>
        <w:t>Accessible celebration:</w:t>
      </w:r>
      <w:r>
        <w:t xml:space="preserve"> Attendees praised the event’s “sweet” and easygoing feel compared with larger city pride festivals.</w:t>
      </w:r>
      <w:r/>
      <w:r/>
    </w:p>
    <w:p>
      <w:pPr>
        <w:pStyle w:val="Heading2"/>
      </w:pPr>
      <w:r>
        <w:t>A parade with purpose , and a playful pulse</w:t>
      </w:r>
      <w:r/>
    </w:p>
    <w:p>
      <w:r/>
      <w:r>
        <w:t>The strongest impression was the mix of protest energy and picnic-level ease, a sensory swirl of banners, brass and children’s laughter. According to local reports, organisers leaned into Oakland’s activist history with the Pride, Power and People theme, which felt both defiant and warm. Families said they appreciated the relaxed scale; one queer parent noted it felt “loud and visible and joyful” without the exhaustion of bigger metropolitan events. If you’re planning to go next year, bring water, sun protection and a sense of curiosity , you’ll want to stop and listen.</w:t>
      </w:r>
      <w:r/>
    </w:p>
    <w:p>
      <w:pPr>
        <w:pStyle w:val="Heading2"/>
      </w:pPr>
      <w:r>
        <w:t>New hands on the wheel: community centre takes charge</w:t>
      </w:r>
      <w:r/>
    </w:p>
    <w:p>
      <w:r/>
      <w:r>
        <w:t>This year marked the first time the Oakland LGBTQ Community Center ran the parade and festival, a change that locals say prioritises grassroots voices. The move concentrated planning and programming locally, and festival stages featured a roster of regional artists. According to organisers’ communications, the shift aims to build sustainable, community-rooted Pride rather than a tourist-focused spectacle. For activists and volunteers, that’s a welcome pivot , expect more neighbourhood partnerships and workshops alongside next year’s floats.</w:t>
      </w:r>
      <w:r/>
    </w:p>
    <w:p>
      <w:pPr>
        <w:pStyle w:val="Heading2"/>
      </w:pPr>
      <w:r>
        <w:t>Family visibility: why parents brought kids</w:t>
      </w:r>
      <w:r/>
    </w:p>
    <w:p>
      <w:r/>
      <w:r>
        <w:t>One recurring scene was parents shepherding small children through the crowd, teaching that showing up matters. Teachers and queer parents spoke about wanting kids to grow up seeing people live openly and proudly; that everyday visibility, they said, builds empathy. Compared with San Francisco’s larger, more frenetic Pride, many parents said Oakland’s event felt manageable for younger families , an important practical point if you’re choosing between marches and festivals for young kids.</w:t>
      </w:r>
      <w:r/>
    </w:p>
    <w:p>
      <w:pPr>
        <w:pStyle w:val="Heading2"/>
      </w:pPr>
      <w:r>
        <w:t>Music, stages and local talent , the festival wrap</w:t>
      </w:r>
      <w:r/>
    </w:p>
    <w:p>
      <w:r/>
      <w:r>
        <w:t>After the roughly 90-minute march, the celebration spilled into a festival with several stages, local bands and spoken-word artists. The multi-stage setup made it easy to drift between acts and catch something new, and organisers focused on showcasing Bay Area talent. If you’re scouting for the best sound bites or local artists to follow, note the festival bill and community-centred programming , it’s a good snapshot of Oakland’s creative scene and activist culture.</w:t>
      </w:r>
      <w:r/>
    </w:p>
    <w:p>
      <w:pPr>
        <w:pStyle w:val="Heading2"/>
      </w:pPr>
      <w:r>
        <w:t>What this Pride means for the future of local organising</w:t>
      </w:r>
      <w:r/>
    </w:p>
    <w:p>
      <w:r/>
      <w:r>
        <w:t>Oakland Pride’s theme and new management suggest a future where local institutions steward celebrations rather than external promoters. That matters because it keeps profits, programming and political messaging closer to the communities being celebrated. Attendees and organisers alike hinted at plans to deepen outreach, expand accessibility and keep the event rooted in activism. It’s a modest but meaningful change that could shape Pride in Oakland for years.</w:t>
      </w:r>
      <w:r/>
    </w:p>
    <w:p>
      <w:r/>
      <w:r>
        <w:t>It's a small change that can make every celebration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1">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1">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https://abc7news.com/post/pride-power-people-oakland-celebrates-lgbtq-community-activism-16th-annual-parade-festival/19690243/</w:t>
        </w:r>
      </w:hyperlink>
      <w:r>
        <w:t xml:space="preserve"> - Please view link - unable to able to access data</w:t>
      </w:r>
      <w:r/>
    </w:p>
    <w:p>
      <w:pPr>
        <w:pStyle w:val="ListNumber"/>
        <w:spacing w:line="240" w:lineRule="auto"/>
        <w:ind w:left="720"/>
      </w:pPr>
      <w:r/>
      <w:hyperlink r:id="rId10">
        <w:r>
          <w:rPr>
            <w:color w:val="0000EE"/>
            <w:u w:val="single"/>
          </w:rPr>
          <w:t>https://www.oaklandprideofficial.org/events</w:t>
        </w:r>
      </w:hyperlink>
      <w:r>
        <w:t xml:space="preserve"> - The official Oakland Pride website provides detailed information about the 2024 Pride Parade and Festival, scheduled for Sunday, September 8, 2024. The event includes a variety of activities for the LGBTQ+ community and allies, such as the 2nd Annual Bar Crawl on Saturday, September 7, and the main parade and festival on Sunday. The parade will start at 11:00 am, proceeding down Broadway from 14th to 21st Street, and is free to the public. The festival will take place from noon to 6:00 pm, with ticket prices ranging from $10 to $20, depending on age and status. Presale tickets are available starting June 2024. The website also offers information on ticket purchases, parade contingents, and volunteer opportunities. For more details, visit their official events page.</w:t>
      </w:r>
      <w:r/>
    </w:p>
    <w:p>
      <w:pPr>
        <w:pStyle w:val="ListNumber"/>
        <w:spacing w:line="240" w:lineRule="auto"/>
        <w:ind w:left="720"/>
      </w:pPr>
      <w:r/>
      <w:hyperlink r:id="rId12">
        <w:r>
          <w:rPr>
            <w:color w:val="0000EE"/>
            <w:u w:val="single"/>
          </w:rPr>
          <w:t>https://www.oaklandprideofficial.org/about</w:t>
        </w:r>
      </w:hyperlink>
      <w:r>
        <w:t xml:space="preserve"> - Oakland Pride, a proud program of the Oakland LGBTQ Community Center, has been dedicated to educating the greater Bay Area and promoting equality, social justice, civic involvement, and responsibility within Oakland and neighboring communities since 2010. The organization aims to provide an equitable platform, safe spaces, and events for the entire Oakland community. Their events celebrate Oakland’s rich and diverse queer community, support Oakland’s BIPOC businesses and non-profits, and highlight the resources available to the community through a series of events throughout the year that lead up to the Oakland Pride Festival and Parade. For more information, visit their about page.</w:t>
      </w:r>
      <w:r/>
    </w:p>
    <w:p>
      <w:pPr>
        <w:pStyle w:val="ListNumber"/>
        <w:spacing w:line="240" w:lineRule="auto"/>
        <w:ind w:left="720"/>
      </w:pPr>
      <w:r/>
      <w:hyperlink r:id="rId13">
        <w:r>
          <w:rPr>
            <w:color w:val="0000EE"/>
            <w:u w:val="single"/>
          </w:rPr>
          <w:t>https://www.oaklandlgbtqcenter.org/</w:t>
        </w:r>
      </w:hyperlink>
      <w:r>
        <w:t xml:space="preserve"> - The Oakland LGBTQ Community Center is dedicated to providing safe, inclusive spaces for wellness, connection, support, and empowerment. Their mission includes offering crisis hotline services, youth services, trans support, sexual health and wellness support, food pantry, and senior services. The center operates Monday through Friday from 12:00 pm to 6:00 pm, with extended hours for select groups and some Saturday activities. They are closed on Sundays except for special events. The center also hosts various community events and provides resources for the LGBTQ+ community in Oakland. For more details, visit their official website.</w:t>
      </w:r>
      <w:r/>
    </w:p>
    <w:p>
      <w:pPr>
        <w:pStyle w:val="ListNumber"/>
        <w:spacing w:line="240" w:lineRule="auto"/>
        <w:ind w:left="720"/>
      </w:pPr>
      <w:r/>
      <w:hyperlink r:id="rId15">
        <w:r>
          <w:rPr>
            <w:color w:val="0000EE"/>
            <w:u w:val="single"/>
          </w:rPr>
          <w:t>https://www.openhand.org/events/oakland-pride-2024</w:t>
        </w:r>
      </w:hyperlink>
      <w:r>
        <w:t xml:space="preserve"> - Project Open Hand is participating in the 2024 Oakland Pride Parade on Sunday, September 8, 2024. They will join the parade to celebrate their clients, volunteers, partners, and staff in the LGBTQ+ community. The parade starts at 10:30 am at Broadway &amp; 14th Street and finishes at Broadway &amp; 20th Street. The parade is free to attend and watch. Project Open Hand invites individuals to register to march with them or sign up for a volunteer shift. For more information, visit their event page.</w:t>
      </w:r>
      <w:r/>
    </w:p>
    <w:p>
      <w:pPr>
        <w:pStyle w:val="ListNumber"/>
        <w:spacing w:line="240" w:lineRule="auto"/>
        <w:ind w:left="720"/>
      </w:pPr>
      <w:r/>
      <w:hyperlink r:id="rId11">
        <w:r>
          <w:rPr>
            <w:color w:val="0000EE"/>
            <w:u w:val="single"/>
          </w:rPr>
          <w:t>https://www.sfchronicle.com/bayarea/article/oakland-pride-lgbtq-19741424.php</w:t>
        </w:r>
      </w:hyperlink>
      <w:r>
        <w:t xml:space="preserve"> - The San Francisco Chronicle article highlights the 14th annual Oakland Pride Parade and Festival, which took place on September 8, 2024. The event attracted thousands of spectators and featured a vibrant parade followed by a festival with dancing and live entertainment. The article includes photographs capturing the diverse participants and festive atmosphere of the celebration. For more details and images, refer to the full article.</w:t>
      </w:r>
      <w:r/>
    </w:p>
    <w:p>
      <w:pPr>
        <w:pStyle w:val="ListNumber"/>
        <w:spacing w:line="240" w:lineRule="auto"/>
        <w:ind w:left="720"/>
      </w:pPr>
      <w:r/>
      <w:hyperlink r:id="rId14">
        <w:r>
          <w:rPr>
            <w:color w:val="0000EE"/>
            <w:u w:val="single"/>
          </w:rPr>
          <w:t>https://sfbaytimes.com/welcome-to-oakland-pride-2024/</w:t>
        </w:r>
      </w:hyperlink>
      <w:r>
        <w:t xml:space="preserve"> - The San Francisco Bay Times article provides an invitation to the 14th Annual LGBTQ+ Parade &amp; Festival, scheduled for Sunday, September 8, 2024, in Uptown Oakland. The event is organized by Oakland Pride Inc., with the San Francisco Bay Times serving as the 2024 Grand Marshal. The article includes information about event tickets and parade and festival details. For more information, visit the full article.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bc7news.com/post/pride-power-people-oakland-celebrates-lgbtq-community-activism-16th-annual-parade-festival/19690243/" TargetMode="External"/><Relationship Id="rId10" Type="http://schemas.openxmlformats.org/officeDocument/2006/relationships/hyperlink" Target="https://www.oaklandprideofficial.org/events" TargetMode="External"/><Relationship Id="rId11" Type="http://schemas.openxmlformats.org/officeDocument/2006/relationships/hyperlink" Target="https://www.sfchronicle.com/bayarea/article/oakland-pride-lgbtq-19741424.php" TargetMode="External"/><Relationship Id="rId12" Type="http://schemas.openxmlformats.org/officeDocument/2006/relationships/hyperlink" Target="https://www.oaklandprideofficial.org/about" TargetMode="External"/><Relationship Id="rId13" Type="http://schemas.openxmlformats.org/officeDocument/2006/relationships/hyperlink" Target="https://www.oaklandlgbtqcenter.org/" TargetMode="External"/><Relationship Id="rId14" Type="http://schemas.openxmlformats.org/officeDocument/2006/relationships/hyperlink" Target="https://sfbaytimes.com/welcome-to-oakland-pride-2024/" TargetMode="External"/><Relationship Id="rId15" Type="http://schemas.openxmlformats.org/officeDocument/2006/relationships/hyperlink" Target="https://www.openhand.org/events/oakland-pride-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