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Oakland Pride Moments: Sexy Town, Stars, and a Community Standing Tall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out in force as Oakland Pride swaps its Labor Day slot for an earlier August bash, drawing thousands to Downtown Oakland for a Sweet Sixteen celebration that felt equal parts festival, defiance, and joy. Locals, visitors, and performers packed four stages, a new 18+ Sexy Town zone, and one mighty parade , here’s what mattered and why.</w:t>
      </w:r>
      <w:r/>
    </w:p>
    <w:p>
      <w:r/>
      <w:r>
        <w:t>Essential Takeaways</w:t>
      </w:r>
      <w:r/>
      <w:r/>
    </w:p>
    <w:p>
      <w:pPr>
        <w:pStyle w:val="ListBullet"/>
        <w:spacing w:line="240" w:lineRule="auto"/>
        <w:ind w:left="720"/>
      </w:pPr>
      <w:r/>
      <w:r>
        <w:rPr>
          <w:b/>
        </w:rPr>
        <w:t>Massive turnout:</w:t>
      </w:r>
      <w:r>
        <w:t xml:space="preserve"> Thousands filled Downtown Oakland for the daylong parade and festival, with crowds lingering into evening for headline sets.</w:t>
      </w:r>
      <w:r/>
    </w:p>
    <w:p>
      <w:pPr>
        <w:pStyle w:val="ListBullet"/>
        <w:spacing w:line="240" w:lineRule="auto"/>
        <w:ind w:left="720"/>
      </w:pPr>
      <w:r/>
      <w:r>
        <w:rPr>
          <w:b/>
        </w:rPr>
        <w:t>New 18+ zone:</w:t>
      </w:r>
      <w:r>
        <w:t xml:space="preserve"> Sexy Town debuted as an adults-only hub with dyke arm wrestling, Lez Wrestle matches, and a twerk-off , loud, proud, and rowdy.</w:t>
      </w:r>
      <w:r/>
    </w:p>
    <w:p>
      <w:pPr>
        <w:pStyle w:val="ListBullet"/>
        <w:spacing w:line="240" w:lineRule="auto"/>
        <w:ind w:left="720"/>
      </w:pPr>
      <w:r/>
      <w:r>
        <w:rPr>
          <w:b/>
        </w:rPr>
        <w:t>Big-name performers:</w:t>
      </w:r>
      <w:r>
        <w:t xml:space="preserve"> R&amp;B star Amerie and Mexican pop sensation Fey drew packed stages, while local DJs kept dancefloors pulsing.</w:t>
      </w:r>
      <w:r/>
    </w:p>
    <w:p>
      <w:pPr>
        <w:pStyle w:val="ListBullet"/>
        <w:spacing w:line="240" w:lineRule="auto"/>
        <w:ind w:left="720"/>
      </w:pPr>
      <w:r/>
      <w:r>
        <w:rPr>
          <w:b/>
        </w:rPr>
        <w:t>Community and resistance:</w:t>
      </w:r>
      <w:r>
        <w:t xml:space="preserve"> The theme Celebrating Pride, Power, and People read like a response to anti-trans measures elsewhere, giving the event extra urgency.</w:t>
      </w:r>
      <w:r/>
    </w:p>
    <w:p>
      <w:pPr>
        <w:pStyle w:val="ListBullet"/>
        <w:spacing w:line="240" w:lineRule="auto"/>
        <w:ind w:left="720"/>
      </w:pPr>
      <w:r/>
      <w:r>
        <w:rPr>
          <w:b/>
        </w:rPr>
        <w:t>Local spirit:</w:t>
      </w:r>
      <w:r>
        <w:t xml:space="preserve"> Attendees emphasised that this Pride feels rooted in Oakland , a space for born-and-raised locals and longtime fans alike.</w:t>
      </w:r>
      <w:r/>
      <w:r/>
    </w:p>
    <w:p>
      <w:pPr>
        <w:pStyle w:val="Heading2"/>
      </w:pPr>
      <w:r>
        <w:t>A parade that set the tone , colourful, defiant, and unmissable</w:t>
      </w:r>
      <w:r/>
    </w:p>
    <w:p>
      <w:r/>
      <w:r>
        <w:t>The day began with a parade that threaded through Downtown and felt both nostalgic and newly urgent, a bright river of banners, sequins and signs. According to reporting by local outlets, thousands turned out, showing that Pride still draws a crowd even when the calendar shifts. People cheered from sidewalks, families waved, and you could sense that the festival was as much about visibility as it was about fun. If you’re planning to go next year, arrive early for a parade spot and pack sunscreen , it gets busy and it gets hot.</w:t>
      </w:r>
      <w:r/>
    </w:p>
    <w:p>
      <w:pPr>
        <w:pStyle w:val="Heading2"/>
      </w:pPr>
      <w:r>
        <w:t>Sexy Town made a splash , adults-only, theatrical, and loud</w:t>
      </w:r>
      <w:r/>
    </w:p>
    <w:p>
      <w:r/>
      <w:r>
        <w:t>Sexy Town was the festival’s most talked-about addition, an 18+ activation that leaned into playfulness and a little bit of chaos. Highlights included a dyke arm wrestling contest and sapphic wrestling from Lez Wrestle, while Sally Limón’s twerk-off had the crowd roaring. The zone’s organisers clearly wanted a space that centred queer joy in a way that’s bold and unapologetic. For festival planners, Sexy Town is a reminder that zoning and clear age policies can let adults cut loose without splitting the wider family-friendly vibe.</w:t>
      </w:r>
      <w:r/>
    </w:p>
    <w:p>
      <w:pPr>
        <w:pStyle w:val="Heading2"/>
      </w:pPr>
      <w:r>
        <w:t>Stars and local names , from Amerie to Oakland DJs</w:t>
      </w:r>
      <w:r/>
    </w:p>
    <w:p>
      <w:r/>
      <w:r>
        <w:t>Big bookable talent gave the day centre stage appeal: R&amp;B singer Amerie brought headline energy, and Mexican popstar Fey packed the Latin stage to overflowing, drawing superfans who’d followed her for years. Meanwhile local DJs such as David Harness and Charles Hawthorne kept the Mighty Real and other stages thumping with DJ sets that felt intimate and fiercely Oakland. Booking a mix of national names and local talent proves a winning formula , the big acts pull crowds, the locals keep the spirit authentic.</w:t>
      </w:r>
      <w:r/>
    </w:p>
    <w:p>
      <w:pPr>
        <w:pStyle w:val="Heading2"/>
      </w:pPr>
      <w:r>
        <w:t>Pride as politics , a festival with purpose</w:t>
      </w:r>
      <w:r/>
    </w:p>
    <w:p>
      <w:r/>
      <w:r>
        <w:t>This year’s theme, Celebrating Pride, Power, and People, had extra weight as anti-trans legislation spread across parts of the country. Attendees and organisers treated the festival as both celebration and political statement, a place to be visible and to push back through joy. Community members told reporters the message mattered: Pride here is local, inclusive and deliberate. If you care about civic action, volunteer booths and local advocacy groups at festivals like this are good places to start.</w:t>
      </w:r>
      <w:r/>
    </w:p>
    <w:p>
      <w:pPr>
        <w:pStyle w:val="Heading2"/>
      </w:pPr>
      <w:r>
        <w:t>Local love , why Oaklanders said this Pride felt like home</w:t>
      </w:r>
      <w:r/>
    </w:p>
    <w:p>
      <w:r/>
      <w:r>
        <w:t>Among the crowd were long-time residents who described the day as a chance to be around people “like me,” as one attendee put it to The Oaklandside. That hometown feel , people returning year after year, superfans of international acts, and friends camping out together between stages , gave the festival warmth. For visitors, that local energy is contagious; for planners, protecting community spaces ensures future Prides keep that same magnetism.</w:t>
      </w:r>
      <w:r/>
    </w:p>
    <w:p>
      <w:r/>
      <w:r>
        <w:t>It's a small change that can make every celebration feel safer, louder and more rooted.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4">
        <w:r>
          <w:rPr>
            <w:color w:val="0000EE"/>
            <w:u w:val="single"/>
          </w:rPr>
          <w:t>[5]</w:t>
        </w:r>
      </w:hyperlink>
      <w:r>
        <w:t xml:space="preserve">, </w:t>
      </w:r>
      <w:hyperlink r:id="rId15">
        <w:r>
          <w:rPr>
            <w:color w:val="0000EE"/>
            <w:u w:val="single"/>
          </w:rPr>
          <w:t>[7]</w:t>
        </w:r>
      </w:hyperlink>
      <w:r>
        <w:t xml:space="preserve">- Paragraph 4: </w:t>
      </w:r>
      <w:hyperlink r:id="rId10">
        <w:r>
          <w:rPr>
            <w:color w:val="0000EE"/>
            <w:u w:val="single"/>
          </w:rPr>
          <w:t>[2]</w:t>
        </w:r>
      </w:hyperlink>
      <w:r>
        <w:t xml:space="preserve">, </w:t>
      </w:r>
      <w:hyperlink r:id="rId12">
        <w:r>
          <w:rPr>
            <w:color w:val="0000EE"/>
            <w:u w:val="single"/>
          </w:rPr>
          <w:t>[3]</w:t>
        </w:r>
      </w:hyperlink>
      <w:r>
        <w:t xml:space="preserve">- Paragraph 5: </w:t>
      </w:r>
      <w:hyperlink r:id="rId11">
        <w:r>
          <w:rPr>
            <w:color w:val="0000EE"/>
            <w:u w:val="single"/>
          </w:rPr>
          <w:t>[4]</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https://oaklandside.org/2026/08/17/sexy-joyful-oakland-pride/</w:t>
        </w:r>
      </w:hyperlink>
      <w:r>
        <w:t xml:space="preserve"> - Please view link - unable to able to access data</w:t>
      </w:r>
      <w:r/>
    </w:p>
    <w:p>
      <w:pPr>
        <w:pStyle w:val="ListNumber"/>
        <w:spacing w:line="240" w:lineRule="auto"/>
        <w:ind w:left="720"/>
      </w:pPr>
      <w:r/>
      <w:hyperlink r:id="rId10">
        <w:r>
          <w:rPr>
            <w:color w:val="0000EE"/>
            <w:u w:val="single"/>
          </w:rPr>
          <w:t>https://festivalnet.com/67075/Oakland-California/Festivals/Oakland-Pride</w:t>
        </w:r>
      </w:hyperlink>
      <w:r>
        <w:t xml:space="preserve"> - Oakland Pride 2026 is scheduled for Sunday, August 16, 2026, in Downtown Oakland, California. The event will feature four stages of live entertainment, including the Main Stage in front of City Hall, and a parade starting at 10:00 AM. Admission is $10, and the festival is expected to attract approximately 55,000 attendees. (</w:t>
      </w:r>
      <w:hyperlink r:id="rId16">
        <w:r>
          <w:rPr>
            <w:color w:val="0000EE"/>
            <w:u w:val="single"/>
          </w:rPr>
          <w:t>festivalnet.com</w:t>
        </w:r>
      </w:hyperlink>
      <w:r>
        <w:t>)</w:t>
      </w:r>
      <w:r/>
    </w:p>
    <w:p>
      <w:pPr>
        <w:pStyle w:val="ListNumber"/>
        <w:spacing w:line="240" w:lineRule="auto"/>
        <w:ind w:left="720"/>
      </w:pPr>
      <w:r/>
      <w:hyperlink r:id="rId12">
        <w:r>
          <w:rPr>
            <w:color w:val="0000EE"/>
            <w:u w:val="single"/>
          </w:rPr>
          <w:t>https://www.misterbandb.com/gay-events/united-states/oakland/gay-pride</w:t>
        </w:r>
      </w:hyperlink>
      <w:r>
        <w:t xml:space="preserve"> - The Oakland Pride Parade on August 16, 2026, will commence at 10:30 AM at Broadway &amp; 14th Street (Oakland City Hall) and conclude at Broadway &amp; 20th Street (Oakland Pride Festival Main Entrance). The festival's main entrance is located at Broadway &amp; 20th Street, with a secondary entrance at Webster and 21st Street. (</w:t>
      </w:r>
      <w:hyperlink r:id="rId17">
        <w:r>
          <w:rPr>
            <w:color w:val="0000EE"/>
            <w:u w:val="single"/>
          </w:rPr>
          <w:t>misterbandb.com</w:t>
        </w:r>
      </w:hyperlink>
      <w:r>
        <w:t>)</w:t>
      </w:r>
      <w:r/>
    </w:p>
    <w:p>
      <w:pPr>
        <w:pStyle w:val="ListNumber"/>
        <w:spacing w:line="240" w:lineRule="auto"/>
        <w:ind w:left="720"/>
      </w:pPr>
      <w:r/>
      <w:hyperlink r:id="rId11">
        <w:r>
          <w:rPr>
            <w:color w:val="0000EE"/>
            <w:u w:val="single"/>
          </w:rPr>
          <w:t>https://pinkuk.com/events/north-america/usa/california/oakland/oakland-pride-2026</w:t>
        </w:r>
      </w:hyperlink>
      <w:r>
        <w:t xml:space="preserve"> - Oakland Pride 2026 is set for Sunday, August 16, 2026, in Oakland, California. The event is a collaboration between Oakland Pride and Pridefest Oakland, aiming to celebrate and support the cultures and diversity of the LGBTQ+ community in Oakland and the surrounding Bay Area. The parade will start at Broadway &amp; 14th Street and finish at Broadway &amp; 21st Street. (</w:t>
      </w:r>
      <w:hyperlink r:id="rId18">
        <w:r>
          <w:rPr>
            <w:color w:val="0000EE"/>
            <w:u w:val="single"/>
          </w:rPr>
          <w:t>pinkuk.com</w:t>
        </w:r>
      </w:hyperlink>
      <w:r>
        <w:t>)</w:t>
      </w:r>
      <w:r/>
    </w:p>
    <w:p>
      <w:pPr>
        <w:pStyle w:val="ListNumber"/>
        <w:spacing w:line="240" w:lineRule="auto"/>
        <w:ind w:left="720"/>
      </w:pPr>
      <w:r/>
      <w:hyperlink r:id="rId14">
        <w:r>
          <w:rPr>
            <w:color w:val="0000EE"/>
            <w:u w:val="single"/>
          </w:rPr>
          <w:t>https://www.songkick.com/festivals/822839-oakland-pride/id/43274403-oakland-pride-2026</w:t>
        </w:r>
      </w:hyperlink>
      <w:r>
        <w:t xml:space="preserve"> - Oakland Pride 2026 is scheduled for Sunday, August 16, 2026, at Frank H. Ogawa Plaza in Oakland, California. The event will feature performances by Lady Alma and David Harness. The parade begins at 10:00 AM and is free and open to the public, while the ticketed festival opens at 12:00 PM. (</w:t>
      </w:r>
      <w:hyperlink r:id="rId19">
        <w:r>
          <w:rPr>
            <w:color w:val="0000EE"/>
            <w:u w:val="single"/>
          </w:rPr>
          <w:t>songkick.com</w:t>
        </w:r>
      </w:hyperlink>
      <w:r>
        <w:t>)</w:t>
      </w:r>
      <w:r/>
    </w:p>
    <w:p>
      <w:pPr>
        <w:pStyle w:val="ListNumber"/>
        <w:spacing w:line="240" w:lineRule="auto"/>
        <w:ind w:left="720"/>
      </w:pPr>
      <w:r/>
      <w:hyperlink r:id="rId13">
        <w:r>
          <w:rPr>
            <w:color w:val="0000EE"/>
            <w:u w:val="single"/>
          </w:rPr>
          <w:t>https://sfprideband.org/performances-and-events/oakland-pride-parade-2026/</w:t>
        </w:r>
      </w:hyperlink>
      <w:r>
        <w:t xml:space="preserve"> - The San Francisco Pride Band will participate in the Oakland Pride Parade on Sunday, August 16, 2026, at 10:30 AM PDT. The parade will start at 22nd and Broadway in Oakland, California. (</w:t>
      </w:r>
      <w:hyperlink r:id="rId20">
        <w:r>
          <w:rPr>
            <w:color w:val="0000EE"/>
            <w:u w:val="single"/>
          </w:rPr>
          <w:t>sfprideband.org</w:t>
        </w:r>
      </w:hyperlink>
      <w:r>
        <w:t>)</w:t>
      </w:r>
      <w:r/>
    </w:p>
    <w:p>
      <w:pPr>
        <w:pStyle w:val="ListNumber"/>
        <w:spacing w:line="240" w:lineRule="auto"/>
        <w:ind w:left="720"/>
      </w:pPr>
      <w:r/>
      <w:hyperlink r:id="rId15">
        <w:r>
          <w:rPr>
            <w:color w:val="0000EE"/>
            <w:u w:val="single"/>
          </w:rPr>
          <w:t>https://www.bart.gov/news/articles/2026/news20260618</w:t>
        </w:r>
      </w:hyperlink>
      <w:r>
        <w:t xml:space="preserve"> - BART will increase service for the 56th annual San Francisco Pride Parade on Sunday, June 28, 2026. The parade begins at 10:30 AM at Market and Beale streets, closest to Embarcadero Station. BART will open at 8 AM and run 5-line service with trains roughly every 5 minutes through downtown San Francisco. (</w:t>
      </w:r>
      <w:hyperlink r:id="rId21">
        <w:r>
          <w:rPr>
            <w:color w:val="0000EE"/>
            <w:u w:val="single"/>
          </w:rPr>
          <w:t>bart.gov</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oaklandside.org/2026/08/17/sexy-joyful-oakland-pride/" TargetMode="External"/><Relationship Id="rId10" Type="http://schemas.openxmlformats.org/officeDocument/2006/relationships/hyperlink" Target="https://festivalnet.com/67075/Oakland-California/Festivals/Oakland-Pride" TargetMode="External"/><Relationship Id="rId11" Type="http://schemas.openxmlformats.org/officeDocument/2006/relationships/hyperlink" Target="https://pinkuk.com/events/north-america/usa/california/oakland/oakland-pride-2026" TargetMode="External"/><Relationship Id="rId12" Type="http://schemas.openxmlformats.org/officeDocument/2006/relationships/hyperlink" Target="https://www.misterbandb.com/gay-events/united-states/oakland/gay-pride" TargetMode="External"/><Relationship Id="rId13" Type="http://schemas.openxmlformats.org/officeDocument/2006/relationships/hyperlink" Target="https://sfprideband.org/performances-and-events/oakland-pride-parade-2026/" TargetMode="External"/><Relationship Id="rId14" Type="http://schemas.openxmlformats.org/officeDocument/2006/relationships/hyperlink" Target="https://www.songkick.com/festivals/822839-oakland-pride/id/43274403-oakland-pride-2026" TargetMode="External"/><Relationship Id="rId15" Type="http://schemas.openxmlformats.org/officeDocument/2006/relationships/hyperlink" Target="https://www.bart.gov/news/articles/2026/news20260618" TargetMode="External"/><Relationship Id="rId16" Type="http://schemas.openxmlformats.org/officeDocument/2006/relationships/hyperlink" Target="https://festivalnet.com/67075/Oakland-California/Festivals/Oakland-Pride?utm_source=openai" TargetMode="External"/><Relationship Id="rId17" Type="http://schemas.openxmlformats.org/officeDocument/2006/relationships/hyperlink" Target="https://www.misterbandb.com/gay-events/united-states/oakland/gay-pride?utm_source=openai" TargetMode="External"/><Relationship Id="rId18" Type="http://schemas.openxmlformats.org/officeDocument/2006/relationships/hyperlink" Target="https://pinkuk.com/events/north-america/usa/california/oakland/oakland-pride-2026?utm_source=openai" TargetMode="External"/><Relationship Id="rId19" Type="http://schemas.openxmlformats.org/officeDocument/2006/relationships/hyperlink" Target="https://www.songkick.com/festivals/822839-oakland-pride/id/43274403-oakland-pride-2026?utm_source=openai" TargetMode="External"/><Relationship Id="rId20" Type="http://schemas.openxmlformats.org/officeDocument/2006/relationships/hyperlink" Target="https://sfprideband.org/performances-and-events/oakland-pride-parade-2026/?utm_source=openai" TargetMode="External"/><Relationship Id="rId21" Type="http://schemas.openxmlformats.org/officeDocument/2006/relationships/hyperlink" Target="https://www.bart.gov/news/articles/2026/news20260618?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