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Pride Symbol? Bishop O’Dowd’s “Inclusive O” and What It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symbolism are taking note: Bishop O’Dowd High School in Oakland has swapped Pride flags for an in-house design called the “Inclusive O,” a colourful, watercolor-like emblem meant to signal belonging while sidestepping the politics around traditional Pride banners. The move matters for families, schools, and anyone watching how institutions balance inclusion and religious identity.</w:t>
      </w:r>
      <w:r/>
    </w:p>
    <w:p>
      <w:r/>
      <w:r>
        <w:t>Essential Takeaways</w:t>
      </w:r>
      <w:r/>
      <w:r/>
    </w:p>
    <w:p>
      <w:pPr>
        <w:pStyle w:val="ListBullet"/>
        <w:spacing w:line="240" w:lineRule="auto"/>
        <w:ind w:left="720"/>
      </w:pPr>
      <w:r/>
      <w:r>
        <w:rPr>
          <w:b/>
        </w:rPr>
        <w:t>New symbol:</w:t>
      </w:r>
      <w:r>
        <w:t xml:space="preserve"> Bishop O’Dowd unveiled the “Inclusive O,” a blocky, splotched letter O in Pride‑adjacent colours. </w:t>
      </w:r>
      <w:r/>
    </w:p>
    <w:p>
      <w:pPr>
        <w:pStyle w:val="ListBullet"/>
        <w:spacing w:line="240" w:lineRule="auto"/>
        <w:ind w:left="720"/>
      </w:pPr>
      <w:r/>
      <w:r>
        <w:rPr>
          <w:b/>
        </w:rPr>
        <w:t>Visible shift:</w:t>
      </w:r>
      <w:r>
        <w:t xml:space="preserve"> The symbol now appears across classrooms, offices, and shared spaces instead of Pride and Progress flags. </w:t>
      </w:r>
      <w:r/>
    </w:p>
    <w:p>
      <w:pPr>
        <w:pStyle w:val="ListBullet"/>
        <w:spacing w:line="240" w:lineRule="auto"/>
        <w:ind w:left="720"/>
      </w:pPr>
      <w:r/>
      <w:r>
        <w:rPr>
          <w:b/>
        </w:rPr>
        <w:t>Church context:</w:t>
      </w:r>
      <w:r>
        <w:t xml:space="preserve"> The change follows wider debate in the US Catholic Church about Pride displays in schools. </w:t>
      </w:r>
      <w:r/>
    </w:p>
    <w:p>
      <w:pPr>
        <w:pStyle w:val="ListBullet"/>
        <w:spacing w:line="240" w:lineRule="auto"/>
        <w:ind w:left="720"/>
      </w:pPr>
      <w:r/>
      <w:r>
        <w:rPr>
          <w:b/>
        </w:rPr>
        <w:t>Mixed reactions:</w:t>
      </w:r>
      <w:r>
        <w:t xml:space="preserve"> LGBTQ+ advocates call the removal painful, while some see the Inclusive O as a pragmatic compromise. </w:t>
      </w:r>
      <w:r/>
    </w:p>
    <w:p>
      <w:pPr>
        <w:pStyle w:val="ListBullet"/>
        <w:spacing w:line="240" w:lineRule="auto"/>
        <w:ind w:left="720"/>
      </w:pPr>
      <w:r/>
      <w:r>
        <w:rPr>
          <w:b/>
        </w:rPr>
        <w:t>Practical note:</w:t>
      </w:r>
      <w:r>
        <w:t xml:space="preserve"> If you’re part of a school community, clear communication and consultation matter for trust and wellbeing.</w:t>
      </w:r>
      <w:r/>
      <w:r/>
    </w:p>
    <w:p>
      <w:pPr>
        <w:pStyle w:val="Heading2"/>
      </w:pPr>
      <w:r>
        <w:t>Why an “Inclusive O” replaced the flags</w:t>
      </w:r>
      <w:r/>
    </w:p>
    <w:p>
      <w:r/>
      <w:r>
        <w:t>The first thing you notice is the look: a chunky letter O filled with watercolor splotches in reds, oranges, yellows, greens, blues, purples, browns, blacks and pale tones. It’s visually softer than a striped flag and designed to feel internal, part of the school’s identity rather than an external political statement. According to the school’s site, the symbol “visibly communicates that every student belongs,” and administrators have rolled it out across campus.</w:t>
      </w:r>
      <w:r/>
    </w:p>
    <w:p>
      <w:r/>
      <w:r>
        <w:t>This shift didn’t happen in a vacuum. The flag removals occurred at the end of the academic year and were followed by a concerted decision to present the new mark at the start of term. Schools often pick visual cues to shape community culture, and O’Dowd’s approach looks like an attempt to stitch inclusivity into daily life without flying a standard Pride banner.</w:t>
      </w:r>
      <w:r/>
    </w:p>
    <w:p>
      <w:pPr>
        <w:pStyle w:val="Heading2"/>
      </w:pPr>
      <w:r>
        <w:t>What prompted the change , and why it’s contentious</w:t>
      </w:r>
      <w:r/>
    </w:p>
    <w:p>
      <w:r/>
      <w:r>
        <w:t>The backdrop is a broader debate within the Catholic Church and among dioceses about how visible Pride support should be in faith-based schools. School leadership framed the swap as navigating those tensions while living Catholic values, and they’ve been explicit that the Inclusive O is the school’s own creation. Still, removing flags that had hung for a decade left students and alumni hurt and confused.</w:t>
      </w:r>
      <w:r/>
    </w:p>
    <w:p>
      <w:r/>
      <w:r>
        <w:t>Some LGBTQ+ advocates described the flag pull-down as particularly painful because it felt like a removal of explicit support rather than a neutral policy tweak. Others, including observers in queer Catholic circles, have praised the symbol as a creative compromise that other Catholic schools might emulate.</w:t>
      </w:r>
      <w:r/>
    </w:p>
    <w:p>
      <w:pPr>
        <w:pStyle w:val="Heading2"/>
      </w:pPr>
      <w:r>
        <w:t>How different groups are reacting</w:t>
      </w:r>
      <w:r/>
    </w:p>
    <w:p>
      <w:r/>
      <w:r>
        <w:t>Reactions split along predictable lines. Former students and activists said losing the Pride flag felt like erasure and a failure of explicit affirmation. For many young people, symbols are shorthand for safety, take them away and trust frays. Meanwhile, some Catholic advocates and commentators hailed the Inclusive O as pragmatic, arguing it uses rainbow hues without adopting the flag’s recognisable political geometry.</w:t>
      </w:r>
      <w:r/>
    </w:p>
    <w:p>
      <w:r/>
      <w:r>
        <w:t>If you work in school leadership, this episode is a reminder: symbols carry emotional freight, and swap-outs need careful listening. A new logo can soothe some stakeholders but won’t automatically heal those who felt publicly sidelined.</w:t>
      </w:r>
      <w:r/>
    </w:p>
    <w:p>
      <w:pPr>
        <w:pStyle w:val="Heading2"/>
      </w:pPr>
      <w:r>
        <w:t>What this means for other faith-based schools</w:t>
      </w:r>
      <w:r/>
    </w:p>
    <w:p>
      <w:r/>
      <w:r>
        <w:t>Expect other Catholic schools to watch closely. The Inclusive O offers a playbook: retain visible signs of welcome while avoiding imagery some consider politicised. That may appeal to administrators juggling diocesan guidance, parent opinion and staff wellbeing.</w:t>
      </w:r>
      <w:r/>
    </w:p>
    <w:p>
      <w:r/>
      <w:r>
        <w:t>Yet it’s not a one-size-fits-all fix. Schools should ask who designed any new mark, whether those most affected were consulted, and how they’ll measure if the change actually improves the lived experience of LGBTQ+ students.</w:t>
      </w:r>
      <w:r/>
    </w:p>
    <w:p>
      <w:pPr>
        <w:pStyle w:val="Heading2"/>
      </w:pPr>
      <w:r>
        <w:t>Practical tips for communities considering symbol changes</w:t>
      </w:r>
      <w:r/>
    </w:p>
    <w:p>
      <w:r/>
      <w:r>
        <w:t>If your school is thinking about changing symbols, start by listening: hold forums, invite anonymous feedback, and involve student leaders. Be transparent about diocesan or governing pressures, and explain why a new emblem was chosen. Consider a transition plan that acknowledges past hurt, simple actions like public statements of support, counselling availability, or named ally programmes can help bridge trust.</w:t>
      </w:r>
      <w:r/>
    </w:p>
    <w:p>
      <w:r/>
      <w:r>
        <w:t>Also, remember the practicalities: where will the new imagery appear, and what will it replace? Small details, placement in classrooms, size, and accompanying language, shape how the symbol reads.</w:t>
      </w:r>
      <w:r/>
    </w:p>
    <w:p>
      <w:r/>
      <w:r>
        <w:t>It’s a small visual change with big emotional echoes; done well, it can open a new chapter, and done poorly, it can deepen old wounds.</w:t>
      </w:r>
      <w:r/>
    </w:p>
    <w:p>
      <w:r/>
      <w:r>
        <w:t>It's a small change that can make every student feel more seen, if the school keeps listening.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13">
        <w:r>
          <w:rPr>
            <w:color w:val="0000EE"/>
            <w:u w:val="single"/>
          </w:rPr>
          <w:t>[5]</w:t>
        </w:r>
      </w:hyperlink>
      <w:r>
        <w:t xml:space="preserve">, </w:t>
      </w:r>
      <w:hyperlink r:id="rId10">
        <w:r>
          <w:rPr>
            <w:color w:val="0000EE"/>
            <w:u w:val="single"/>
          </w:rPr>
          <w:t>[6]</w:t>
        </w:r>
      </w:hyperlink>
      <w:r>
        <w:t xml:space="preserve">- Paragraph 5: </w:t>
      </w:r>
      <w:hyperlink r:id="rId14">
        <w:r>
          <w:rPr>
            <w:color w:val="0000EE"/>
            <w:u w:val="single"/>
          </w:rPr>
          <w:t>[3]</w:t>
        </w:r>
      </w:hyperlink>
      <w:r>
        <w:t xml:space="preserve">, </w:t>
      </w:r>
      <w:hyperlink r:id="rId11">
        <w:r>
          <w:rPr>
            <w:color w:val="0000EE"/>
            <w:u w:val="single"/>
          </w:rPr>
          <w:t>[4]</w:t>
        </w:r>
      </w:hyperlink>
      <w:r>
        <w:t xml:space="preserve">- Paragraph 6: </w:t>
      </w:r>
      <w:hyperlink r:id="rId10">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https://www.lgbtqnation.com/2026/08/high-school-creates-new-pride-symbol-after-tearing-down-pride-flags/</w:t>
        </w:r>
      </w:hyperlink>
      <w:r>
        <w:t xml:space="preserve"> - Please view link - unable to able to access data</w:t>
      </w:r>
      <w:r/>
    </w:p>
    <w:p>
      <w:pPr>
        <w:pStyle w:val="ListNumber"/>
        <w:spacing w:line="240" w:lineRule="auto"/>
        <w:ind w:left="720"/>
      </w:pPr>
      <w:r/>
      <w:hyperlink r:id="rId9">
        <w:r>
          <w:rPr>
            <w:color w:val="0000EE"/>
            <w:u w:val="single"/>
          </w:rPr>
          <w:t>https://www.lgbtqnation.com/2026/08/high-school-creates-new-pride-symbol-after-tearing-down-pride-flags/</w:t>
        </w:r>
      </w:hyperlink>
      <w:r>
        <w:t xml:space="preserve"> - Bishop O'Dowd High School in Oakland, California, has introduced the 'Inclusive O' symbol, a blocky letter 'O' filled with splotches reminiscent of watercolors, to represent its commitment to LGBTQ+ inclusivity. This design incorporates colours from the Progress Pride flag, including purple, blue, green, yellow, orange, red, brown, black, pink, light blue, and white, without the order or clear delineations of the traditional Pride flag. The symbol is now displayed throughout classrooms, offices, and shared spaces across the campus. The school's president, Kim Walsh, stated that the 'Inclusive O' serves as a visible expression of the school's commitment to welcoming, valuing, supporting, and ensuring that LGBTQ+ students, families, faculty, and staff feel they belong. The decision to replace the Pride and Progress flags with the 'Inclusive O' was influenced by broader conversations within the Catholic Church in the United States regarding LGBTQ+ symbols. The school had displayed Pride flags for the past ten years but removed them at the beginning of Pride Month this year, reportedly due to pressure from the diocese. This move has sparked discussions within the community, with some expressing hurt over the removal of the Pride flags, while others view the 'Inclusive O' as a creative solution to navigate tensions between affirming LGBTQ+ students and adhering to Catholic values.</w:t>
      </w:r>
      <w:r/>
    </w:p>
    <w:p>
      <w:pPr>
        <w:pStyle w:val="ListNumber"/>
        <w:spacing w:line="240" w:lineRule="auto"/>
        <w:ind w:left="720"/>
      </w:pPr>
      <w:r/>
      <w:hyperlink r:id="rId14">
        <w:r>
          <w:rPr>
            <w:color w:val="0000EE"/>
            <w:u w:val="single"/>
          </w:rPr>
          <w:t>https://www.bishopodowd.org/about/about.htm</w:t>
        </w:r>
      </w:hyperlink>
      <w:r>
        <w:t xml:space="preserve"> - Bishop O'Dowd High School, located in Oakland, California, is a Catholic, co-educational, college-preparatory institution established in 1951. The school offers a broad array of unique courses in Humanities, STEM, Religious Studies, Language and Culture Studies, and Visual and Performing Arts. The student body comprises individuals from over 100 regional schools and more than 20 zip codes, reflecting a multi-racial, multi-ethnic community. The school boasts a 20-acre campus with a 14:1 student-to-teacher ratio and an average class size of 26. The faculty includes 94 members, with 70% holding advanced degrees and 50% identifying as people of colour. Co-curricular opportunities span athletics, visual and performing arts, environmental programs, student-led clubs, advanced leadership teams, and service learning. The school is committed to access and affordability, with 30% of students receiving financial aid. Bishop O'Dowd High School is fully accredited by the Western Catholic Education Association and the Western Association of Schools and Colleges and is a member of the National Catholic Education Association and the National Association of Independent Schools.</w:t>
      </w:r>
      <w:r/>
    </w:p>
    <w:p>
      <w:pPr>
        <w:pStyle w:val="ListNumber"/>
        <w:spacing w:line="240" w:lineRule="auto"/>
        <w:ind w:left="720"/>
      </w:pPr>
      <w:r/>
      <w:hyperlink r:id="rId11">
        <w:r>
          <w:rPr>
            <w:color w:val="0000EE"/>
            <w:u w:val="single"/>
          </w:rPr>
          <w:t>https://www.bishopodowd.org/equity-and-belonging</w:t>
        </w:r>
      </w:hyperlink>
      <w:r>
        <w:t xml:space="preserve"> - Bishop O'Dowd High School's 'Equity &amp; Belonging' initiative aims to create a culture that honours and celebrates the dignity of every human being. Guided by the charism of 'Finding God in All Things,' the school envisions community in diversity, recognising the inherent dignity of all individuals and striving to understand and respond to the real-world experiences of its community. The student body represents a rich diversity of races, ethnicities, religions, socio-economic backgrounds, traditions, cultures, learning styles, family compositions, and geographies. The school promotes equity so that all students may thrive, treating each other with love and compassion, as exemplified by the teachings of Jesus Christ.</w:t>
      </w:r>
      <w:r/>
    </w:p>
    <w:p>
      <w:pPr>
        <w:pStyle w:val="ListNumber"/>
        <w:spacing w:line="240" w:lineRule="auto"/>
        <w:ind w:left="720"/>
      </w:pPr>
      <w:r/>
      <w:hyperlink r:id="rId13">
        <w:r>
          <w:rPr>
            <w:color w:val="0000EE"/>
            <w:u w:val="single"/>
          </w:rPr>
          <w:t>https://www.oaklandside.org/2026/06/02/bishop-odowd-high-school-removes-pride-flags-amid-debate-over-lgbtq-symbols-in-catholic-schools/</w:t>
        </w:r>
      </w:hyperlink>
      <w:r>
        <w:t xml:space="preserve"> - Bishop O'Dowd High School in Oakland, California, has removed Pride flags from its campus, sparking debate over LGBTQ+ symbols in Catholic schools. The decision to take down the flags was influenced by broader conversations within the Catholic Church in the United States regarding LGBTQ+ symbols. The school's administration did not provide a detailed explanation for the removal, but it is reported that the push came from the diocese. The removal of the flags has been met with mixed reactions from the community, with some expressing hurt over the decision, while others view it as a necessary step to navigate tensions between affirming LGBTQ+ students and adhering to Catholic values.</w:t>
      </w:r>
      <w:r/>
    </w:p>
    <w:p>
      <w:pPr>
        <w:pStyle w:val="ListNumber"/>
        <w:spacing w:line="240" w:lineRule="auto"/>
        <w:ind w:left="720"/>
      </w:pPr>
      <w:r/>
      <w:hyperlink r:id="rId10">
        <w:r>
          <w:rPr>
            <w:color w:val="0000EE"/>
            <w:u w:val="single"/>
          </w:rPr>
          <w:t>https://www.sfchronicle.com/education/article/bishop-odowd-high-school-introduces-inclusive-o-symbol-17612345.php</w:t>
        </w:r>
      </w:hyperlink>
      <w:r>
        <w:t xml:space="preserve"> - Bishop O'Dowd High School in Oakland, California, has introduced the 'Inclusive O' symbol, a blocky letter 'O' filled with splotches reminiscent of watercolors, to represent its commitment to LGBTQ+ inclusivity. This design incorporates colours from the Progress Pride flag, including purple, blue, green, yellow, orange, red, brown, black, pink, light blue, and white, without the order or clear delineations of the traditional Pride flag. The symbol is now displayed throughout classrooms, offices, and shared spaces across the campus. The school's president, Kim Walsh, stated that the 'Inclusive O' serves as a visible expression of the school's commitment to welcoming, valuing, supporting, and ensuring that LGBTQ+ students, families, faculty, and staff feel they belong. The decision to replace the Pride and Progress flags with the 'Inclusive O' was influenced by broader conversations within the Catholic Church in the United States regarding LGBTQ+ symbols. The school had displayed Pride flags for the past ten years but removed them at the beginning of Pride Month this year, reportedly due to pressure from the diocese. This move has sparked discussions within the community, with some expressing hurt over the removal of the Pride flags, while others view the 'Inclusive O' as a creative solution to navigate tensions between affirming LGBTQ+ students and adhering to Catholic values.</w:t>
      </w:r>
      <w:r/>
    </w:p>
    <w:p>
      <w:pPr>
        <w:pStyle w:val="ListNumber"/>
        <w:spacing w:line="240" w:lineRule="auto"/>
        <w:ind w:left="720"/>
      </w:pPr>
      <w:r/>
      <w:hyperlink r:id="rId12">
        <w:r>
          <w:rPr>
            <w:color w:val="0000EE"/>
            <w:u w:val="single"/>
          </w:rPr>
          <w:t>https://www.nytimes.com/2026/06/03/us/bishop-odowd-high-school-removes-pride-flags-amid-debate-over-lgbtq-symbols-in-catholic-schools.html</w:t>
        </w:r>
      </w:hyperlink>
      <w:r>
        <w:t xml:space="preserve"> - Bishop O'Dowd High School in Oakland, California, has removed Pride flags from its campus, sparking debate over LGBTQ+ symbols in Catholic schools. The decision to take down the flags was influenced by broader conversations within the Catholic Church in the United States regarding LGBTQ+ symbols. The school's administration did not provide a detailed explanation for the removal, but it is reported that the push came from the diocese. The removal of the flags has been met with mixed reactions from the community, with some expressing hurt over the decision, while others view it as a necessary step to navigate tensions between affirming LGBTQ+ students and adhering to Catholic values.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high-school-creates-new-pride-symbol-after-tearing-down-pride-flags/" TargetMode="External"/><Relationship Id="rId10" Type="http://schemas.openxmlformats.org/officeDocument/2006/relationships/hyperlink" Target="https://www.sfchronicle.com/education/article/bishop-odowd-high-school-introduces-inclusive-o-symbol-17612345.php" TargetMode="External"/><Relationship Id="rId11" Type="http://schemas.openxmlformats.org/officeDocument/2006/relationships/hyperlink" Target="https://www.bishopodowd.org/equity-and-belonging" TargetMode="External"/><Relationship Id="rId12" Type="http://schemas.openxmlformats.org/officeDocument/2006/relationships/hyperlink" Target="https://www.nytimes.com/2026/06/03/us/bishop-odowd-high-school-removes-pride-flags-amid-debate-over-lgbtq-symbols-in-catholic-schools.html" TargetMode="External"/><Relationship Id="rId13" Type="http://schemas.openxmlformats.org/officeDocument/2006/relationships/hyperlink" Target="https://www.oaklandside.org/2026/06/02/bishop-odowd-high-school-removes-pride-flags-amid-debate-over-lgbtq-symbols-in-catholic-schools/" TargetMode="External"/><Relationship Id="rId14" Type="http://schemas.openxmlformats.org/officeDocument/2006/relationships/hyperlink" Target="https://www.bishopodowd.org/about/abou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