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Guide to Heteroflexible: Why More People Choose This Sexual Identity</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Notice a new label popping up in conversations and dating profiles? Shoppers of language and seekers of connection are turning to “heteroflexible” as a handy, honest way to describe mostly-straight attraction with occasional same-sex curiosity , a trend reshaping how people talk about desire across cities and apps.</w:t>
      </w:r>
      <w:r/>
    </w:p>
    <w:p>
      <w:r/>
      <w:r>
        <w:t>Essential Takeaways</w:t>
      </w:r>
      <w:r/>
      <w:r/>
    </w:p>
    <w:p>
      <w:pPr>
        <w:pStyle w:val="ListBullet"/>
        <w:spacing w:line="240" w:lineRule="auto"/>
        <w:ind w:left="720"/>
      </w:pPr>
      <w:r/>
      <w:r>
        <w:rPr>
          <w:b/>
        </w:rPr>
        <w:t>Growing fast:</w:t>
      </w:r>
      <w:r>
        <w:t xml:space="preserve"> Heteroflexible registration on dating platforms surged, with Feeld reporting large year-on-year increases and notable uptake in the UK. </w:t>
      </w:r>
      <w:r/>
    </w:p>
    <w:p>
      <w:pPr>
        <w:pStyle w:val="ListBullet"/>
        <w:spacing w:line="240" w:lineRule="auto"/>
        <w:ind w:left="720"/>
      </w:pPr>
      <w:r/>
      <w:r>
        <w:rPr>
          <w:b/>
        </w:rPr>
        <w:t>Mostly-straight, with wiggle room:</w:t>
      </w:r>
      <w:r>
        <w:t xml:space="preserve"> The term describes a core heterosexual orientation alongside occasional same-sex attraction or experiences; it’s flexible rather than fully bi-identified. </w:t>
      </w:r>
      <w:r/>
    </w:p>
    <w:p>
      <w:pPr>
        <w:pStyle w:val="ListBullet"/>
        <w:spacing w:line="240" w:lineRule="auto"/>
        <w:ind w:left="720"/>
      </w:pPr>
      <w:r/>
      <w:r>
        <w:rPr>
          <w:b/>
        </w:rPr>
        <w:t>Demographic tilt:</w:t>
      </w:r>
      <w:r>
        <w:t xml:space="preserve"> Millennials account for a large share of people using the label, and uptake varies by city and culture. </w:t>
      </w:r>
      <w:r/>
    </w:p>
    <w:p>
      <w:pPr>
        <w:pStyle w:val="ListBullet"/>
        <w:spacing w:line="240" w:lineRule="auto"/>
        <w:ind w:left="720"/>
      </w:pPr>
      <w:r/>
      <w:r>
        <w:rPr>
          <w:b/>
        </w:rPr>
        <w:t>Practical label:</w:t>
      </w:r>
      <w:r>
        <w:t xml:space="preserve"> People choose it for nuance , it can signal curiosity, past experience, or openness without a full identity shift. </w:t>
      </w:r>
      <w:r/>
    </w:p>
    <w:p>
      <w:pPr>
        <w:pStyle w:val="ListBullet"/>
        <w:spacing w:line="240" w:lineRule="auto"/>
        <w:ind w:left="720"/>
      </w:pPr>
      <w:r/>
      <w:r>
        <w:rPr>
          <w:b/>
        </w:rPr>
        <w:t>Not without debate:</w:t>
      </w:r>
      <w:r>
        <w:t xml:space="preserve"> Some LGBTQ+ communities worry it could blur recognition for bisexual and pansexual identities; others see it as part of healthy sexual language evolution.</w:t>
      </w:r>
      <w:r/>
      <w:r/>
    </w:p>
    <w:p>
      <w:pPr>
        <w:pStyle w:val="Heading2"/>
      </w:pPr>
      <w:r>
        <w:t>What heteroflexible actually means , a clear definition with everyday examples</w:t>
      </w:r>
      <w:r/>
    </w:p>
    <w:p>
      <w:r/>
      <w:r>
        <w:t>At heart, heteroflexible signals a primarily straight orientation that allows for occasional same-sex attraction or encounters, and it usually carries a relaxed, exploratory tone. Healthline and WebMD have both run accessible primers explaining it as distinct from bisexuality or pansexuality, emphasising that it’s about flexibility rather than an across-the-board identity change. Think of someone who dates men mostly but once had a meaningful same-sex encounter and now uses a label that fits that nuance , it’s precise without being rigid. If you’re deciding whether the word fits you, reflect on whether same-sex attraction is occasional and context-driven, rather than a steady pattern.</w:t>
      </w:r>
      <w:r/>
    </w:p>
    <w:p>
      <w:pPr>
        <w:pStyle w:val="Heading2"/>
      </w:pPr>
      <w:r>
        <w:t>Why the label is catching on so quickly</w:t>
      </w:r>
      <w:r/>
    </w:p>
    <w:p>
      <w:r/>
      <w:r>
        <w:t>Dating apps and social media accelerate language change, and platforms that cater to nontraditional connections help labels spread fast. Feeld’s Raw 2025 report flagged heteroflexible as one of the fastest-growing sexual identities, with big percentage climbs in the UK and sizable usage in the US. Vice explored how the term jumped from niche online corners into mainstream conversation over the last year, noting that people like words that map closely to lived experience. In short, when a label helps people explain themselves without long conversations, it gets used , quickly.</w:t>
      </w:r>
      <w:r/>
    </w:p>
    <w:p>
      <w:pPr>
        <w:pStyle w:val="Heading2"/>
      </w:pPr>
      <w:r>
        <w:t>Who’s using the label , generational and geographic patterns</w:t>
      </w:r>
      <w:r/>
    </w:p>
    <w:p>
      <w:r/>
      <w:r>
        <w:t>Usage skews millennial, according to Feeld data, though you’ll find heteroflexible people across ages. Cities with thriving queer scenes or liberal social atmospheres, such as Berlin, show higher rates, while other urban hubs show growth in related labels like bisexual. That spread reflects both cultural openness and the influence of local communities and apps; where curiosity and anonymity are easier, people try new words on for size. If you’re in a place with active dating scenes, expect to see the term more often on profiles and in conversation.</w:t>
      </w:r>
      <w:r/>
    </w:p>
    <w:p>
      <w:pPr>
        <w:pStyle w:val="Heading2"/>
      </w:pPr>
      <w:r>
        <w:t>The debate: nuance versus erasure</w:t>
      </w:r>
      <w:r/>
    </w:p>
    <w:p>
      <w:r/>
      <w:r>
        <w:t>Not everyone welcomes new labels uncritically. Some bisexual and pansexual advocates worry heteroflexible could make their identities seem less stable or important, especially if it becomes a catch-all for people unwilling to adopt older, politicised terms. Articles in outlets like MindBodyGreen and commentary cited by Merriam‑Webster on evolving slang highlight that language change can both empower and confuse. A good rule of thumb: listen to how people use their own labels and respect those who see bisexuality or pansexuality as distinct and enduring.</w:t>
      </w:r>
      <w:r/>
    </w:p>
    <w:p>
      <w:pPr>
        <w:pStyle w:val="Heading2"/>
      </w:pPr>
      <w:r>
        <w:t>How to use the term thoughtfully , practical tips</w:t>
      </w:r>
      <w:r/>
    </w:p>
    <w:p>
      <w:r/>
      <w:r>
        <w:t>If you’re considering heteroflexible as your descriptor, be honest about what you mean and be prepared to explain it briefly: does it signal curiosity, past experience, or an ongoing openness? On dating apps, choose a label that matches how you want to be perceived , it helps set expectations and reduces awkwardness. And if someone else uses the term, take it at face value rather than assuming a particular history. Health guidance and relationship writing recommend communication first: words are useful, but conversations are better.</w:t>
      </w:r>
      <w:r/>
    </w:p>
    <w:p>
      <w:r/>
      <w:r>
        <w:t>It's a small linguistic shift with social resonance , choose the word that fits and be ready to explain why.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[6]</w:t>
        </w:r>
      </w:hyperlink>
      <w:r>
        <w:t xml:space="preserve">- Paragraph 3: </w:t>
      </w:r>
      <w:hyperlink r:id="rId12">
        <w:r>
          <w:rPr>
            <w:color w:val="0000EE"/>
            <w:u w:val="single"/>
          </w:rPr>
          <w:t>[3]</w:t>
        </w:r>
      </w:hyperlink>
      <w:r>
        <w:t xml:space="preserve">, </w:t>
      </w:r>
      <w:hyperlink r:id="rId10">
        <w:r>
          <w:rPr>
            <w:color w:val="0000EE"/>
            <w:u w:val="single"/>
          </w:rPr>
          <w:t>[2]</w:t>
        </w:r>
      </w:hyperlink>
      <w:r>
        <w:t xml:space="preserve">- Paragraph 4: </w:t>
      </w:r>
      <w:hyperlink r:id="rId14">
        <w:r>
          <w:rPr>
            <w:color w:val="0000EE"/>
            <w:u w:val="single"/>
          </w:rPr>
          <w:t>[7]</w:t>
        </w:r>
      </w:hyperlink>
      <w:r>
        <w:t xml:space="preserve">, </w:t>
      </w:r>
      <w:hyperlink r:id="rId15">
        <w:r>
          <w:rPr>
            <w:color w:val="0000EE"/>
            <w:u w:val="single"/>
          </w:rPr>
          <w:t>[5]</w:t>
        </w:r>
      </w:hyperlink>
      <w:r>
        <w:t xml:space="preserve">- Paragraph 5: </w:t>
      </w:r>
      <w:hyperlink r:id="rId13">
        <w:r>
          <w:rPr>
            <w:color w:val="0000EE"/>
            <w:u w:val="single"/>
          </w:rPr>
          <w:t>[6]</w:t>
        </w:r>
      </w:hyperlink>
      <w:r>
        <w:t xml:space="preserve">, </w:t>
      </w:r>
      <w:hyperlink r:id="rId11">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https://endtimeheadlines.org/2026/08/heteroflexible-has-become-the-sexual-identity-more-people-are-choosing/</w:t>
        </w:r>
      </w:hyperlink>
      <w:r>
        <w:t xml:space="preserve"> - Please view link - unable to able to access data</w:t>
      </w:r>
      <w:r/>
    </w:p>
    <w:p>
      <w:pPr>
        <w:pStyle w:val="ListNumber"/>
        <w:spacing w:line="240" w:lineRule="auto"/>
        <w:ind w:left="720"/>
      </w:pPr>
      <w:r/>
      <w:hyperlink r:id="rId10">
        <w:r>
          <w:rPr>
            <w:color w:val="0000EE"/>
            <w:u w:val="single"/>
          </w:rPr>
          <w:t>https://www.vice.com/en/article/heteroflexible-explained-the-sexual-identity-more-people-are-choosing/</w:t>
        </w:r>
      </w:hyperlink>
      <w:r>
        <w:t xml:space="preserve"> - An article from VICE explores the rise of the term 'heteroflexible' in discussions of sexuality. It defines 'heteroflexible' as individuals who identify as primarily heterosexual but are open to occasional sexual or romantic experiences with someone of the same sex. The piece highlights data from Feeld's 2025 Raw Report, noting a 193% increase in heteroflexibility in the UK over the past year and estimates that approximately 15% of the U.S. population now identifies this way. The article also discusses the trend's popularity among millennials and its emergence in cities like Berlin and New York City.</w:t>
      </w:r>
      <w:r/>
    </w:p>
    <w:p>
      <w:pPr>
        <w:pStyle w:val="ListNumber"/>
        <w:spacing w:line="240" w:lineRule="auto"/>
        <w:ind w:left="720"/>
      </w:pPr>
      <w:r/>
      <w:hyperlink r:id="rId12">
        <w:r>
          <w:rPr>
            <w:color w:val="0000EE"/>
            <w:u w:val="single"/>
          </w:rPr>
          <w:t>https://feeld.co/press/releases/feeld-raw-2025</w:t>
        </w:r>
      </w:hyperlink>
      <w:r>
        <w:t xml:space="preserve"> - Feeld's 2025 Raw Report presents data on the transformations, desires, identities, and connections that shaped modern intimacy over the year. The report reveals a dramatic surge in sexual fluidity, with heteroflexibility growing 193% as the fastest-growing sexuality on the app. It also highlights a 200% increase in pegging as an interest among cis men, underscoring a cultural shift where once-taboo sexual practices and fringe relationship dynamics are moving into the mainstream.</w:t>
      </w:r>
      <w:r/>
    </w:p>
    <w:p>
      <w:pPr>
        <w:pStyle w:val="ListNumber"/>
        <w:spacing w:line="240" w:lineRule="auto"/>
        <w:ind w:left="720"/>
      </w:pPr>
      <w:r/>
      <w:hyperlink r:id="rId11">
        <w:r>
          <w:rPr>
            <w:color w:val="0000EE"/>
            <w:u w:val="single"/>
          </w:rPr>
          <w:t>https://www.healthline.com/health/heteroflexible</w:t>
        </w:r>
      </w:hyperlink>
      <w:r>
        <w:t xml:space="preserve"> - Healthline provides an overview of the term 'heteroflexible,' describing it as someone who is mostly straight but occasionally finds themselves attracted to people of the same gender. The article discusses the origin of the term, its common characteristics, and how it differs from bisexuality. It also addresses the underlying contention and why some individuals choose to use the term, emphasizing that labels are descriptive and can vary based on personal experiences.</w:t>
      </w:r>
      <w:r/>
    </w:p>
    <w:p>
      <w:pPr>
        <w:pStyle w:val="ListNumber"/>
        <w:spacing w:line="240" w:lineRule="auto"/>
        <w:ind w:left="720"/>
      </w:pPr>
      <w:r/>
      <w:hyperlink r:id="rId15">
        <w:r>
          <w:rPr>
            <w:color w:val="0000EE"/>
            <w:u w:val="single"/>
          </w:rPr>
          <w:t>https://www.merriam-webster.com/wordplay/homoflexible-heteroflexible-meaning-slang-definition</w:t>
        </w:r>
      </w:hyperlink>
      <w:r>
        <w:t xml:space="preserve"> - Merriam-Webster defines 'heteroflexible' as someone who is predominantly heterosexual but sometimes sexually attracted to the same sex. The article traces the origins of the term, noting that it emerged in the early 2000s. It also provides examples of usage, illustrating how the term is applied in various contexts to describe individuals with a primarily heterosexual orientation who are open to same-sex experiences.</w:t>
      </w:r>
      <w:r/>
    </w:p>
    <w:p>
      <w:pPr>
        <w:pStyle w:val="ListNumber"/>
        <w:spacing w:line="240" w:lineRule="auto"/>
        <w:ind w:left="720"/>
      </w:pPr>
      <w:r/>
      <w:hyperlink r:id="rId13">
        <w:r>
          <w:rPr>
            <w:color w:val="0000EE"/>
            <w:u w:val="single"/>
          </w:rPr>
          <w:t>https://www.webmd.com/sex/what-does-homoflexible-or-heteroflexible-mean</w:t>
        </w:r>
      </w:hyperlink>
      <w:r>
        <w:t xml:space="preserve"> - WebMD explains that 'heteroflexible' refers to individuals who primarily identify as heterosexual but are sometimes attracted to the same sex. The article discusses the differences between bisexuality and heteroflexibility, noting that while both involve attraction to multiple genders, heteroflexibility is characterized by a predominantly heterosexual orientation with occasional same-sex attraction. It also addresses myths and misconceptions about the term and offers guidance on understanding and respecting this sexual identity.</w:t>
      </w:r>
      <w:r/>
    </w:p>
    <w:p>
      <w:pPr>
        <w:pStyle w:val="ListNumber"/>
        <w:spacing w:line="240" w:lineRule="auto"/>
        <w:ind w:left="720"/>
      </w:pPr>
      <w:r/>
      <w:hyperlink r:id="rId14">
        <w:r>
          <w:rPr>
            <w:color w:val="0000EE"/>
            <w:u w:val="single"/>
          </w:rPr>
          <w:t>https://www.mindbodygreen.com/articles/heteroflexible-meaning</w:t>
        </w:r>
      </w:hyperlink>
      <w:r>
        <w:t xml:space="preserve"> - Mindbodygreen explores the meaning of 'heteroflexible,' describing it as individuals who are mostly attracted to the opposite gender but are also open to same-gender experiences. The article discusses the subjectivity of the term, noting that there's no single way to be heteroflexible. It also highlights that up to 15% of the U.S. population may identify as heteroflexible, according to a 2020 study, and provides insights into how individuals can determine if this label applies to them.</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endtimeheadlines.org/2026/08/heteroflexible-has-become-the-sexual-identity-more-people-are-choosing/" TargetMode="External"/><Relationship Id="rId10" Type="http://schemas.openxmlformats.org/officeDocument/2006/relationships/hyperlink" Target="https://www.vice.com/en/article/heteroflexible-explained-the-sexual-identity-more-people-are-choosing/" TargetMode="External"/><Relationship Id="rId11" Type="http://schemas.openxmlformats.org/officeDocument/2006/relationships/hyperlink" Target="https://www.healthline.com/health/heteroflexible" TargetMode="External"/><Relationship Id="rId12" Type="http://schemas.openxmlformats.org/officeDocument/2006/relationships/hyperlink" Target="https://feeld.co/press/releases/feeld-raw-2025" TargetMode="External"/><Relationship Id="rId13" Type="http://schemas.openxmlformats.org/officeDocument/2006/relationships/hyperlink" Target="https://www.webmd.com/sex/what-does-homoflexible-or-heteroflexible-mean" TargetMode="External"/><Relationship Id="rId14" Type="http://schemas.openxmlformats.org/officeDocument/2006/relationships/hyperlink" Target="https://www.mindbodygreen.com/articles/heteroflexible-meaning" TargetMode="External"/><Relationship Id="rId15" Type="http://schemas.openxmlformats.org/officeDocument/2006/relationships/hyperlink" Target="https://www.merriam-webster.com/wordplay/homoflexible-heteroflexible-meaning-slang-defini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