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Celebs Who’ve Shared Their Top, Bottom or Vers Preference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readers and curious fans are tuning in as a handful of LGBTQ+ celebrities candidly discuss whether they prefer to be a top, bottom or vers, bringing frank, human conversation about sex, identity and consent into the spotlight and helping normalise nuance for curious fans everywhere.</w:t>
      </w:r>
      <w:r/>
    </w:p>
    <w:p>
      <w:r/>
      <w:r>
        <w:t>Essential Takeaways</w:t>
      </w:r>
      <w:r/>
      <w:r/>
    </w:p>
    <w:p>
      <w:pPr>
        <w:pStyle w:val="ListBullet"/>
        <w:spacing w:line="240" w:lineRule="auto"/>
        <w:ind w:left="720"/>
      </w:pPr>
      <w:r/>
      <w:r>
        <w:rPr>
          <w:b/>
        </w:rPr>
        <w:t>Celebs have spoken openly:</w:t>
      </w:r>
      <w:r>
        <w:t xml:space="preserve"> Several well-known queer and gay public figures have publicly named their sexual position preferences, sparking conversation.</w:t>
      </w:r>
      <w:r/>
    </w:p>
    <w:p>
      <w:pPr>
        <w:pStyle w:val="ListBullet"/>
        <w:spacing w:line="240" w:lineRule="auto"/>
        <w:ind w:left="720"/>
      </w:pPr>
      <w:r/>
      <w:r>
        <w:rPr>
          <w:b/>
        </w:rPr>
        <w:t>Definitions matter:</w:t>
      </w:r>
      <w:r>
        <w:t xml:space="preserve"> A top generally leads or penetrates, a bottom receives, and a vers enjoys both roles; a “side” is someone who avoids anal sex.</w:t>
      </w:r>
      <w:r/>
    </w:p>
    <w:p>
      <w:pPr>
        <w:pStyle w:val="ListBullet"/>
        <w:spacing w:line="240" w:lineRule="auto"/>
        <w:ind w:left="720"/>
      </w:pPr>
      <w:r/>
      <w:r>
        <w:rPr>
          <w:b/>
        </w:rPr>
        <w:t>It’s personal and fluid:</w:t>
      </w:r>
      <w:r>
        <w:t xml:space="preserve"> Many stars stress that preferences can change over time or depend on context and partner chemistry.</w:t>
      </w:r>
      <w:r/>
    </w:p>
    <w:p>
      <w:pPr>
        <w:pStyle w:val="ListBullet"/>
        <w:spacing w:line="240" w:lineRule="auto"/>
        <w:ind w:left="720"/>
      </w:pPr>
      <w:r/>
      <w:r>
        <w:rPr>
          <w:b/>
        </w:rPr>
        <w:t>Conversation helps destigmatise:</w:t>
      </w:r>
      <w:r>
        <w:t xml:space="preserve"> Public discussion from visible figures makes space for clearer consent, safer practices and less shame.</w:t>
      </w:r>
      <w:r/>
    </w:p>
    <w:p>
      <w:pPr>
        <w:pStyle w:val="ListBullet"/>
        <w:spacing w:line="240" w:lineRule="auto"/>
        <w:ind w:left="720"/>
      </w:pPr>
      <w:r/>
      <w:r>
        <w:rPr>
          <w:b/>
        </w:rPr>
        <w:t>Practical tip:</w:t>
      </w:r>
      <w:r>
        <w:t xml:space="preserve"> If you’re curious about someone’s preference, treat it like any private detail, ask respectfully and expect boundaries.</w:t>
      </w:r>
      <w:r/>
      <w:r/>
    </w:p>
    <w:p>
      <w:pPr>
        <w:pStyle w:val="Heading2"/>
      </w:pPr>
      <w:r>
        <w:t>Why celebrities talking about sex preferences matters</w:t>
      </w:r>
      <w:r/>
    </w:p>
    <w:p>
      <w:r/>
      <w:r>
        <w:t>When public figures talk frankly about their sexual preferences it feels a bit like overhearing an honest chat among friends, direct, human and slightly saucy. According to entertainment outlets covering these conversations, celebrities from pop stars to comedians have used interviews and social media to name themselves as tops, bottoms or vers. That openness chips away at stigma and nudges public discussion toward consent, communication and pleasure rather than secrecy.</w:t>
      </w:r>
      <w:r/>
    </w:p>
    <w:p>
      <w:r/>
      <w:r>
        <w:t>This isn’t just clickbait; it’s cultural signalling. Fans absorb the idea that sexuality is varied and that private preferences don’t erase dignity or professionalism. As a reader, it’s a reminder: what someone shares is their story, not an invitation for invasive speculation.</w:t>
      </w:r>
      <w:r/>
    </w:p>
    <w:p>
      <w:pPr>
        <w:pStyle w:val="Heading2"/>
      </w:pPr>
      <w:r>
        <w:t>How the terms top, bottom, vers and side actually work</w:t>
      </w:r>
      <w:r/>
    </w:p>
    <w:p>
      <w:r/>
      <w:r>
        <w:t>If you’ve ever felt mystified by the jargon, here’s a quick, practical glossary. A “top” usually prefers to be more active or penetrating, a “bottom” enjoys being on the receiving end, and “vers” describes someone comfortable alternating roles. Some people identify as “sides,” which means they don’t enjoy anal sex but take pleasure in other intimate acts. Media pieces that compile celebrity comments often include definitions to help readers follow along.</w:t>
      </w:r>
      <w:r/>
    </w:p>
    <w:p>
      <w:r/>
      <w:r>
        <w:t>These labels are tools, not boxes. People use them to communicate preferences quickly, but many also stress flexibility, preferences can shift with relationships, age and mood. Think of them as conversation starters rather than club memberships.</w:t>
      </w:r>
      <w:r/>
    </w:p>
    <w:p>
      <w:pPr>
        <w:pStyle w:val="Heading2"/>
      </w:pPr>
      <w:r>
        <w:t>What the headlines miss: nuance and context</w:t>
      </w:r>
      <w:r/>
    </w:p>
    <w:p>
      <w:r/>
      <w:r>
        <w:t>Reporting tends to focus on the punchline, who said what, while missing important context. Several sources point out that many celebrities couch their answers in caveats: preferences can be private, situational, or deliberately vague. Interviews reveal the same pattern: a cheeky reveal followed by a note about discretion or the complexity of real relationships.</w:t>
      </w:r>
      <w:r/>
    </w:p>
    <w:p>
      <w:r/>
      <w:r>
        <w:t>That nuance matters because it affects how fans interpret these disclosures. Instead of treating a labelled preference as a hard rule, consider it a snapshot. If you’re dating someone who brings this up, a follow-up question about boundaries and safety will mean more than citing a label.</w:t>
      </w:r>
      <w:r/>
    </w:p>
    <w:p>
      <w:pPr>
        <w:pStyle w:val="Heading2"/>
      </w:pPr>
      <w:r>
        <w:t>Practical advice if you’re curious about someone’s preference</w:t>
      </w:r>
      <w:r/>
    </w:p>
    <w:p>
      <w:r/>
      <w:r>
        <w:t>Curiosity is natural, but etiquette wins out. If you want to know a partner’s preference, ask in a private, relaxed way and be prepared to respect their boundary. Avoid public outing or pressuring someone into a label. If you’re the one sharing, a short, clear line like “I usually prefer X, but I’m open to talking about it” keeps things honest without oversharing.</w:t>
      </w:r>
      <w:r/>
    </w:p>
    <w:p>
      <w:r/>
      <w:r>
        <w:t>Also, think safety: knowing preferences can guide conversations about consent and protection. Whether you’re reading celebrity interviews for fun or using them to inform your own conversations, the takeaways are the same, clear communication beats assumptions every time.</w:t>
      </w:r>
      <w:r/>
    </w:p>
    <w:p>
      <w:pPr>
        <w:pStyle w:val="Heading2"/>
      </w:pPr>
      <w:r>
        <w:t>The bigger picture: why these disclosures shift culture</w:t>
      </w:r>
      <w:r/>
    </w:p>
    <w:p>
      <w:r/>
      <w:r>
        <w:t>When well-known people speak openly about intimate details, it changes what’s normal to talk about. Publications compiling these comments often frame them as both playful and meaningful, and that mix helps destigmatise. Over time, candid but respectful talk from celebrities can make it easier for everyday people to ask questions, seek advice and prioritise consent without shame.</w:t>
      </w:r>
      <w:r/>
    </w:p>
    <w:p>
      <w:r/>
      <w:r>
        <w:t>So yes, a playful reveal on a talk show or in an Instagram caption might make headlines, but it can also nudge public discourse toward healthier conversations about sex, identity and mutual respect.</w:t>
      </w:r>
      <w:r/>
    </w:p>
    <w:p>
      <w:r/>
      <w:r>
        <w:t>It's a small change that can make every conversation a bit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0">
        <w:r>
          <w:rPr>
            <w:color w:val="0000EE"/>
            <w:u w:val="single"/>
          </w:rPr>
          <w:t>[4]</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4">
        <w:r>
          <w:rPr>
            <w:color w:val="0000EE"/>
            <w:u w:val="single"/>
          </w:rPr>
          <w:t>[7]</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https://www.justjared.com/2026/08/17/11-lgbtq-celebs-whove-revealed-their-preferred-position-top-bottom-or-vers/</w:t>
        </w:r>
      </w:hyperlink>
      <w:r>
        <w:t xml:space="preserve"> - Please view link - unable to able to access data</w:t>
      </w:r>
      <w:r/>
    </w:p>
    <w:p>
      <w:pPr>
        <w:pStyle w:val="ListNumber"/>
        <w:spacing w:line="240" w:lineRule="auto"/>
        <w:ind w:left="720"/>
      </w:pPr>
      <w:r/>
      <w:hyperlink r:id="rId9">
        <w:r>
          <w:rPr>
            <w:color w:val="0000EE"/>
            <w:u w:val="single"/>
          </w:rPr>
          <w:t>https://www.justjared.com/2026/08/17/11-lgbtq-celebs-whove-revealed-their-preferred-position-top-bottom-or-vers/</w:t>
        </w:r>
      </w:hyperlink>
      <w:r>
        <w:t xml:space="preserve"> - An article from Just Jared highlighting 11 LGBTQ+ celebrities who have publicly discussed their sexual preferences, including whether they identify as a top, bottom, or versatile. The piece features insights from celebrities such as Andy Cohen, Troye Sivan, Lil Nas X, Nico Tortorella, and others, providing a glimpse into their personal experiences and preferences.</w:t>
      </w:r>
      <w:r/>
    </w:p>
    <w:p>
      <w:pPr>
        <w:pStyle w:val="ListNumber"/>
        <w:spacing w:line="240" w:lineRule="auto"/>
        <w:ind w:left="720"/>
      </w:pPr>
      <w:r/>
      <w:hyperlink r:id="rId11">
        <w:r>
          <w:rPr>
            <w:color w:val="0000EE"/>
            <w:u w:val="single"/>
          </w:rPr>
          <w:t>https://www.justjared.com/2025/12/26/top-or-bottom-11-lgbtq-celebs-whove-revealed-their-preferred-position-2/</w:t>
        </w:r>
      </w:hyperlink>
      <w:r>
        <w:t xml:space="preserve"> - This Just Jared article delves into the sexual preferences of 11 LGBTQ+ celebrities, including Andy Cohen, Troye Sivan, Lil Nas X, Nico Tortorella, and others. It provides direct quotes and insights into their personal experiences, shedding light on their identities as tops, bottoms, or versatile individuals.</w:t>
      </w:r>
      <w:r/>
    </w:p>
    <w:p>
      <w:pPr>
        <w:pStyle w:val="ListNumber"/>
        <w:spacing w:line="240" w:lineRule="auto"/>
        <w:ind w:left="720"/>
      </w:pPr>
      <w:r/>
      <w:hyperlink r:id="rId10">
        <w:r>
          <w:rPr>
            <w:color w:val="0000EE"/>
            <w:u w:val="single"/>
          </w:rPr>
          <w:t>https://www.justjared.com/2023/07/28/10-lgbtq-celebs-whove-revealed-their-preferred-position-top-or-bottom/</w:t>
        </w:r>
      </w:hyperlink>
      <w:r>
        <w:t xml:space="preserve"> - An earlier Just Jared piece focusing on 10 LGBTQ+ celebrities who have openly discussed their sexual preferences, particularly whether they identify as a top or bottom. The article includes statements from celebrities like Troye Sivan and others, offering a candid look into their personal lives.</w:t>
      </w:r>
      <w:r/>
    </w:p>
    <w:p>
      <w:pPr>
        <w:pStyle w:val="ListNumber"/>
        <w:spacing w:line="240" w:lineRule="auto"/>
        <w:ind w:left="720"/>
      </w:pPr>
      <w:r/>
      <w:hyperlink r:id="rId12">
        <w:r>
          <w:rPr>
            <w:color w:val="0000EE"/>
            <w:u w:val="single"/>
          </w:rPr>
          <w:t>https://www.justjared.com/2024/04/10/11-lgbtq-celebs-whove-revealed-their-preferred-position-top-or-bottom-2/</w:t>
        </w:r>
      </w:hyperlink>
      <w:r>
        <w:t xml:space="preserve"> - This Just Jared article features 11 LGBTQ+ celebrities sharing their sexual preferences, including insights from Andy Cohen, Troye Sivan, Lil Nas X, Nico Tortorella, and others. The piece provides direct quotes and personal experiences, highlighting the diversity of sexual identities within the LGBTQ+ community.</w:t>
      </w:r>
      <w:r/>
    </w:p>
    <w:p>
      <w:pPr>
        <w:pStyle w:val="ListNumber"/>
        <w:spacing w:line="240" w:lineRule="auto"/>
        <w:ind w:left="720"/>
      </w:pPr>
      <w:r/>
      <w:hyperlink r:id="rId13">
        <w:r>
          <w:rPr>
            <w:color w:val="0000EE"/>
            <w:u w:val="single"/>
          </w:rPr>
          <w:t>https://www.justjared.com/2026/03/19/top-bottom-or-vers-11-lgbtq-celebs-whove-revealed-their-preferred-position/2/</w:t>
        </w:r>
      </w:hyperlink>
      <w:r>
        <w:t xml:space="preserve"> - A Just Jared article presenting the sexual preferences of 11 LGBTQ+ celebrities, including Andy Cohen, Troye Sivan, Lil Nas X, Nico Tortorella, and others. The piece offers direct quotes and personal insights, shedding light on their identities as tops, bottoms, or versatile individuals.</w:t>
      </w:r>
      <w:r/>
    </w:p>
    <w:p>
      <w:pPr>
        <w:pStyle w:val="ListNumber"/>
        <w:spacing w:line="240" w:lineRule="auto"/>
        <w:ind w:left="720"/>
      </w:pPr>
      <w:r/>
      <w:hyperlink r:id="rId14">
        <w:r>
          <w:rPr>
            <w:color w:val="0000EE"/>
            <w:u w:val="single"/>
          </w:rPr>
          <w:t>https://www.justjared.com/2025/12/26/top-or-bottom-11-lgbtq-celebs-whove-revealed-their-preferred-position-2/3/</w:t>
        </w:r>
      </w:hyperlink>
      <w:r>
        <w:t xml:space="preserve"> - This Just Jared article provides insights into the sexual preferences of 11 LGBTQ+ celebrities, including Andy Cohen, Troye Sivan, Lil Nas X, Nico Tortorella, and others. The piece includes direct quotes and personal experiences, highlighting the diversity of sexual identities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ustjared.com/2026/08/17/11-lgbtq-celebs-whove-revealed-their-preferred-position-top-bottom-or-vers/" TargetMode="External"/><Relationship Id="rId10" Type="http://schemas.openxmlformats.org/officeDocument/2006/relationships/hyperlink" Target="https://www.justjared.com/2023/07/28/10-lgbtq-celebs-whove-revealed-their-preferred-position-top-or-bottom/" TargetMode="External"/><Relationship Id="rId11" Type="http://schemas.openxmlformats.org/officeDocument/2006/relationships/hyperlink" Target="https://www.justjared.com/2025/12/26/top-or-bottom-11-lgbtq-celebs-whove-revealed-their-preferred-position-2/" TargetMode="External"/><Relationship Id="rId12" Type="http://schemas.openxmlformats.org/officeDocument/2006/relationships/hyperlink" Target="https://www.justjared.com/2024/04/10/11-lgbtq-celebs-whove-revealed-their-preferred-position-top-or-bottom-2/" TargetMode="External"/><Relationship Id="rId13" Type="http://schemas.openxmlformats.org/officeDocument/2006/relationships/hyperlink" Target="https://www.justjared.com/2026/03/19/top-bottom-or-vers-11-lgbtq-celebs-whove-revealed-their-preferred-position/2/" TargetMode="External"/><Relationship Id="rId14" Type="http://schemas.openxmlformats.org/officeDocument/2006/relationships/hyperlink" Target="https://www.justjared.com/2025/12/26/top-or-bottom-11-lgbtq-celebs-whove-revealed-their-preferred-position-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