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Gillian Anderson Interviews on Identity and Ageing: What She’s Revealed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celebrity interviews for honest takes , and Gillian Anderson’s recent chat about secret teenage relationships, fitting in and ageing is resonating. The X-Files star opened up about a hidden same-sex romance at high school in the US, her evolving language around sexuality, and why she’s choosing to embrace getting older.</w:t>
      </w:r>
      <w:r/>
    </w:p>
    <w:p>
      <w:r/>
      <w:r>
        <w:t>Essential Takeaways</w:t>
      </w:r>
      <w:r/>
      <w:r/>
    </w:p>
    <w:p>
      <w:pPr>
        <w:pStyle w:val="ListBullet"/>
        <w:spacing w:line="240" w:lineRule="auto"/>
        <w:ind w:left="720"/>
      </w:pPr>
      <w:r/>
      <w:r>
        <w:rPr>
          <w:b/>
        </w:rPr>
        <w:t>Early secret:</w:t>
      </w:r>
      <w:r>
        <w:t xml:space="preserve"> Gillian Anderson says one of her first relationships was with an older girl at high school and felt "secretive" and "illicit."</w:t>
      </w:r>
      <w:r/>
    </w:p>
    <w:p>
      <w:pPr>
        <w:pStyle w:val="ListBullet"/>
        <w:spacing w:line="240" w:lineRule="auto"/>
        <w:ind w:left="720"/>
      </w:pPr>
      <w:r/>
      <w:r>
        <w:rPr>
          <w:b/>
        </w:rPr>
        <w:t>Identity in flux:</w:t>
      </w:r>
      <w:r>
        <w:t xml:space="preserve"> She didn’t label herself gay then, having had boyfriends, and lacked the language to describe her feelings.</w:t>
      </w:r>
      <w:r/>
    </w:p>
    <w:p>
      <w:pPr>
        <w:pStyle w:val="ListBullet"/>
        <w:spacing w:line="240" w:lineRule="auto"/>
        <w:ind w:left="720"/>
      </w:pPr>
      <w:r/>
      <w:r>
        <w:rPr>
          <w:b/>
        </w:rPr>
        <w:t>Other relationships:</w:t>
      </w:r>
      <w:r>
        <w:t xml:space="preserve"> Anderson has had later relationships with women but didn’t view them as necessarily long term.</w:t>
      </w:r>
      <w:r/>
    </w:p>
    <w:p>
      <w:pPr>
        <w:pStyle w:val="ListBullet"/>
        <w:spacing w:line="240" w:lineRule="auto"/>
        <w:ind w:left="720"/>
      </w:pPr>
      <w:r/>
      <w:r>
        <w:rPr>
          <w:b/>
        </w:rPr>
        <w:t>Fitting in:</w:t>
      </w:r>
      <w:r>
        <w:t xml:space="preserve"> Moving from London to the US at 11 left her feeling both different and deliberately non-conformist , a punk in a conservative town.</w:t>
      </w:r>
      <w:r/>
    </w:p>
    <w:p>
      <w:pPr>
        <w:pStyle w:val="ListBullet"/>
        <w:spacing w:line="240" w:lineRule="auto"/>
        <w:ind w:left="720"/>
      </w:pPr>
      <w:r/>
      <w:r>
        <w:rPr>
          <w:b/>
        </w:rPr>
        <w:t>Ageing outlook:</w:t>
      </w:r>
      <w:r>
        <w:t xml:space="preserve"> Approaching 60, she prefers to "ignore" ageing and criticises narratives that treat it as something to be fixed.</w:t>
      </w:r>
      <w:r/>
      <w:r/>
    </w:p>
    <w:p>
      <w:pPr>
        <w:pStyle w:val="Heading2"/>
      </w:pPr>
      <w:r>
        <w:t>She admitted a teenage same-sex romance , and why it felt hidden</w:t>
      </w:r>
      <w:r/>
    </w:p>
    <w:p>
      <w:r/>
      <w:r>
        <w:t>Gillian Anderson’s confession that one of her earliest romantic experiences was with an older girl in high school lands with a quiet force, partly because of the sensory detail: the furtive, secretive energy of teenage love. According to her interview with The Sunday Times, the relationship felt illicit and had to be hidden, and when a boyfriend discovered it, the relationship ended. That kind of early secrecy is familiar to many who grew up before discussions around sexuality were commonplace, and it helps explain why Anderson says she didn’t have the vocabulary to name what was happening to her.</w:t>
      </w:r>
      <w:r/>
    </w:p>
    <w:p>
      <w:pPr>
        <w:pStyle w:val="Heading2"/>
      </w:pPr>
      <w:r>
        <w:t>Not fitting labels then , and still a complex picture now</w:t>
      </w:r>
      <w:r/>
    </w:p>
    <w:p>
      <w:r/>
      <w:r>
        <w:t>Anderson told the paper she didn’t think of herself as gay at the time, partly because she’d had relationships with men. Later relationships with women, she says, never felt like forever options. This reflects a broader cultural shift: people now have more language and frameworks for fluidity, bisexuality and queer identities than previous generations did. For readers trying to understand their own path, the takeaway is that attraction and identity can be layered, and a single label doesn’t have to tell the whole story.</w:t>
      </w:r>
      <w:r/>
    </w:p>
    <w:p>
      <w:pPr>
        <w:pStyle w:val="Heading2"/>
      </w:pPr>
      <w:r>
        <w:t>The punk who didn’t want to blend in</w:t>
      </w:r>
      <w:r/>
    </w:p>
    <w:p>
      <w:r/>
      <w:r>
        <w:t>There’s a vivid backstory about moving from London to the US at 11 and feeling both exotic and out of place. Anderson describes being treated as a novelty because of her accent, and then deliberately leaning into difference , a nose ring, a mohawk , which made her stand out in a conservative town. That detail underlines how teenage rebellion and identity exploration often go hand in hand; it’s not just about sexuality, but about testing boundaries and trying on selves until something fits.</w:t>
      </w:r>
      <w:r/>
    </w:p>
    <w:p>
      <w:pPr>
        <w:pStyle w:val="Heading2"/>
      </w:pPr>
      <w:r>
        <w:t>Why her comments on ageing matter</w:t>
      </w:r>
      <w:r/>
    </w:p>
    <w:p>
      <w:r/>
      <w:r>
        <w:t>Anderson’s other recent remark, to Grazia, about “ignoring” ageing and rejecting the idea that it must be fixed, lands as refreshingly blunt. She points out that while conversations have evolved, most of the cultural narrative still treats ageing as a problem to solve. For anyone worrying about lines or milestones, her approach , carry on as before, accept what comes , is both mischievous and practical. There are tools to manage ageing, she says, but the bigger shift needed is cultural acceptance of growing older.</w:t>
      </w:r>
      <w:r/>
    </w:p>
    <w:p>
      <w:pPr>
        <w:pStyle w:val="Heading2"/>
      </w:pPr>
      <w:r>
        <w:t>What this means for fans and the conversation around identity</w:t>
      </w:r>
      <w:r/>
    </w:p>
    <w:p>
      <w:r/>
      <w:r>
        <w:t>When a high-profile actor talks candidly about secret relationships and not having the words for their feelings, it does two things: it humanises them, and it nudges public conversation forward. Anderson’s openness will resonate with people who hid parts of themselves, those who shifted labels over time, and those who simply want to get on with life without a spotlight on their age. It’s a reminder that celebrity confessions can be quietly useful , they normalise complexity.</w:t>
      </w:r>
      <w:r/>
    </w:p>
    <w:p>
      <w:r/>
      <w:r>
        <w:t>It's a small change in the celebrity gossip cycle, but it’s one that makes personal stories feel a bit more public and a bit more helpful.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https://www.perthnow.com.au/entertainment/celebrity-gossip/gillian-anderson-hid-secret-same-sex-relationship-c-22735990</w:t>
        </w:r>
      </w:hyperlink>
      <w:r>
        <w:t xml:space="preserve"> - Please view link - unable to able to access data</w:t>
      </w:r>
      <w:r/>
    </w:p>
    <w:p>
      <w:pPr>
        <w:pStyle w:val="ListNumber"/>
        <w:spacing w:line="240" w:lineRule="auto"/>
        <w:ind w:left="720"/>
      </w:pPr>
      <w:r/>
      <w:hyperlink r:id="rId9">
        <w:r>
          <w:rPr>
            <w:color w:val="0000EE"/>
            <w:u w:val="single"/>
          </w:rPr>
          <w:t>https://www.perthnow.com.au/entertainment/celebrity-gossip/gillian-anderson-hid-secret-same-sex-relationship-c-22735990</w:t>
        </w:r>
      </w:hyperlink>
      <w:r>
        <w:t xml:space="preserve"> - Gillian Anderson, renowned for her role in 'The X-Files', disclosed a secret same-sex relationship during her teenage years. She recounted that one of her first relationships was with an older girl in high school, which felt 'secretive and illicit'. Anderson also mentioned that she had other relationships with women but never considered them as potential long-term partnerships. Reflecting on her high school experience after moving from London to the US at age 11, she described herself as a punk in a conservative town, feeling self-conscious and having low self-esteem.</w:t>
      </w:r>
      <w:r/>
    </w:p>
    <w:p>
      <w:pPr>
        <w:pStyle w:val="ListNumber"/>
        <w:spacing w:line="240" w:lineRule="auto"/>
        <w:ind w:left="720"/>
      </w:pPr>
      <w:r/>
      <w:hyperlink r:id="rId11">
        <w:r>
          <w:rPr>
            <w:color w:val="0000EE"/>
            <w:u w:val="single"/>
          </w:rPr>
          <w:t>https://www.emol.com/noticias/magazine/2012/03/14/530802/agente-scully-de-los-x-files-se-declara-bisexual.html</w:t>
        </w:r>
      </w:hyperlink>
      <w:r>
        <w:t xml:space="preserve"> - In a 2012 interview with 'Out' magazine, Gillian Anderson revealed that she had been in a relationship with another girl during her high school years. She described the experience as more than just a passing infatuation, stating it changed her perspective on the world. Anderson clarified that such relationships were exceptions rather than the rule, and she had always felt attracted to men, not envisioning herself in a lesbian relationship.</w:t>
      </w:r>
      <w:r/>
    </w:p>
    <w:p>
      <w:pPr>
        <w:pStyle w:val="ListNumber"/>
        <w:spacing w:line="240" w:lineRule="auto"/>
        <w:ind w:left="720"/>
      </w:pPr>
      <w:r/>
      <w:hyperlink r:id="rId10">
        <w:r>
          <w:rPr>
            <w:color w:val="0000EE"/>
            <w:u w:val="single"/>
          </w:rPr>
          <w:t>https://www.avisen.dk/x-files-scully-jeg-var-lesbisk-i-gymnasiet_162241.aspx</w:t>
        </w:r>
      </w:hyperlink>
      <w:r>
        <w:t xml:space="preserve"> - Gillian Anderson, known for her role as Agent Scully in 'The X-Files', openly discussed her teenage lesbian experiences. In an interview with 'Out Magazine', she shared that she had been in a long-term relationship with another girl during high school. Anderson expressed her comfort in discussing these experiences, indicating her openness about her past relationships.</w:t>
      </w:r>
      <w:r/>
    </w:p>
    <w:p>
      <w:pPr>
        <w:pStyle w:val="ListNumber"/>
        <w:spacing w:line="240" w:lineRule="auto"/>
        <w:ind w:left="720"/>
      </w:pPr>
      <w:r/>
      <w:hyperlink r:id="rId12">
        <w:r>
          <w:rPr>
            <w:color w:val="0000EE"/>
            <w:u w:val="single"/>
          </w:rPr>
          <w:t>https://www.ansa.it/sito/notizie/cultura/cinema/2026/05/14/gillian-anderson-diva-tra-seduzione-queer-e-sangue_d327d667-9cbe-4ce8-ba81-618633b21103.html</w:t>
        </w:r>
      </w:hyperlink>
      <w:r>
        <w:t xml:space="preserve"> - Gillian Anderson stars alongside Hannah Einbinder in the highly anticipated horror film 'Teenage Sex and Death at Camp Miasma'. Directed by Jane Schoenbrun, the film is a queer love story set within a slasher narrative, paying homage to classic cinema. It premiered at the 2026 Cannes Film Festival and is set for theatrical release in August 2026. Anderson expressed that making this film was the most joyful experience of her life, marking her first time directing a film where she felt truly free to be herself.</w:t>
      </w:r>
      <w:r/>
    </w:p>
    <w:p>
      <w:pPr>
        <w:pStyle w:val="ListNumber"/>
        <w:spacing w:line="240" w:lineRule="auto"/>
        <w:ind w:left="720"/>
      </w:pPr>
      <w:r/>
      <w:hyperlink r:id="rId14">
        <w:r>
          <w:rPr>
            <w:color w:val="0000EE"/>
            <w:u w:val="single"/>
          </w:rPr>
          <w:t>https://en.wikipedia.org/wiki/Teenage_Sex_and_Death_at_Camp_Miasma</w:t>
        </w:r>
      </w:hyperlink>
      <w:r>
        <w:t xml:space="preserve"> - 'Teenage Sex and Death at Camp Miasma' is an upcoming American slasher film written and directed by Jane Schoenbrun, starring Hannah Einbinder and Gillian Anderson. The film premiered at the 2026 Cannes Film Festival and is scheduled for theatrical release in the United States on August 7, 2026. The story revolves around a young director, Kris, who is hired to reboot a beloved horror franchise, leading her to seek out the original 'final girl' from the series, Billy Presley, portrayed by Anderson.</w:t>
      </w:r>
      <w:r/>
    </w:p>
    <w:p>
      <w:pPr>
        <w:pStyle w:val="ListNumber"/>
        <w:spacing w:line="240" w:lineRule="auto"/>
        <w:ind w:left="720"/>
      </w:pPr>
      <w:r/>
      <w:hyperlink r:id="rId13">
        <w:r>
          <w:rPr>
            <w:color w:val="0000EE"/>
            <w:u w:val="single"/>
          </w:rPr>
          <w:t>https://en.wikipedia.org/wiki/Gillian_Anderson</w:t>
        </w:r>
      </w:hyperlink>
      <w:r>
        <w:t xml:space="preserve"> - Gillian Anderson is an American-British actress best known for her role as Dana Scully in 'The X-Files'. Born in Chicago and raised in London, she has had a diverse career in film, television, and theatre. Anderson has been open about her personal life, including her relationships and experiences with her sexuality. She has been in several high-profile relationships and has three children. Anderson continues to be active in the entertainment industry, taking on roles that challenge her as an actress.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entertainment/celebrity-gossip/gillian-anderson-hid-secret-same-sex-relationship-c-22735990" TargetMode="External"/><Relationship Id="rId10" Type="http://schemas.openxmlformats.org/officeDocument/2006/relationships/hyperlink" Target="https://www.avisen.dk/x-files-scully-jeg-var-lesbisk-i-gymnasiet_162241.aspx" TargetMode="External"/><Relationship Id="rId11" Type="http://schemas.openxmlformats.org/officeDocument/2006/relationships/hyperlink" Target="https://www.emol.com/noticias/magazine/2012/03/14/530802/agente-scully-de-los-x-files-se-declara-bisexual.html" TargetMode="External"/><Relationship Id="rId12" Type="http://schemas.openxmlformats.org/officeDocument/2006/relationships/hyperlink" Target="https://www.ansa.it/sito/notizie/cultura/cinema/2026/05/14/gillian-anderson-diva-tra-seduzione-queer-e-sangue_d327d667-9cbe-4ce8-ba81-618633b21103.html" TargetMode="External"/><Relationship Id="rId13" Type="http://schemas.openxmlformats.org/officeDocument/2006/relationships/hyperlink" Target="https://en.wikipedia.org/wiki/Gillian_Anderson" TargetMode="External"/><Relationship Id="rId14" Type="http://schemas.openxmlformats.org/officeDocument/2006/relationships/hyperlink" Target="https://en.wikipedia.org/wiki/Teenage_Sex_and_Death_at_Camp_Mias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