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Dublin Queer Punk Night: Dance to the Underground Marks Five Years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clubbers alike are heading back to Fibber Magees as Dance to the Underground , Dublin’s only queer punk and goth club night , celebrates its fifth anniversary, bringing drag, DIY stalls and underground anthems for a €10 entry that’s as welcoming as it is loud.</w:t>
      </w:r>
      <w:r/>
    </w:p>
    <w:p>
      <w:r/>
      <w:r>
        <w:t>Essential Takeaways</w:t>
      </w:r>
      <w:r/>
      <w:r/>
    </w:p>
    <w:p>
      <w:pPr>
        <w:pStyle w:val="ListBullet"/>
        <w:spacing w:line="240" w:lineRule="auto"/>
        <w:ind w:left="720"/>
      </w:pPr>
      <w:r/>
      <w:r>
        <w:rPr>
          <w:b/>
        </w:rPr>
        <w:t>When and where:</w:t>
      </w:r>
      <w:r>
        <w:t xml:space="preserve"> The fifth-anniversary party is on 22 August at Fibber Magees, 9pm–2:30am, €10 cash on the door.</w:t>
      </w:r>
      <w:r/>
    </w:p>
    <w:p>
      <w:pPr>
        <w:pStyle w:val="ListBullet"/>
        <w:spacing w:line="240" w:lineRule="auto"/>
        <w:ind w:left="720"/>
      </w:pPr>
      <w:r/>
      <w:r>
        <w:rPr>
          <w:b/>
        </w:rPr>
        <w:t>Line‑up highlights:</w:t>
      </w:r>
      <w:r>
        <w:t xml:space="preserve"> Expect a rock ’n’ roll drag show with Coco Ri, Count Bella and Vladya Bella, plus DJs Rob Tibia and Rod Tibula spinning alternative and underground anthems.</w:t>
      </w:r>
      <w:r/>
    </w:p>
    <w:p>
      <w:pPr>
        <w:pStyle w:val="ListBullet"/>
        <w:spacing w:line="240" w:lineRule="auto"/>
        <w:ind w:left="720"/>
      </w:pPr>
      <w:r/>
      <w:r>
        <w:rPr>
          <w:b/>
        </w:rPr>
        <w:t>Community focus:</w:t>
      </w:r>
      <w:r>
        <w:t xml:space="preserve"> The night is made by queers for queers, doubling as a safe space for punks, goths, drags and misfits.</w:t>
      </w:r>
      <w:r/>
    </w:p>
    <w:p>
      <w:pPr>
        <w:pStyle w:val="ListBullet"/>
        <w:spacing w:line="240" w:lineRule="auto"/>
        <w:ind w:left="720"/>
      </w:pPr>
      <w:r/>
      <w:r>
        <w:rPr>
          <w:b/>
        </w:rPr>
        <w:t>Extras:</w:t>
      </w:r>
      <w:r>
        <w:t xml:space="preserve"> A DIY Queer Market gives local artists a platform; no advance tickets needed.</w:t>
      </w:r>
      <w:r/>
    </w:p>
    <w:p>
      <w:pPr>
        <w:pStyle w:val="ListBullet"/>
        <w:spacing w:line="240" w:lineRule="auto"/>
        <w:ind w:left="720"/>
      </w:pPr>
      <w:r/>
      <w:r>
        <w:rPr>
          <w:b/>
        </w:rPr>
        <w:t>Vibe:</w:t>
      </w:r>
      <w:r>
        <w:t xml:space="preserve"> Rough, warm and celebratory , punk energy with queer politics at the core.</w:t>
      </w:r>
      <w:r/>
      <w:r/>
    </w:p>
    <w:p>
      <w:pPr>
        <w:pStyle w:val="Heading2"/>
      </w:pPr>
      <w:r>
        <w:t>Why this anniversary matters for Dublin’s queer scene</w:t>
      </w:r>
      <w:r/>
    </w:p>
    <w:p>
      <w:r/>
      <w:r>
        <w:t>Dance to the Underground started in 2021 and has quietly become a touchstone for people who don’t fit tidy nightlife boxes. There’s a tactile sense to the night , sticky floors, thumping bass, and a crowd that’s loud with laughter as much as with attitude. According to coverage over the years, it’s the rare club night that pairs genuine DIY punk energy with explicit queer care, so the fifth anniversary feels like a checkpoint for a community project that’s worked.</w:t>
      </w:r>
      <w:r/>
    </w:p>
    <w:p>
      <w:r/>
      <w:r>
        <w:t>The decision to stage the party in August, rather than the official November birthday, keeps the mood sunny and spontaneous. It’s the sort of shift that says this isn’t corporate nightlife with press releases , it’s organised by people who want to dance, protest, and hang out together.</w:t>
      </w:r>
      <w:r/>
    </w:p>
    <w:p>
      <w:pPr>
        <w:pStyle w:val="Heading2"/>
      </w:pPr>
      <w:r>
        <w:t>Drag as punk: why the line‑up is part performance, part manifesto</w:t>
      </w:r>
      <w:r/>
    </w:p>
    <w:p>
      <w:r/>
      <w:r>
        <w:t>DTTU bills drag as art, punk and political, and that tag isn’t just marketing. Acts like Coco Ri, Count Bella and Vladya Bella bring a rock ’n’ roll edge that fits the night’s ethos: messy, theatrical and fierce. Drag on this bill is less about glamour runway and more about provocation and joy, which makes it a tonic if you’re used to souped‑up club drag or mainstream TV formats.</w:t>
      </w:r>
      <w:r/>
    </w:p>
    <w:p>
      <w:r/>
      <w:r>
        <w:t>If you’re new to this corner of the scene, expect performances that puncture norms , and that might make you laugh, think or want to join in. It’s a reminder that queer nightlife can be both a party and a platform.</w:t>
      </w:r>
      <w:r/>
    </w:p>
    <w:p>
      <w:pPr>
        <w:pStyle w:val="Heading2"/>
      </w:pPr>
      <w:r>
        <w:t>DJs, records and the soundtrack of the underground</w:t>
      </w:r>
      <w:r/>
    </w:p>
    <w:p>
      <w:r/>
      <w:r>
        <w:t>Rob Tibia and Rod Tibula will be on decks, digging into alternative sounds that have carried punk and goth communities for decades. The music is the spine of the night: abrasive, haunting, cathartic. For longtime attendees, it’s a cue to let go; for first‑timers, it’s a lesson in how a good playlist can knit a crowd together.</w:t>
      </w:r>
      <w:r/>
    </w:p>
    <w:p>
      <w:r/>
      <w:r>
        <w:t>If you’re choosing when to arrive, getting there earlier means catching the market and the drag show; later is fine if you just want to lose yourself to the records. Either way, expect a setlist built for people who crave the edges of mainstream club music.</w:t>
      </w:r>
      <w:r/>
    </w:p>
    <w:p>
      <w:pPr>
        <w:pStyle w:val="Heading2"/>
      </w:pPr>
      <w:r>
        <w:t>DIY Queer Market: shopping with purpose</w:t>
      </w:r>
      <w:r/>
    </w:p>
    <w:p>
      <w:r/>
      <w:r>
        <w:t>Alongside the music and performance, the DIY Queer Market gives local makers and artists a stall on the night. It’s small‑scale and community driven, the kind of market where you’ll find zines, patches, handmade jewellery and more , items that carry personality and politics. Supporting local creatives keeps money circulating in the scene and helps the night stay independent.</w:t>
      </w:r>
      <w:r/>
    </w:p>
    <w:p>
      <w:r/>
      <w:r>
        <w:t>Practical tip: bring cash for stalls and the €10 entry, and if you take anything fragile home, tuck it safely into your bag before the pit of bodies gets rowdy.</w:t>
      </w:r>
      <w:r/>
    </w:p>
    <w:p>
      <w:pPr>
        <w:pStyle w:val="Heading2"/>
      </w:pPr>
      <w:r>
        <w:t>How to make the most of the night (and stay safe)</w:t>
      </w:r>
      <w:r/>
    </w:p>
    <w:p>
      <w:r/>
      <w:r>
        <w:t>Dance to the Underground is intentionally inclusive , “queers, rockers, punks, goths, drags, weirdos, freaks, deviants, maniacs and misfits” are explicitly welcomed , but every noisy, crowded room benefits from a little planning. Go with friends, pick a meeting spot, and keep a phone charged. If you want quieter conversations, the market area tends to be less intense than the dancefloor.</w:t>
      </w:r>
      <w:r/>
    </w:p>
    <w:p>
      <w:r/>
      <w:r>
        <w:t>For anyone nervous about attending, know that the event’s whole point is to build community. Wear what you want, shout when you need to, and expect the crowd to have your back.</w:t>
      </w:r>
      <w:r/>
    </w:p>
    <w:p>
      <w:r/>
      <w:r>
        <w:t>Closing line It’s a small, rebel heart beating in central Dublin , show up, support local artists, and dance like you mean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[5]</w:t>
        </w:r>
      </w:hyperlink>
      <w:r>
        <w:t xml:space="preserve">, </w:t>
      </w:r>
      <w:hyperlink r:id="rId10">
        <w:r>
          <w:rPr>
            <w:color w:val="0000EE"/>
            <w:u w:val="single"/>
          </w:rPr>
          <w:t>[3]</w:t>
        </w:r>
      </w:hyperlink>
      <w:r>
        <w:t xml:space="preserve">- Paragraph 6: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https://gcn.ie/dance-to-the-underground-fifth-anniversary/</w:t>
        </w:r>
      </w:hyperlink>
      <w:r>
        <w:t xml:space="preserve"> - Please view link - unable to able to access data</w:t>
      </w:r>
      <w:r/>
    </w:p>
    <w:p>
      <w:pPr>
        <w:pStyle w:val="ListNumber"/>
        <w:spacing w:line="240" w:lineRule="auto"/>
        <w:ind w:left="720"/>
      </w:pPr>
      <w:r/>
      <w:hyperlink r:id="rId9">
        <w:r>
          <w:rPr>
            <w:color w:val="0000EE"/>
            <w:u w:val="single"/>
          </w:rPr>
          <w:t>https://gcn.ie/dance-to-the-underground-fifth-anniversary/</w:t>
        </w:r>
      </w:hyperlink>
      <w:r>
        <w:t xml:space="preserve"> - On August 22, Dublin's only queer punk and goth club night, Dance to the Underground (DTTU), will celebrate its five-year anniversary at Fibber Magees. The event, running from 9pm to 2:30am with a €10 entry fee, is aimed at 'Queers, rockers, punks, goths, drags, weirdos, freaks, deviants, maniacs and misfits in Dublin'. Attendees can expect a rock 'n' roll drag show featuring Coco Ri, Count Bella, and Vladya Curses, with DJs Rob Tibia and Rod Fibula playing underground anthems and alternative music throughout the night. Additionally, there will be a DIY Queer Market supporting local artists. While the official anniversary date is in November, DTTU is choosing to celebrate this August. The nightclub, which began in 2021, has grown significantly as a safe space for punks and goths in the Irish LGBTQ+ community. DTTU shares on social media, 'DTTU is a dream that came true and we’re so grateful to have gathered the best bunch of misfits in Dublin and also in Berlin!' They continue, 'During these 5 years, we built together our community and we are so proud of us! Thank YOUS for all the support and love!' For more information on the Dance to the Underground five-year anniversary celebration, check out their social media. No need to book tickets in advance, as entry is €10 cash at the door.</w:t>
      </w:r>
      <w:r/>
    </w:p>
    <w:p>
      <w:pPr>
        <w:pStyle w:val="ListNumber"/>
        <w:spacing w:line="240" w:lineRule="auto"/>
        <w:ind w:left="720"/>
      </w:pPr>
      <w:r/>
      <w:hyperlink r:id="rId10">
        <w:r>
          <w:rPr>
            <w:color w:val="0000EE"/>
            <w:u w:val="single"/>
          </w:rPr>
          <w:t>https://www.totallydublin.ie/event/dance-to-the-underground/</w:t>
        </w:r>
      </w:hyperlink>
      <w:r>
        <w:t xml:space="preserve"> - Dance to the Underground, Dublin's only queer punk rock and roll night, is celebrating Pride with a bigger event featuring DJs, a rock'n'roll drag queen show, a photo exhibition, and a live band. The Punk Queer Pride Edition will kick off with the photo exhibition 'Dancing in the Underground' by non-binary Dublin-based artist Azure, followed by a live show by the Irish punk rock duo Vulpynes. The rock'n'roll drag queen show will be led by Irish Drag Queens Coco Ri and Lavender, joined by Cork Queen Krystal Queer and Dublin queens Nokia and ÉireComme. The punk queens will perform rock'n'roll, punk, and heavy metal anthems with surprises for the audience. DJs RodFibula and RobTibia will spin alternative anthems and obscure tunes from punk, riot grrrl, post-punk, goth, EBM, and more, with guests Nollipop and X.I.R.A. The event is scheduled for June 27, 2022, at Fibber Magees, 80-81 Parnell Street, Dublin 1, Ireland.</w:t>
      </w:r>
      <w:r/>
    </w:p>
    <w:p>
      <w:pPr>
        <w:pStyle w:val="ListNumber"/>
        <w:spacing w:line="240" w:lineRule="auto"/>
        <w:ind w:left="720"/>
      </w:pPr>
      <w:r/>
      <w:hyperlink r:id="rId11">
        <w:r>
          <w:rPr>
            <w:color w:val="0000EE"/>
            <w:u w:val="single"/>
          </w:rPr>
          <w:t>https://gcn.ie/dance-to-the-underground-celebrates-one-year/</w:t>
        </w:r>
      </w:hyperlink>
      <w:r>
        <w:t xml:space="preserve"> - After a full year of hosting alternative nights, Dance to the Underground is celebrating its success in creating a community for punk queers. The event takes place in the basement of one of Dublin's last standing rock bars, Fibber Magees, where music booms and passionate drag performances grace the stage. The organisers, Rod.Fibula and Tibia, discuss how their idea for a queer rock and roll club came from boredom after lockdown, leading them to approach Fibber Magees. They emphasise the importance of their club's existence, stating, 'We didn't want to have to choose between going to a gay club and listen to pop music or go to a straight club to listen to alternative music. We wanted to have this together.' The event is scheduled for November 4, 2022, at Fibber Magees, with a €5 entry fee.</w:t>
      </w:r>
      <w:r/>
    </w:p>
    <w:p>
      <w:pPr>
        <w:pStyle w:val="ListNumber"/>
        <w:spacing w:line="240" w:lineRule="auto"/>
        <w:ind w:left="720"/>
      </w:pPr>
      <w:r/>
      <w:hyperlink r:id="rId14">
        <w:r>
          <w:rPr>
            <w:color w:val="0000EE"/>
            <w:u w:val="single"/>
          </w:rPr>
          <w:t>https://gcn.ie/queer-rocknroll-night-dance-underground/</w:t>
        </w:r>
      </w:hyperlink>
      <w:r>
        <w:t xml:space="preserve"> - Dance to the Underground, Dublin's queer rock'n'roll night, returns with a party where attendees can listen and dance to alternative rock'n'roll genres such as Punk Rock, Post Punk, Goth, Riot Grrrl, EBM, and Glam Rock. The event features powerful punk queens performing to rock'n'roll anthems and live music by new and well-known bands. The inaugural bash took place in November 2021, and the event on March 11, 2022, is the third time the queer community can let loose at Dance to the Underground, thanks to the pandemic. The event is scheduled for March 11, 2022, at Fibber Magees.</w:t>
      </w:r>
      <w:r/>
    </w:p>
    <w:p>
      <w:pPr>
        <w:pStyle w:val="ListNumber"/>
        <w:spacing w:line="240" w:lineRule="auto"/>
        <w:ind w:left="720"/>
      </w:pPr>
      <w:r/>
      <w:hyperlink r:id="rId13">
        <w:r>
          <w:rPr>
            <w:color w:val="0000EE"/>
            <w:u w:val="single"/>
          </w:rPr>
          <w:t>https://pt.ra.co/events/2025308</w:t>
        </w:r>
      </w:hyperlink>
      <w:r>
        <w:t xml:space="preserve"> - Dance to the Underground, Dublin's queer punk and goth night, is making its Berlin debut with a 3-year anniversary party at Reset Club Berlin in Kreuzberg. The event features a rock'n'roll drag show with superstars Coco Ri, Nosmo King, and Thea Etcetera, along with DJs RodFibula, Tibia, and special guest DJ Testbild from Eisengrau Berlin spinning underground anthems and obscure tunes from Punk 77, Riot Grrrl, Glam Rock, Goth, Post-Punk, Dark Wave, EBM, Synth, and more. The event is scheduled for November 22, 2024, at Reset Club Berlin, Wiener Straße 34, 10999 Berlin.</w:t>
      </w:r>
      <w:r/>
    </w:p>
    <w:p>
      <w:pPr>
        <w:pStyle w:val="ListNumber"/>
        <w:spacing w:line="240" w:lineRule="auto"/>
        <w:ind w:left="720"/>
      </w:pPr>
      <w:r/>
      <w:hyperlink r:id="rId12">
        <w:r>
          <w:rPr>
            <w:color w:val="0000EE"/>
            <w:u w:val="single"/>
          </w:rPr>
          <w:t>https://www.dublininquirer.com/an-odyssey-into-underground-queer-club-spaces/</w:t>
        </w:r>
      </w:hyperlink>
      <w:r>
        <w:t xml:space="preserve"> - Nick Nikolaou's new show 'Anatomy of a Night' is an exploration of memory and identity through dance, spoken word, runways, and lip-syncing. The performance draws from Nikolaou's own experiences and is intended as an immersive 'love letter to the queers, the weirdos, the trailblazers, and the nightwalkers.' The show is part of the Dublin Fringe Festival and is an odyssey into underground queer club spaces, reflecting on the experiences of queer individuals in Dublin's nightlife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dance-to-the-underground-fifth-anniversary/" TargetMode="External"/><Relationship Id="rId10" Type="http://schemas.openxmlformats.org/officeDocument/2006/relationships/hyperlink" Target="https://www.totallydublin.ie/event/dance-to-the-underground/" TargetMode="External"/><Relationship Id="rId11" Type="http://schemas.openxmlformats.org/officeDocument/2006/relationships/hyperlink" Target="https://gcn.ie/dance-to-the-underground-celebrates-one-year/" TargetMode="External"/><Relationship Id="rId12" Type="http://schemas.openxmlformats.org/officeDocument/2006/relationships/hyperlink" Target="https://www.dublininquirer.com/an-odyssey-into-underground-queer-club-spaces/" TargetMode="External"/><Relationship Id="rId13" Type="http://schemas.openxmlformats.org/officeDocument/2006/relationships/hyperlink" Target="https://pt.ra.co/events/2025308" TargetMode="External"/><Relationship Id="rId14" Type="http://schemas.openxmlformats.org/officeDocument/2006/relationships/hyperlink" Target="https://gcn.ie/queer-rocknroll-night-dance-underg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