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Dorian TV Awards 2026 Winners and Why They Matter to Queer Viewers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buzzing as GALECA’s queer critics crown the year’s standout TV , from swooning hockey romance to razor-sharp comedy , highlighting shows that resonate with LGBTQ+ audiences and why representation on screen still feels urgent. Here’s who won, what critics loved, and how to pick the next thing to watch.</w:t>
      </w:r>
      <w:r/>
    </w:p>
    <w:p>
      <w:r/>
      <w:r>
        <w:t>Essential Takeaways</w:t>
      </w:r>
      <w:r/>
      <w:r/>
    </w:p>
    <w:p>
      <w:pPr>
        <w:pStyle w:val="ListBullet"/>
        <w:spacing w:line="240" w:lineRule="auto"/>
        <w:ind w:left="720"/>
      </w:pPr>
      <w:r/>
      <w:r>
        <w:rPr>
          <w:b/>
        </w:rPr>
        <w:t>Big winner:</w:t>
      </w:r>
      <w:r>
        <w:t xml:space="preserve"> Heated Rivalry took Best TV Drama and Best LGBTQ TV Show, praised for its tender coming-out arc and emotional payoff.</w:t>
      </w:r>
      <w:r/>
    </w:p>
    <w:p>
      <w:pPr>
        <w:pStyle w:val="ListBullet"/>
        <w:spacing w:line="240" w:lineRule="auto"/>
        <w:ind w:left="720"/>
      </w:pPr>
      <w:r/>
      <w:r>
        <w:rPr>
          <w:b/>
        </w:rPr>
        <w:t>Comedy crown:</w:t>
      </w:r>
      <w:r>
        <w:t xml:space="preserve"> Hacks won Best TV Comedy and Best Written TV Show, with Jean Smart earning another Best TV Performance, Comedy.</w:t>
      </w:r>
      <w:r/>
    </w:p>
    <w:p>
      <w:pPr>
        <w:pStyle w:val="ListBullet"/>
        <w:spacing w:line="240" w:lineRule="auto"/>
        <w:ind w:left="720"/>
      </w:pPr>
      <w:r/>
      <w:r>
        <w:rPr>
          <w:b/>
        </w:rPr>
        <w:t>Diverse honours:</w:t>
      </w:r>
      <w:r>
        <w:t xml:space="preserve"> Awards span mainstream hits and niche picks , Pluribus, The Boyfriend, Half Man, and Lilith Fair all recognised.</w:t>
      </w:r>
      <w:r/>
    </w:p>
    <w:p>
      <w:pPr>
        <w:pStyle w:val="ListBullet"/>
        <w:spacing w:line="240" w:lineRule="auto"/>
        <w:ind w:left="720"/>
      </w:pPr>
      <w:r/>
      <w:r>
        <w:rPr>
          <w:b/>
        </w:rPr>
        <w:t>Visually striking:</w:t>
      </w:r>
      <w:r>
        <w:t xml:space="preserve"> Alien: Earth and Pluribus tied for Most Visually Striking TV Show, suggesting bold design matters as much as story.</w:t>
      </w:r>
      <w:r/>
    </w:p>
    <w:p>
      <w:pPr>
        <w:pStyle w:val="ListBullet"/>
        <w:spacing w:line="240" w:lineRule="auto"/>
        <w:ind w:left="720"/>
      </w:pPr>
      <w:r/>
      <w:r>
        <w:rPr>
          <w:b/>
        </w:rPr>
        <w:t>GALECA mission:</w:t>
      </w:r>
      <w:r>
        <w:t xml:space="preserve"> The Society of LGBTQ Entertainment Critics awards spotlight queer perspectives and support journalism scholarships and advocacy.</w:t>
      </w:r>
      <w:r/>
      <w:r/>
    </w:p>
    <w:p>
      <w:pPr>
        <w:pStyle w:val="Heading2"/>
      </w:pPr>
      <w:r>
        <w:t>A queer critics’ verdict that leans into feeling</w:t>
      </w:r>
      <w:r/>
    </w:p>
    <w:p>
      <w:r/>
      <w:r>
        <w:t>GALECA’s 18th Dorian TV Awards read like a love letter to shows that make queer viewers feel seen, and Heated Rivalry leading the pack is telling. The HBO Max hockey romance won both Best TV Drama and Best LGBTQ TV Show, a nod to its blend of sport, intimacy and emotional honesty. There’s a warm, slightly fuzzy satisfaction in seeing a closeted veteran come out on the ice; critics say the emotional beats land with real heart.</w:t>
      </w:r>
      <w:r/>
    </w:p>
    <w:p>
      <w:r/>
      <w:r>
        <w:t>This year’s winners underline a shift: queer stories aren’t consigned to the margins any more. GALECA’s picks reward nuance, whether it’s romantic yearning, identity struggles, or sharp workplace comedy. If you want to understand what queer audiences are gravitating towards, Heated Rivalry and Hacks are the starting points.</w:t>
      </w:r>
      <w:r/>
    </w:p>
    <w:p>
      <w:pPr>
        <w:pStyle w:val="Heading2"/>
      </w:pPr>
      <w:r>
        <w:t>Why Hacks still lands , and why Jean Smart’s win matters</w:t>
      </w:r>
      <w:r/>
    </w:p>
    <w:p>
      <w:r/>
      <w:r>
        <w:t>Hacks snagged Best TV Comedy and Best Written TV Show, and Jean Smart bagged her third consecutive Best TV Performance, Comedy from GALECA. That consistency says something about the show’s emotional intelligence and timing. Hacks’ final season leaned into riskier, queerer territory and critics responded to its wit and melancholy.</w:t>
      </w:r>
      <w:r/>
    </w:p>
    <w:p>
      <w:r/>
      <w:r>
        <w:t>Comedy that understands human messiness often resonates most. Hacks balances a sleek, sharp voice with softer moments, which is probably why voters kept coming back. If you’re choosing a comedy to binge, look for shows that mix sharp writing and character vulnerability , that’s where Hacks excels.</w:t>
      </w:r>
      <w:r/>
    </w:p>
    <w:p>
      <w:pPr>
        <w:pStyle w:val="Heading2"/>
      </w:pPr>
      <w:r>
        <w:t>Newer voices and international wins highlight variety</w:t>
      </w:r>
      <w:r/>
    </w:p>
    <w:p>
      <w:r/>
      <w:r>
        <w:t>GALECA’s list stretches beyond the usual suspects. Pluribus earned Rhea Seehorn Best TV Performance, Drama and tied for Most Visually Striking Show alongside Alien: Earth, while The Boyfriend, a Japanese reality hit on Netflix, won Best LGBTQ Non-English Language TV Show. Critics rewarded both glossy production values and risk-taking storytelling.</w:t>
      </w:r>
      <w:r/>
    </w:p>
    <w:p>
      <w:r/>
      <w:r>
        <w:t>That international representation matters. It’s an easy reminder that queer narratives aren’t one-size-fits-all; they’re culturally specific and often more interesting for it. If you want to broaden your watchlist, dip into the non-English winners , they often surprise and expand your sense of what queer TV can be.</w:t>
      </w:r>
      <w:r/>
    </w:p>
    <w:p>
      <w:pPr>
        <w:pStyle w:val="Heading2"/>
      </w:pPr>
      <w:r>
        <w:t>Genre picks, camp and the unsung , where to explore next</w:t>
      </w:r>
      <w:r/>
    </w:p>
    <w:p>
      <w:r/>
      <w:r>
        <w:t>GALECA also celebrates the unexpected: Widow’s Bay for Best Genre TV Show, The Hunting Wives as Campiest TV Show, and Boots as Best Unsung TV Show. These categories are where discovery happens , a horror-comedy can reveal queer anxieties, while camp picks celebrate flamboyance and joy.</w:t>
      </w:r>
      <w:r/>
    </w:p>
    <w:p>
      <w:r/>
      <w:r>
        <w:t>Practical tip: use these categories as a short-cut when you’re tired of mainstream promos. If you want something eerie and witty try Widow’s Bay; for guilty-pleasure fun, The Hunting Wives is your lane. Unsung shows like Boots reward viewers willing to try something off the radar.</w:t>
      </w:r>
      <w:r/>
    </w:p>
    <w:p>
      <w:pPr>
        <w:pStyle w:val="Heading2"/>
      </w:pPr>
      <w:r>
        <w:t>GALECA’s role beyond trophies , advocacy and visibility</w:t>
      </w:r>
      <w:r/>
    </w:p>
    <w:p>
      <w:r/>
      <w:r>
        <w:t>GALECA isn’t just handing out statuettes; the organisation advocates for better pay and access for entertainment journalists and funds scholarships for LGBTQ students through its Crimson Honors program. That institutional muscle matters because it helps keep queer criticism alive and diverse.</w:t>
      </w:r>
      <w:r/>
    </w:p>
    <w:p>
      <w:r/>
      <w:r>
        <w:t>So when GALECA elevates a show, it’s also amplifying underrepresented voices in media coverage. For viewers, that’s a handy heuristic: these winners often point to work that’s both artistically strong and culturally significant.</w:t>
      </w:r>
      <w:r/>
    </w:p>
    <w:p>
      <w:r/>
      <w:r>
        <w:t>It's a small change that can make every watch feel a little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[3]</w:t>
        </w:r>
      </w:hyperlink>
      <w:r>
        <w:t xml:space="preserve">, </w:t>
      </w:r>
      <w:hyperlink r:id="rId10">
        <w:r>
          <w:rPr>
            <w:color w:val="0000EE"/>
            <w:u w:val="single"/>
          </w:rPr>
          <w:t>[5]</w:t>
        </w:r>
      </w:hyperlink>
      <w:r>
        <w:t xml:space="preserve">- Paragraph 3: </w:t>
      </w:r>
      <w:hyperlink r:id="rId10">
        <w:r>
          <w:rPr>
            <w:color w:val="0000EE"/>
            <w:u w:val="single"/>
          </w:rPr>
          <w:t>[6]</w:t>
        </w:r>
      </w:hyperlink>
      <w:r>
        <w:t xml:space="preserve">, </w:t>
      </w:r>
      <w:hyperlink r:id="rId10">
        <w:r>
          <w:rPr>
            <w:color w:val="0000EE"/>
            <w:u w:val="single"/>
          </w:rPr>
          <w:t>[2]</w:t>
        </w:r>
      </w:hyperlink>
      <w:r>
        <w:t xml:space="preserve">- Paragraph 4: </w:t>
      </w:r>
      <w:hyperlink r:id="rId10">
        <w:r>
          <w:rPr>
            <w:color w:val="0000EE"/>
            <w:u w:val="single"/>
          </w:rPr>
          <w:t>[7]</w:t>
        </w:r>
      </w:hyperlink>
      <w:r>
        <w:t xml:space="preserve">, </w:t>
      </w:r>
      <w:hyperlink r:id="rId10">
        <w:r>
          <w:rPr>
            <w:color w:val="0000EE"/>
            <w:u w:val="single"/>
          </w:rPr>
          <w:t>[3]</w:t>
        </w:r>
      </w:hyperlink>
      <w:r>
        <w:t xml:space="preserve">- Paragraph 5: </w:t>
      </w:r>
      <w:hyperlink r:id="rId10">
        <w:r>
          <w:rPr>
            <w:color w:val="0000EE"/>
            <w:u w:val="single"/>
          </w:rPr>
          <w:t>[4]</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https://www.vacationer.travel/hacks-and-heated-rivalry-lead-galecas-18th-dorian-tv-awards/</w:t>
        </w:r>
      </w:hyperlink>
      <w:r>
        <w:t xml:space="preserve"> - Please view link - unable to able to access data</w:t>
      </w:r>
      <w:r/>
    </w:p>
    <w:p>
      <w:pPr>
        <w:pStyle w:val="ListNumber"/>
        <w:spacing w:line="240" w:lineRule="auto"/>
        <w:ind w:left="720"/>
      </w:pPr>
      <w:r/>
      <w:hyperlink r:id="rId10">
        <w:r>
          <w:rPr>
            <w:color w:val="0000EE"/>
            <w:u w:val="single"/>
          </w:rPr>
          <w:t>https://www.galeca.org/dorianawards</w:t>
        </w:r>
      </w:hyperlink>
      <w:r>
        <w:t xml:space="preserve"> - The Dorian Awards, presented by GALECA: The Society of LGBTQ Entertainment Critics, honour excellence in film, television, and New York theatre. The 2026 Dorian TV Awards featured 24 categories, recognising both mainstream and queer-themed narratives that resonate with the LGBTQ+ community. Notably, 'Heated Rivalry' was named Best TV Drama and Best LGBTQ TV Show, while 'Hacks' secured Best TV Comedy and Best Written TV Show. The awards also highlighted individual performances, including Jean Smart's Best TV Performance—Comedy for her role in 'Hacks'.</w:t>
      </w:r>
      <w:r/>
    </w:p>
    <w:p>
      <w:pPr>
        <w:pStyle w:val="ListNumber"/>
        <w:spacing w:line="240" w:lineRule="auto"/>
        <w:ind w:left="720"/>
      </w:pPr>
      <w:r/>
      <w:hyperlink r:id="rId10">
        <w:r>
          <w:rPr>
            <w:color w:val="0000EE"/>
            <w:u w:val="single"/>
          </w:rPr>
          <w:t>https://www.galeca.org/dorianawards</w:t>
        </w:r>
      </w:hyperlink>
      <w:r>
        <w:t xml:space="preserve"> - GALECA: The Society of LGBTQ Entertainment Critics celebrates the best in film, television, and New York theatre through the Dorian Awards. The 2026 Dorian TV Awards featured 24 categories, recognising both mainstream and queer-themed narratives that resonate with the LGBTQ+ community. Notably, 'Heated Rivalry' was named Best TV Drama and Best LGBTQ TV Show, while 'Hacks' secured Best TV Comedy and Best Written TV Show. The awards also highlighted individual performances, including Jean Smart's Best TV Performance—Comedy for her role in 'Hacks'.</w:t>
      </w:r>
      <w:r/>
    </w:p>
    <w:p>
      <w:pPr>
        <w:pStyle w:val="ListNumber"/>
        <w:spacing w:line="240" w:lineRule="auto"/>
        <w:ind w:left="720"/>
      </w:pPr>
      <w:r/>
      <w:hyperlink r:id="rId10">
        <w:r>
          <w:rPr>
            <w:color w:val="0000EE"/>
            <w:u w:val="single"/>
          </w:rPr>
          <w:t>https://www.galeca.org/dorianawards</w:t>
        </w:r>
      </w:hyperlink>
      <w:r>
        <w:t xml:space="preserve"> - GALECA: The Society of LGBTQ Entertainment Critics celebrates the best in film, television, and New York theatre through the Dorian Awards. The 2026 Dorian TV Awards featured 24 categories, recognising both mainstream and queer-themed narratives that resonate with the LGBTQ+ community. Notably, 'Heated Rivalry' was named Best TV Drama and Best LGBTQ TV Show, while 'Hacks' secured Best TV Comedy and Best Written TV Show. The awards also highlighted individual performances, including Jean Smart's Best TV Performance—Comedy for her role in 'Hacks'.</w:t>
      </w:r>
      <w:r/>
    </w:p>
    <w:p>
      <w:pPr>
        <w:pStyle w:val="ListNumber"/>
        <w:spacing w:line="240" w:lineRule="auto"/>
        <w:ind w:left="720"/>
      </w:pPr>
      <w:r/>
      <w:hyperlink r:id="rId10">
        <w:r>
          <w:rPr>
            <w:color w:val="0000EE"/>
            <w:u w:val="single"/>
          </w:rPr>
          <w:t>https://www.galeca.org/dorianawards</w:t>
        </w:r>
      </w:hyperlink>
      <w:r>
        <w:t xml:space="preserve"> - GALECA: The Society of LGBTQ Entertainment Critics celebrates the best in film, television, and New York theatre through the Dorian Awards. The 2026 Dorian TV Awards featured 24 categories, recognising both mainstream and queer-themed narratives that resonate with the LGBTQ+ community. Notably, 'Heated Rivalry' was named Best TV Drama and Best LGBTQ TV Show, while 'Hacks' secured Best TV Comedy and Best Written TV Show. The awards also highlighted individual performances, including Jean Smart's Best TV Performance—Comedy for her role in 'Hacks'.</w:t>
      </w:r>
      <w:r/>
    </w:p>
    <w:p>
      <w:pPr>
        <w:pStyle w:val="ListNumber"/>
        <w:spacing w:line="240" w:lineRule="auto"/>
        <w:ind w:left="720"/>
      </w:pPr>
      <w:r/>
      <w:hyperlink r:id="rId10">
        <w:r>
          <w:rPr>
            <w:color w:val="0000EE"/>
            <w:u w:val="single"/>
          </w:rPr>
          <w:t>https://www.galeca.org/dorianawards</w:t>
        </w:r>
      </w:hyperlink>
      <w:r>
        <w:t xml:space="preserve"> - GALECA: The Society of LGBTQ Entertainment Critics celebrates the best in film, television, and New York theatre through the Dorian Awards. The 2026 Dorian TV Awards featured 24 categories, recognising both mainstream and queer-themed narratives that resonate with the LGBTQ+ community. Notably, 'Heated Rivalry' was named Best TV Drama and Best LGBTQ TV Show, while 'Hacks' secured Best TV Comedy and Best Written TV Show. The awards also highlighted individual performances, including Jean Smart's Best TV Performance—Comedy for her role in 'Hacks'.</w:t>
      </w:r>
      <w:r/>
    </w:p>
    <w:p>
      <w:pPr>
        <w:pStyle w:val="ListNumber"/>
        <w:spacing w:line="240" w:lineRule="auto"/>
        <w:ind w:left="720"/>
      </w:pPr>
      <w:r/>
      <w:hyperlink r:id="rId10">
        <w:r>
          <w:rPr>
            <w:color w:val="0000EE"/>
            <w:u w:val="single"/>
          </w:rPr>
          <w:t>https://www.galeca.org/dorianawards</w:t>
        </w:r>
      </w:hyperlink>
      <w:r>
        <w:t xml:space="preserve"> - GALECA: The Society of LGBTQ Entertainment Critics celebrates the best in film, television, and New York theatre through the Dorian Awards. The 2026 Dorian TV Awards featured 24 categories, recognising both mainstream and queer-themed narratives that resonate with the LGBTQ+ community. Notably, 'Heated Rivalry' was named Best TV Drama and Best LGBTQ TV Show, while 'Hacks' secured Best TV Comedy and Best Written TV Show. The awards also highlighted individual performances, including Jean Smart's Best TV Performance—Comedy for her role in 'Hacks'.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hacks-and-heated-rivalry-lead-galecas-18th-dorian-tv-awards/" TargetMode="External"/><Relationship Id="rId10" Type="http://schemas.openxmlformats.org/officeDocument/2006/relationships/hyperlink" Target="https://www.galeca.org/dorianaw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