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BLITZ XXL Guide: What to Expect at Nice’s Open-Air Club Night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experience-driven nights out as BLITZ XXL prepares to turn Nice’s Théâtre de Verdure into an enormous open-air club on 5 September , a colourful, queer-forward celebration of electronic music, New Wave, drag and four decades of nightlife that promises spectacle, community and a seaside rave vibe.</w:t>
      </w:r>
      <w:r/>
    </w:p>
    <w:p>
      <w:r/>
      <w:r>
        <w:t>Essential Takeaways</w:t>
      </w:r>
      <w:r/>
      <w:r/>
    </w:p>
    <w:p>
      <w:pPr>
        <w:pStyle w:val="ListBullet"/>
        <w:spacing w:line="240" w:lineRule="auto"/>
        <w:ind w:left="720"/>
      </w:pPr>
      <w:r/>
      <w:r>
        <w:rPr>
          <w:b/>
        </w:rPr>
        <w:t>When and where:</w:t>
      </w:r>
      <w:r>
        <w:t xml:space="preserve"> BLITZ XXL takes place 5 September at the Théâtre de Verdure on Promenade des Anglais, 5pm–11.30pm. </w:t>
      </w:r>
      <w:r/>
    </w:p>
    <w:p>
      <w:pPr>
        <w:pStyle w:val="ListBullet"/>
        <w:spacing w:line="240" w:lineRule="auto"/>
        <w:ind w:left="720"/>
      </w:pPr>
      <w:r/>
      <w:r>
        <w:rPr>
          <w:b/>
        </w:rPr>
        <w:t>Music and DJs:</w:t>
      </w:r>
      <w:r>
        <w:t xml:space="preserve"> Headline DJs Francesco Pagano, Chris Bekker and John Dixon will drive a progressive musical arc; expect a four-turntable DOLLY residents battle for a nostalgic high point. </w:t>
      </w:r>
      <w:r/>
    </w:p>
    <w:p>
      <w:pPr>
        <w:pStyle w:val="ListBullet"/>
        <w:spacing w:line="240" w:lineRule="auto"/>
        <w:ind w:left="720"/>
      </w:pPr>
      <w:r/>
      <w:r>
        <w:rPr>
          <w:b/>
        </w:rPr>
        <w:t>Performance mix:</w:t>
      </w:r>
      <w:r>
        <w:t xml:space="preserve"> Eleven local drag artists join six European acts, with go-go, stage pieces, scenography and special effects creating an immersive experience. </w:t>
      </w:r>
      <w:r/>
    </w:p>
    <w:p>
      <w:pPr>
        <w:pStyle w:val="ListBullet"/>
        <w:spacing w:line="240" w:lineRule="auto"/>
        <w:ind w:left="720"/>
      </w:pPr>
      <w:r/>
      <w:r>
        <w:rPr>
          <w:b/>
        </w:rPr>
        <w:t>Vibe and values:</w:t>
      </w:r>
      <w:r>
        <w:t xml:space="preserve"> The event centres queer culture, inclusivity and intergenerational club history , think Berlin and London underground glamour meets Riviera sunlight. </w:t>
      </w:r>
      <w:r/>
    </w:p>
    <w:p>
      <w:pPr>
        <w:pStyle w:val="ListBullet"/>
        <w:spacing w:line="240" w:lineRule="auto"/>
        <w:ind w:left="720"/>
      </w:pPr>
      <w:r/>
      <w:r>
        <w:rPr>
          <w:b/>
        </w:rPr>
        <w:t>Practical feel:</w:t>
      </w:r>
      <w:r>
        <w:t xml:space="preserve"> Outdoor setting, theatrical staging and seaside breezes , bring layers for the evening and expect theatrical lighting, platforms and crowd-led happenings.</w:t>
      </w:r>
      <w:r/>
      <w:r/>
    </w:p>
    <w:p>
      <w:pPr>
        <w:pStyle w:val="Heading2"/>
      </w:pPr>
      <w:r>
        <w:t>Why BLITZ XXL feels like a seaside rave with theatrical flair</w:t>
      </w:r>
      <w:r/>
    </w:p>
    <w:p>
      <w:r/>
      <w:r>
        <w:t>The curtain rises on an unusually cinematic night out: imagine glittering stage lights, cage platforms and a Mediterranean breeze all at once. According to promotional listings, organisers are turning the Théâtre de Verdure into an immersive club environment that deliberately blurs audience and performer roles. That mix of spectacle and dance-floor intimacy is the selling point , you won’t just watch the show, you’ll be inside it. If you love tactile club moments, this is the kind of production that rewards being present and spontaneous.</w:t>
      </w:r>
      <w:r/>
    </w:p>
    <w:p>
      <w:pPr>
        <w:pStyle w:val="Heading2"/>
      </w:pPr>
      <w:r>
        <w:t>A timeline through club history , from New Wave to contemporary beats</w:t>
      </w:r>
      <w:r/>
    </w:p>
    <w:p>
      <w:r/>
      <w:r>
        <w:t>BLITZ XXL leans on more than 40 years of nightlife, tracing threads from New Wave icons through the 1990s club boom to today’s electronic scenes. The programming nods to the spirit of Depeche Mode, New Order and that Bowie-era theatricality, while DJs promise a modern reinterpretation rather than a dusty revival. Practically, that means expect set lists that shift from synth-driven nostalgia to peak-time house and techno flavours , handy if you want to arrive early for atmosphere or later for a full-on dance surge.</w:t>
      </w:r>
      <w:r/>
    </w:p>
    <w:p>
      <w:pPr>
        <w:pStyle w:val="Heading2"/>
      </w:pPr>
      <w:r>
        <w:t>DJs, the DOLLY reunion and who to watch on the line-up</w:t>
      </w:r>
      <w:r/>
    </w:p>
    <w:p>
      <w:r/>
      <w:r>
        <w:t>The musical spine of the night is built around Francesco Pagano, Chris Bekker and John Dixon, whose differing styles aim to build a genuine crescendo across the evening. A highlight for Nice locals will be a four-turntable battle featuring DOLLY residents Ben Crafter, Anna Crouse, Jissé and Fred Sky , a wink to the city’s nightlife heritage and a prelude to DOLLY’s 30th-anniversary celebrations. If you’re sentimental for Nice club history, arrive in time for that set; if you came for the international DJs, stick around , the night is sequenced to reward patience.</w:t>
      </w:r>
      <w:r/>
    </w:p>
    <w:p>
      <w:pPr>
        <w:pStyle w:val="Heading2"/>
      </w:pPr>
      <w:r>
        <w:t>Drag, queer culture and local talent taking centre stage</w:t>
      </w:r>
      <w:r/>
    </w:p>
    <w:p>
      <w:r/>
      <w:r>
        <w:t>Paloma, the winner of Drag Race France’s first season, is listed as honorary patron , her involvement signals how drag has moved between underground and mainstream. More crucially, eleven local drag performers will showcase acts inspired by the 1980s and 1990s, spotlighting Nice’s own queer creative scene rather than importing solely from Paris or London. This feels less like tokenism and more like a purposeful centreing of local artists, so expect a varied programme where the city’s voices get equal billing with visiting performers.</w:t>
      </w:r>
      <w:r/>
    </w:p>
    <w:p>
      <w:pPr>
        <w:pStyle w:val="Heading2"/>
      </w:pPr>
      <w:r>
        <w:t>Practical tips: what to bring, how to dress and getting there</w:t>
      </w:r>
      <w:r/>
    </w:p>
    <w:p>
      <w:r/>
      <w:r>
        <w:t>The Théâtre de Verdure is open-air, so layers are key , early evening on the Promenade des Anglais can be warm, but the sea breeze cools quickly after sunset. Choose comfortable footwear for a night of standing and dancing; theatrical staging and platforms mean you’ll want steady shoes. Tickets and event pages note the 5pm start and 11.30pm finish, so plan transport accordingly. Finally, if inclusivity matters to you, bring an open mind: the event markets itself as intergenerational and LGBTQIA+ friendly, so be prepared for theatrical moments and audience participation.</w:t>
      </w:r>
      <w:r/>
    </w:p>
    <w:p>
      <w:pPr>
        <w:pStyle w:val="Heading2"/>
      </w:pPr>
      <w:r>
        <w:t>Why Nice needs nights like this , and what BLITZ XXL says about nightlife now</w:t>
      </w:r>
      <w:r/>
    </w:p>
    <w:p>
      <w:r/>
      <w:r>
        <w:t>BLITZ XXL isn’t just another seaside festival; it’s a statement about communal belonging. The organisers frame the event as a space where different generations and identities mix and where the dance floor becomes a shared stage. In a cultural moment when nightlife can feel fractured by playlists and algorithms, an orchestrated, theatrical night like this is a reminder of why club spaces matter: they’re temporary worlds where people can feel seen, express themselves and, frankly, dance the end of summer away.</w:t>
      </w:r>
      <w:r/>
    </w:p>
    <w:p>
      <w:r/>
      <w:r>
        <w:t>It’s a small change that can make every dance feel a little larger.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4">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https://riviera-buzz.com/blitz-xxl-celebrating-club-culture-in-nice/</w:t>
        </w:r>
      </w:hyperlink>
      <w:r>
        <w:t xml:space="preserve"> - Please view link - unable to able to access data</w:t>
      </w:r>
      <w:r/>
    </w:p>
    <w:p>
      <w:pPr>
        <w:pStyle w:val="ListNumber"/>
        <w:spacing w:line="240" w:lineRule="auto"/>
        <w:ind w:left="720"/>
      </w:pPr>
      <w:r/>
      <w:hyperlink r:id="rId10">
        <w:r>
          <w:rPr>
            <w:color w:val="0000EE"/>
            <w:u w:val="single"/>
          </w:rPr>
          <w:t>https://city.plus/nl/events/313490</w:t>
        </w:r>
      </w:hyperlink>
      <w:r>
        <w:t xml:space="preserve"> - Blitz XXL is an open-air event scheduled for Saturday, 5 September 2026, at the Théâtre de Verdure in Nice. The venue will be transformed into a vibrant playground featuring shows, performers, dancers, go-go dancers, scenography, and surprises throughout the evening, all infused with underground energy until 11:00 PM. The lineup includes international guest DJs Francesco Pagano, Chris Bekker, and John Dixon, along with Chogogo XXL. The event also marks the announcement of the 30th anniversary of the legendary DOLLY parties in 2027, featuring an exceptional four-turntable battle with DOLLY STREET resident DJs Ben Crafter, Anna Crouse, Jissé, and Fred Sky.</w:t>
      </w:r>
      <w:r/>
    </w:p>
    <w:p>
      <w:pPr>
        <w:pStyle w:val="ListNumber"/>
        <w:spacing w:line="240" w:lineRule="auto"/>
        <w:ind w:left="720"/>
      </w:pPr>
      <w:r/>
      <w:hyperlink r:id="rId11">
        <w:r>
          <w:rPr>
            <w:color w:val="0000EE"/>
            <w:u w:val="single"/>
          </w:rPr>
          <w:t>https://shotgun.live/en/events/blitz-xxl</w:t>
        </w:r>
      </w:hyperlink>
      <w:r>
        <w:t xml:space="preserve"> - Blitz XXL is an open-air event taking place on Saturday, 5 September 2026, at the Théâtre de Verdure in Nice. Organised by Radio Gaga, the event promises an immersive experience into the 80s, 90s, New Wave, and club culture, blending extravagance, freedom, and artistic madness. The monumental night will feature international guest DJs Francesco Pagano, Chris Bekker, and John Dixon. Additionally, the event will announce the 30th anniversary of the iconic DOLLY parties in 2027, with a special four-turntable battle featuring DOLLY STREET resident DJs Ben Crafter, Anna Crouse, Jissé, and Fred Sky.</w:t>
      </w:r>
      <w:r/>
    </w:p>
    <w:p>
      <w:pPr>
        <w:pStyle w:val="ListNumber"/>
        <w:spacing w:line="240" w:lineRule="auto"/>
        <w:ind w:left="720"/>
      </w:pPr>
      <w:r/>
      <w:hyperlink r:id="rId15">
        <w:r>
          <w:rPr>
            <w:color w:val="0000EE"/>
            <w:u w:val="single"/>
          </w:rPr>
          <w:t>https://happeningnext.com/event/joachim-pastor-in-nice-eid1kbvq9ekdlo</w:t>
        </w:r>
      </w:hyperlink>
      <w:r>
        <w:t xml:space="preserve"> - Joachim Pastor is set to perform live at the Théâtre de Verdure in Nice on Friday, 4 September 2026, from 10:00 PM to 12:00 AM. Known for his infectious energy and hit songs like 'Fever', 'Millenium', and 'Reykjavik', Joachim Pastor is expected to deliver an unforgettable musical journey. With over 135,000 fans, this concert is anticipated to be a highlight of the city's music scene.</w:t>
      </w:r>
      <w:r/>
    </w:p>
    <w:p>
      <w:pPr>
        <w:pStyle w:val="ListNumber"/>
        <w:spacing w:line="240" w:lineRule="auto"/>
        <w:ind w:left="720"/>
      </w:pPr>
      <w:r/>
      <w:hyperlink r:id="rId12">
        <w:r>
          <w:rPr>
            <w:color w:val="0000EE"/>
            <w:u w:val="single"/>
          </w:rPr>
          <w:t>https://www.nice.fr/lieux/theatre-de-verdure/</w:t>
        </w:r>
      </w:hyperlink>
      <w:r>
        <w:t xml:space="preserve"> - The Théâtre de Verdure, located at 1 Promenade des Anglais, 06000 Nice, France, is a versatile open-air venue facing the sea. Built in 1945 in the heart of Jardin Albert 1er, it has hosted numerous renowned artists over the decades, including Edith Piaf, Yves Montand, Charles Aznavour, Serge Gainsbourg, The Clash, The Cure, Iron Maiden, Téléphone, Sting, and many others. Today, it continues to serve as a backdrop for a diverse range of events, offering unforgettable open-air performances.</w:t>
      </w:r>
      <w:r/>
    </w:p>
    <w:p>
      <w:pPr>
        <w:pStyle w:val="ListNumber"/>
        <w:spacing w:line="240" w:lineRule="auto"/>
        <w:ind w:left="720"/>
      </w:pPr>
      <w:r/>
      <w:hyperlink r:id="rId13">
        <w:r>
          <w:rPr>
            <w:color w:val="0000EE"/>
            <w:u w:val="single"/>
          </w:rPr>
          <w:t>https://www.gralon.net/evenements/06/programme-theatre-de-verdure-3183.htm</w:t>
        </w:r>
      </w:hyperlink>
      <w:r>
        <w:t xml:space="preserve"> - The Théâtre de Verdure, located at 1 Promenade des Anglais, 06000 Nice, France, is a versatile open-air venue facing the sea. Built in 1945 in the heart of Jardin Albert 1er, it has hosted numerous renowned artists over the decades, including Edith Piaf, Yves Montand, Charles Aznavour, Serge Gainsbourg, The Clash, The Cure, Iron Maiden, Téléphone, Sting, and many others. Today, it continues to serve as a backdrop for a diverse range of events, offering unforgettable open-air performances.</w:t>
      </w:r>
      <w:r/>
    </w:p>
    <w:p>
      <w:pPr>
        <w:pStyle w:val="ListNumber"/>
        <w:spacing w:line="240" w:lineRule="auto"/>
        <w:ind w:left="720"/>
      </w:pPr>
      <w:r/>
      <w:hyperlink r:id="rId14">
        <w:r>
          <w:rPr>
            <w:color w:val="0000EE"/>
            <w:u w:val="single"/>
          </w:rPr>
          <w:t>https://my.weezevent.com/la-compil-902000-theatre-de-verdure-nice</w:t>
        </w:r>
      </w:hyperlink>
      <w:r>
        <w:t xml:space="preserve"> - La Compil' 90/2000 is an event scheduled for Friday, 26 September 2025, at the Théâtre de Verdure in Nice. The evening promises a vibrant atmosphere with international hits from the 80s and 2000s, featuring artists like Madonna, Gala, Queen, Britney Spears, and more. Attendees can expect lively animations such as foosball, photobox, karaoke, limbo, and other engaging activities. The dress code encourages fluorescent and glittery attire, adding to the festive spirit of the night.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iviera-buzz.com/blitz-xxl-celebrating-club-culture-in-nice/" TargetMode="External"/><Relationship Id="rId10" Type="http://schemas.openxmlformats.org/officeDocument/2006/relationships/hyperlink" Target="https://city.plus/nl/events/313490" TargetMode="External"/><Relationship Id="rId11" Type="http://schemas.openxmlformats.org/officeDocument/2006/relationships/hyperlink" Target="https://shotgun.live/en/events/blitz-xxl" TargetMode="External"/><Relationship Id="rId12" Type="http://schemas.openxmlformats.org/officeDocument/2006/relationships/hyperlink" Target="https://www.nice.fr/lieux/theatre-de-verdure/" TargetMode="External"/><Relationship Id="rId13" Type="http://schemas.openxmlformats.org/officeDocument/2006/relationships/hyperlink" Target="https://www.gralon.net/evenements/06/programme-theatre-de-verdure-3183.htm" TargetMode="External"/><Relationship Id="rId14" Type="http://schemas.openxmlformats.org/officeDocument/2006/relationships/hyperlink" Target="https://my.weezevent.com/la-compil-902000-theatre-de-verdure-nice" TargetMode="External"/><Relationship Id="rId15" Type="http://schemas.openxmlformats.org/officeDocument/2006/relationships/hyperlink" Target="https://happeningnext.com/event/joachim-pastor-in-nice-eid1kbvq9ekdl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