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Akron Pride Festival Coverage: How the 10th Anniversary Centers Justice and Common Ground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neighbours and activists are turning out as Akron Pride marks its tenth anniversary with a renewed focus on justice, intersectionality and community , celebrating at Lock 3 after an Equity March through downtown that’s free, family-friendly and built to include everyone.</w:t>
      </w:r>
      <w:r/>
    </w:p>
    <w:p>
      <w:r/>
      <w:r>
        <w:t>Essential Takeaways</w:t>
      </w:r>
      <w:r/>
      <w:r/>
    </w:p>
    <w:p>
      <w:pPr>
        <w:pStyle w:val="ListBullet"/>
        <w:spacing w:line="240" w:lineRule="auto"/>
        <w:ind w:left="720"/>
      </w:pPr>
      <w:r/>
      <w:r>
        <w:rPr>
          <w:b/>
        </w:rPr>
        <w:t>Anniversary moment:</w:t>
      </w:r>
      <w:r>
        <w:t xml:space="preserve"> Akron Pride Festival marks its tenth year, growing from a modest park gathering to a major downtown event at Lock 3.</w:t>
      </w:r>
      <w:r/>
    </w:p>
    <w:p>
      <w:pPr>
        <w:pStyle w:val="ListBullet"/>
        <w:spacing w:line="240" w:lineRule="auto"/>
        <w:ind w:left="720"/>
      </w:pPr>
      <w:r/>
      <w:r>
        <w:rPr>
          <w:b/>
        </w:rPr>
        <w:t>Equity March:</w:t>
      </w:r>
      <w:r>
        <w:t xml:space="preserve"> The march begins at the Spaghetti Warehouse at 10am and walks 0.6 miles to the festival site, creating a visible, upbeat civic moment.</w:t>
      </w:r>
      <w:r/>
    </w:p>
    <w:p>
      <w:pPr>
        <w:pStyle w:val="ListBullet"/>
        <w:spacing w:line="240" w:lineRule="auto"/>
        <w:ind w:left="720"/>
      </w:pPr>
      <w:r/>
      <w:r>
        <w:rPr>
          <w:b/>
        </w:rPr>
        <w:t>Theme , Common Ground:</w:t>
      </w:r>
      <w:r>
        <w:t xml:space="preserve"> This year’s focus on intersectionality links LGBTQ+ rights with broader fights for racial, gender and economic justice.</w:t>
      </w:r>
      <w:r/>
    </w:p>
    <w:p>
      <w:pPr>
        <w:pStyle w:val="ListBullet"/>
        <w:spacing w:line="240" w:lineRule="auto"/>
        <w:ind w:left="720"/>
      </w:pPr>
      <w:r/>
      <w:r>
        <w:rPr>
          <w:b/>
        </w:rPr>
        <w:t>All-ages, free festival:</w:t>
      </w:r>
      <w:r>
        <w:t xml:space="preserve"> Activities run through the evening, with programming aimed at inclusion and community-building.</w:t>
      </w:r>
      <w:r/>
    </w:p>
    <w:p>
      <w:pPr>
        <w:pStyle w:val="ListBullet"/>
        <w:spacing w:line="240" w:lineRule="auto"/>
        <w:ind w:left="720"/>
      </w:pPr>
      <w:r/>
      <w:r>
        <w:rPr>
          <w:b/>
        </w:rPr>
        <w:t>Local roots, lasting impact:</w:t>
      </w:r>
      <w:r>
        <w:t xml:space="preserve"> Organisers say Akron’s Pride has become a key annual spotlight for visibility, advocacy and celebration.</w:t>
      </w:r>
      <w:r/>
      <w:r/>
    </w:p>
    <w:p>
      <w:pPr>
        <w:pStyle w:val="Heading2"/>
      </w:pPr>
      <w:r>
        <w:t>A big turnout where small plans began</w:t>
      </w:r>
      <w:r/>
    </w:p>
    <w:p>
      <w:r/>
      <w:r>
        <w:t>When Akron Pride launched in 2017 it was planning for an intimate gathering in a local park, but a crowd of around 7,000 proved organisers had tapped into something bigger. That first surge helped set the tone: what started as a backyard-style meet-up quickly became a civic event with staying power. You can still feel that grassroots energy in the walk from the Spaghetti Warehouse to Lock 3 , the air tends to hum with bright flags, laughter and a real sense of neighbours making space for one another.</w:t>
      </w:r>
      <w:r/>
    </w:p>
    <w:p>
      <w:pPr>
        <w:pStyle w:val="Heading2"/>
      </w:pPr>
      <w:r>
        <w:t>Why “Common Ground” matters this year</w:t>
      </w:r>
      <w:r/>
    </w:p>
    <w:p>
      <w:r/>
      <w:r>
        <w:t>The festival’s theme, Common Ground, puts intersectionality front and centre , the idea that attacks on one group ripple out and affect others. That’s especially relevant now, with national debates over transgender rights, reproductive freedom and racial justice all influencing local activism. The theme nudges attendees to think beyond single-issue advocacy and to look for shared goals, whether that’s safer schools, fair employment or more inclusive healthcare. Practically, it means programming that brings different community groups together rather than siloing them.</w:t>
      </w:r>
      <w:r/>
    </w:p>
    <w:p>
      <w:pPr>
        <w:pStyle w:val="Heading2"/>
      </w:pPr>
      <w:r>
        <w:t>The Equity March: short, visible, and intentionally civic</w:t>
      </w:r>
      <w:r/>
    </w:p>
    <w:p>
      <w:r/>
      <w:r>
        <w:t>The Equity March is a neat, walkable parade , about 6/10 of a mile , that starts at 10am at 510 S. Main Street and ends at Lock 3. Because it’s compact and downtown, it’s designed to be accessible: families, people with mobility needs and folks pushing strollers can take part without committing to a long route. The march doubles as a protest and a celebration, a chance to be seen and to remind city leaders that inclusion is a public priority. Expect signs, local performers, and the kind of small-town-meets-big-city warmth that makes it feel like everyone’s invited.</w:t>
      </w:r>
      <w:r/>
    </w:p>
    <w:p>
      <w:pPr>
        <w:pStyle w:val="Heading2"/>
      </w:pPr>
      <w:r>
        <w:t>What to expect at Lock 3 , festival vibe and practical tips</w:t>
      </w:r>
      <w:r/>
    </w:p>
    <w:p>
      <w:r/>
      <w:r>
        <w:t>Lock 3 offers a big stage and room for a day-long line-up: music, vendor stalls, educational booths and kid-friendly corners. It’s free to attend, which helps keep it open to all income levels, and the schedule usually runs into the evening so you can drop in for an hour or settle in for the day. Practical tips: bring water, sunscreen and a lightweight chair or blanket if you want to stake a spot. If you’re driving, plan for limited parking and consider public transport or ride-shares; arriving early avoids the busiest stretch.</w:t>
      </w:r>
      <w:r/>
    </w:p>
    <w:p>
      <w:pPr>
        <w:pStyle w:val="Heading2"/>
      </w:pPr>
      <w:r>
        <w:t>From Akron’s early surprise crowd to a platform for justice</w:t>
      </w:r>
      <w:r/>
    </w:p>
    <w:p>
      <w:r/>
      <w:r>
        <w:t>Akron’s Pride has grown from an unexpectedly large first turnout to an annual platform that balances fun with purpose. Organisers and attendees alike say the festival’s strength is its local roots , it’s organized by people who know the city and want the event to reflect the community’s needs. Looking ahead, the Common Ground theme suggests future festivals will keep pushing for coalition-building and policy conversations while keeping the music and colour that make Pride feel like a party and a protest at once.</w:t>
      </w:r>
      <w:r/>
    </w:p>
    <w:p>
      <w:r/>
      <w:r>
        <w:t>It's a small change that can make every celebration feel more inclusive and more impactful.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13">
        <w:r>
          <w:rPr>
            <w:color w:val="0000EE"/>
            <w:u w:val="single"/>
          </w:rPr>
          <w:t>[3]</w:t>
        </w:r>
      </w:hyperlink>
      <w:r>
        <w:t xml:space="preserve">, </w:t>
      </w:r>
      <w:hyperlink r:id="rId14">
        <w:r>
          <w:rPr>
            <w:color w:val="0000EE"/>
            <w:u w:val="single"/>
          </w:rPr>
          <w:t>[4]</w:t>
        </w:r>
      </w:hyperlink>
      <w:r>
        <w:t xml:space="preserve">- Paragraph 4: </w:t>
      </w:r>
      <w:hyperlink r:id="rId14">
        <w:r>
          <w:rPr>
            <w:color w:val="0000EE"/>
            <w:u w:val="single"/>
          </w:rPr>
          <w:t>[4]</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https://coolcleveland.com/2026/08/akron-pride-celebrates-its-tenth-anniversary-with-a-focus-on-justice-for-all/</w:t>
        </w:r>
      </w:hyperlink>
      <w:r>
        <w:t xml:space="preserve"> - Please view link - unable to able to access data</w:t>
      </w:r>
      <w:r/>
    </w:p>
    <w:p>
      <w:pPr>
        <w:pStyle w:val="ListNumber"/>
        <w:spacing w:line="240" w:lineRule="auto"/>
        <w:ind w:left="720"/>
      </w:pPr>
      <w:r/>
      <w:hyperlink r:id="rId10">
        <w:r>
          <w:rPr>
            <w:color w:val="0000EE"/>
            <w:u w:val="single"/>
          </w:rPr>
          <w:t>https://akronpridefestival.org/about/</w:t>
        </w:r>
      </w:hyperlink>
      <w:r>
        <w:t xml:space="preserve"> - The Akron Pride Festival's mission is to unify and affirm the LGBTQ+ community and its allies by celebrating diversity and promoting likeness. The festival is fiscally sponsored by the Community AIDS Network Akron Pride Initiative (CANAPI), a 501(c)(3) nonprofit organisation dedicated to serving and promoting the well-being of the LGBTQ community and those affected by HIV through education, support services, quality housing, and advocacy.</w:t>
      </w:r>
      <w:r/>
    </w:p>
    <w:p>
      <w:pPr>
        <w:pStyle w:val="ListNumber"/>
        <w:spacing w:line="240" w:lineRule="auto"/>
        <w:ind w:left="720"/>
      </w:pPr>
      <w:r/>
      <w:hyperlink r:id="rId13">
        <w:r>
          <w:rPr>
            <w:color w:val="0000EE"/>
            <w:u w:val="single"/>
          </w:rPr>
          <w:t>https://akronpridefestival.org/akron-pride-festival-and-equity-march/</w:t>
        </w:r>
      </w:hyperlink>
      <w:r>
        <w:t xml:space="preserve"> - The Akron Pride Festival and Equity March 2026 is scheduled for August 22, 2026, from 10:00 am to 10:00 pm on Main Street in downtown Akron. The theme for this year's event is 'Common Ground', focusing on intersectionality and the understanding that oppression or discrimination experienced by one community impacts other communities too. The march begins at 10:00 am at the former Spaghetti Warehouse, located at 510 S. Main Street, and proceeds to the festival site at Lock 3 Park.</w:t>
      </w:r>
      <w:r/>
    </w:p>
    <w:p>
      <w:pPr>
        <w:pStyle w:val="ListNumber"/>
        <w:spacing w:line="240" w:lineRule="auto"/>
        <w:ind w:left="720"/>
      </w:pPr>
      <w:r/>
      <w:hyperlink r:id="rId14">
        <w:r>
          <w:rPr>
            <w:color w:val="0000EE"/>
            <w:u w:val="single"/>
          </w:rPr>
          <w:t>https://akronpridefestival.org/events/akron-pride-festival-and-equity-march-2026/</w:t>
        </w:r>
      </w:hyperlink>
      <w:r>
        <w:t xml:space="preserve"> - The Akron Pride Festival and Equity March 2026 is set for August 22, 2026, from 10:00 am to 10:00 pm on Main Street in downtown Akron. The event will feature local and national entertainers, exhibitors, an interactive children's area, food trucks, and more. Registration for the Equity March opens on May 15, 2026. The festival aims to celebrate Akron's LGBTQ+ community and promote diversity and inclusion.</w:t>
      </w:r>
      <w:r/>
    </w:p>
    <w:p>
      <w:pPr>
        <w:pStyle w:val="ListNumber"/>
        <w:spacing w:line="240" w:lineRule="auto"/>
        <w:ind w:left="720"/>
      </w:pPr>
      <w:r/>
      <w:hyperlink r:id="rId11">
        <w:r>
          <w:rPr>
            <w:color w:val="0000EE"/>
            <w:u w:val="single"/>
          </w:rPr>
          <w:t>https://www.ideastream.org/news/community/2017-08-27/akron-pride-fest-helped-people-fill-up-their-buckets-of-love</w:t>
        </w:r>
      </w:hyperlink>
      <w:r>
        <w:t xml:space="preserve"> - In August 2017, Akron held its first Pride Festival in nearly two decades, attracting thousands of attendees. The event featured food, music, and camaraderie, providing a space for the LGBTQ+ community to heal and celebrate. The festival was organised in response to political challenges to LGBTQ+ rights, offering a supportive environment for individuals to 'fill up their buckets' of love.</w:t>
      </w:r>
      <w:r/>
    </w:p>
    <w:p>
      <w:pPr>
        <w:pStyle w:val="ListNumber"/>
        <w:spacing w:line="240" w:lineRule="auto"/>
        <w:ind w:left="720"/>
      </w:pPr>
      <w:r/>
      <w:hyperlink r:id="rId12">
        <w:r>
          <w:rPr>
            <w:color w:val="0000EE"/>
            <w:u w:val="single"/>
          </w:rPr>
          <w:t>https://www.metroweekly.com/2026/03/capital-pride-2026-theme-exist-resist-audacity/</w:t>
        </w:r>
      </w:hyperlink>
      <w:r>
        <w:t xml:space="preserve"> - The Capital Pride Alliance announced the theme for the 2026 Capital Pride as 'Exist. Resist. Have the Audacity!' This theme serves as a call for the LGBTQ+ community to live loudly and proudly, stand firm against injustice and erasure, and embody the collective strength that has always defined the community. It underscores the importance of affirming the presence, resilience, and courage of LGBTQ+ individuals worldwide.</w:t>
      </w:r>
      <w:r/>
    </w:p>
    <w:p>
      <w:pPr>
        <w:pStyle w:val="ListNumber"/>
        <w:spacing w:line="240" w:lineRule="auto"/>
        <w:ind w:left="720"/>
      </w:pPr>
      <w:r/>
      <w:hyperlink r:id="rId15">
        <w:r>
          <w:rPr>
            <w:color w:val="0000EE"/>
            <w:u w:val="single"/>
          </w:rPr>
          <w:t>https://www.capitalpride.org/the-capital-pride-alliance-announces-the-2026-celebration-theme/</w:t>
        </w:r>
      </w:hyperlink>
      <w:r>
        <w:t xml:space="preserve"> - The Capital Pride Alliance unveiled the theme for the 2026 Capital Pride celebration: 'Exist. Resist. Have the Audacity!' This bold declaration affirms the presence, resilience, and courage of LGBTQ+ people around the world. The theme calls on the community to live loudly and proudly, stand firm against injustice and erasure, and embody the collective strength that has always defined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oolcleveland.com/2026/08/akron-pride-celebrates-its-tenth-anniversary-with-a-focus-on-justice-for-all/" TargetMode="External"/><Relationship Id="rId10" Type="http://schemas.openxmlformats.org/officeDocument/2006/relationships/hyperlink" Target="https://akronpridefestival.org/about/" TargetMode="External"/><Relationship Id="rId11" Type="http://schemas.openxmlformats.org/officeDocument/2006/relationships/hyperlink" Target="https://www.ideastream.org/news/community/2017-08-27/akron-pride-fest-helped-people-fill-up-their-buckets-of-love" TargetMode="External"/><Relationship Id="rId12" Type="http://schemas.openxmlformats.org/officeDocument/2006/relationships/hyperlink" Target="https://www.metroweekly.com/2026/03/capital-pride-2026-theme-exist-resist-audacity/" TargetMode="External"/><Relationship Id="rId13" Type="http://schemas.openxmlformats.org/officeDocument/2006/relationships/hyperlink" Target="https://akronpridefestival.org/akron-pride-festival-and-equity-march/" TargetMode="External"/><Relationship Id="rId14" Type="http://schemas.openxmlformats.org/officeDocument/2006/relationships/hyperlink" Target="https://akronpridefestival.org/events/akron-pride-festival-and-equity-march-2026/" TargetMode="External"/><Relationship Id="rId15" Type="http://schemas.openxmlformats.org/officeDocument/2006/relationships/hyperlink" Target="https://www.capitalpride.org/the-capital-pride-alliance-announces-the-2026-celebration-the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