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Why Critics Say the BBC’s Drag Coverage Echoes Past Mistakes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and viewers alike are asking questions about representation on our screens; critics claim the BBC’s ongoing focus on drag echoes earlier programming mistakes, and that matters because public broadcasting shapes social norms and trust. Here’s what’s happening, why people care, and how editors might do better.</w:t>
      </w:r>
      <w:r/>
    </w:p>
    <w:p>
      <w:r/>
      <w:r>
        <w:t>Essential Takeaways</w:t>
      </w:r>
      <w:r/>
      <w:r/>
    </w:p>
    <w:p>
      <w:pPr>
        <w:pStyle w:val="ListBullet"/>
        <w:spacing w:line="240" w:lineRule="auto"/>
        <w:ind w:left="720"/>
      </w:pPr>
      <w:r/>
      <w:r>
        <w:rPr>
          <w:b/>
        </w:rPr>
        <w:t>Historical caution:</w:t>
      </w:r>
      <w:r>
        <w:t xml:space="preserve"> The BBC once ran the Black and White Minstrel Show, a programme now widely accepted as racist and damaging. </w:t>
      </w:r>
      <w:r/>
    </w:p>
    <w:p>
      <w:pPr>
        <w:pStyle w:val="ListBullet"/>
        <w:spacing w:line="240" w:lineRule="auto"/>
        <w:ind w:left="720"/>
      </w:pPr>
      <w:r/>
      <w:r>
        <w:rPr>
          <w:b/>
        </w:rPr>
        <w:t>Modern controversy:</w:t>
      </w:r>
      <w:r>
        <w:t xml:space="preserve"> Commentators argue current enthusiastic coverage of drag performers can feel tone-deaf or performative to some audiences. </w:t>
      </w:r>
      <w:r/>
    </w:p>
    <w:p>
      <w:pPr>
        <w:pStyle w:val="ListBullet"/>
        <w:spacing w:line="240" w:lineRule="auto"/>
        <w:ind w:left="720"/>
      </w:pPr>
      <w:r/>
      <w:r>
        <w:rPr>
          <w:b/>
        </w:rPr>
        <w:t>Editorial risk:</w:t>
      </w:r>
      <w:r>
        <w:t xml:space="preserve"> Frequent, prominent placement of niche cultural topics may alienate viewers who expect balanced public-interest coverage. </w:t>
      </w:r>
      <w:r/>
    </w:p>
    <w:p>
      <w:pPr>
        <w:pStyle w:val="ListBullet"/>
        <w:spacing w:line="240" w:lineRule="auto"/>
        <w:ind w:left="720"/>
      </w:pPr>
      <w:r/>
      <w:r>
        <w:rPr>
          <w:b/>
        </w:rPr>
        <w:t>Practical fix:</w:t>
      </w:r>
      <w:r>
        <w:t xml:space="preserve"> Producers can widen representation and context, explain why a story runs and show diverse perspectives, to reduce backlash. </w:t>
      </w:r>
      <w:r/>
      <w:r/>
    </w:p>
    <w:p>
      <w:pPr>
        <w:pStyle w:val="Heading2"/>
      </w:pPr>
      <w:r>
        <w:t>A sharp reminder from TV’s past</w:t>
      </w:r>
      <w:r/>
    </w:p>
    <w:p>
      <w:r/>
      <w:r>
        <w:t>The Black and White Minstrel Show ran for years and later became shorthand for how mainstream TV once normalised offensive stereotypes, a history many now regret. That memory is vivid for critics who point out the BBC’s duty to reflect society responsibly. The comparison is provocative because it uses a strong emotional cue, embarrassment, to make a point about institutional blind spots.</w:t>
      </w:r>
      <w:r/>
    </w:p>
    <w:p>
      <w:r/>
      <w:r>
        <w:t>Journalists and historians have written about how the show was accepted in its day and rejected later, and those shifts matter because they show how standards evolve. If broadcasters misjudge what’s acceptable, the fallout can last decades. For producers, the obvious takeaway is to keep asking who’s centred in a story and why.</w:t>
      </w:r>
      <w:r/>
    </w:p>
    <w:p>
      <w:pPr>
        <w:pStyle w:val="Heading2"/>
      </w:pPr>
      <w:r>
        <w:t>Why drag coverage has become a flashpoint</w:t>
      </w:r>
      <w:r/>
    </w:p>
    <w:p>
      <w:r/>
      <w:r>
        <w:t>There’s a sense among some commentators that the BBC’s recurrent spotlighting of drag performers reads as a cultural push rather than neutral reporting. That can feel jarring if audiences expect the national broadcaster to prioritise public-service issues like the economy, health or education.</w:t>
      </w:r>
      <w:r/>
    </w:p>
    <w:p>
      <w:r/>
      <w:r>
        <w:t>Critics say the repetition of certain cultural themes risks turning coverage into an editorial stance, rather than a report of events. A simple way for newsrooms to respond is to be transparent about editorial choices, explain the public-interest angle and provide space for dissenting voices as well as celebratory ones.</w:t>
      </w:r>
      <w:r/>
    </w:p>
    <w:p>
      <w:pPr>
        <w:pStyle w:val="Heading2"/>
      </w:pPr>
      <w:r>
        <w:t>Where the comparison to minstrel entertainment lands, and where it doesn’t</w:t>
      </w:r>
      <w:r/>
    </w:p>
    <w:p>
      <w:r/>
      <w:r>
        <w:t>Comparing modern drag coverage to minstrel shows is deliberately provocative and taps into historical anger about misrepresentation. But the analogy also has limits. Drag is an umbrella term with varied cultural meanings, from theatrical tradition to LGBTQ+ activism, and many performers are members of the communities they represent.</w:t>
      </w:r>
      <w:r/>
    </w:p>
    <w:p>
      <w:r/>
      <w:r>
        <w:t>Still, the broader point critics make is useful: depict people with dignity and context, don’t reduce them to spectacle. Editors can avoid caricature by commissioning pieces that explore history, lived experience and the social forces behind trends, rather than relying on quick, visual shock value.</w:t>
      </w:r>
      <w:r/>
    </w:p>
    <w:p>
      <w:pPr>
        <w:pStyle w:val="Heading2"/>
      </w:pPr>
      <w:r>
        <w:t>Practical advice for viewers and producers</w:t>
      </w:r>
      <w:r/>
    </w:p>
    <w:p>
      <w:r/>
      <w:r>
        <w:t>If you’re a viewer turned sceptic, look for reporting that explains why a cultural story matters beyond novelty: does it touch law, education, public health or rights? That’s a fair litmus test for public-interest journalism. For producers, diversify voices and avoid overexposure of any one subculture in flagship programmes.</w:t>
      </w:r>
      <w:r/>
    </w:p>
    <w:p>
      <w:r/>
      <w:r>
        <w:t>A technical tip: slot cultural features alongside rigorous analysis, not instead of it. That gives audiences context and reduces the sense that a broadcaster has an agenda. Meanwhile, feedback channels matter, viewers should be able to register disagreement and see it acknowledged.</w:t>
      </w:r>
      <w:r/>
    </w:p>
    <w:p>
      <w:pPr>
        <w:pStyle w:val="Heading2"/>
      </w:pPr>
      <w:r>
        <w:t>What this debate means for the BBC’s future</w:t>
      </w:r>
      <w:r/>
    </w:p>
    <w:p>
      <w:r/>
      <w:r>
        <w:t>The row is less about a single subject and more about editorial instinct. Public trust is fragile and built on perceived fairness and relevance. If the BBC wants to be both progressive and trusted, it needs better balance, clearer explanations and, occasionally, the humility to recognise when it’s misread its audience.</w:t>
      </w:r>
      <w:r/>
    </w:p>
    <w:p>
      <w:r/>
      <w:r>
        <w:t>For the rest of us, it’s a reminder that media literacy matters; recognising framing and motive helps you judge coverage on its merits rather than its mood.</w:t>
      </w:r>
      <w:r/>
    </w:p>
    <w:p>
      <w:r/>
      <w:r>
        <w:t>It's a small editorial shift that could make public broadcasting feel more thoughtful and less performative.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[5]</w:t>
        </w:r>
      </w:hyperlink>
      <w:r>
        <w:t xml:space="preserve">, </w:t>
      </w:r>
      <w:hyperlink r:id="rId10">
        <w:r>
          <w:rPr>
            <w:color w:val="0000EE"/>
            <w:u w:val="single"/>
          </w:rPr>
          <w:t>[7]</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[5]</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https://anglicanmainstream.org/article/the-bbc-will-come-to-regret-its-bizarre-obsession-with-drag-queens/</w:t>
        </w:r>
      </w:hyperlink>
      <w:r>
        <w:t xml:space="preserve"> - Please view link - unable to able to access data</w:t>
      </w:r>
      <w:r/>
    </w:p>
    <w:p>
      <w:pPr>
        <w:pStyle w:val="ListNumber"/>
        <w:spacing w:line="240" w:lineRule="auto"/>
        <w:ind w:left="720"/>
      </w:pPr>
      <w:r/>
      <w:hyperlink r:id="rId10">
        <w:r>
          <w:rPr>
            <w:color w:val="0000EE"/>
            <w:u w:val="single"/>
          </w:rPr>
          <w:t>https://www.theguardian.com/media/2002/jan/09/broadcasting.bbc1</w:t>
        </w:r>
      </w:hyperlink>
      <w:r>
        <w:t xml:space="preserve"> - An article from The Guardian discusses the history and controversy surrounding the BBC's 'The Black and White Minstrel Show', which aired from 1958 to 1978. The show featured white entertainers in blackface, leading to criticism for perpetuating racial stereotypes. Despite its popularity, the programme was eventually dropped due to growing concerns over its offensive content.</w:t>
      </w:r>
      <w:r/>
    </w:p>
    <w:p>
      <w:pPr>
        <w:pStyle w:val="ListNumber"/>
        <w:spacing w:line="240" w:lineRule="auto"/>
        <w:ind w:left="720"/>
      </w:pPr>
      <w:r/>
      <w:hyperlink r:id="rId11">
        <w:r>
          <w:rPr>
            <w:color w:val="0000EE"/>
            <w:u w:val="single"/>
          </w:rPr>
          <w:t>https://www.thebritishacademy.ac.uk/blog/how-black-and-white-minstrel-show-20-years-bbc/</w:t>
        </w:r>
      </w:hyperlink>
      <w:r>
        <w:t xml:space="preserve"> - A blog post by Dr. Christine Grandy examines the BBC's 'The Black and White Minstrel Show', which ran from 1958 to 1978. The article highlights the show's portrayal of white performers in blackface and the subsequent criticism it faced, including a 1967 petition from the Campaign Against Racial Discrimination calling for its termination.</w:t>
      </w:r>
      <w:r/>
    </w:p>
    <w:p>
      <w:pPr>
        <w:pStyle w:val="ListNumber"/>
        <w:spacing w:line="240" w:lineRule="auto"/>
        <w:ind w:left="720"/>
      </w:pPr>
      <w:r/>
      <w:hyperlink r:id="rId12">
        <w:r>
          <w:rPr>
            <w:color w:val="0000EE"/>
            <w:u w:val="single"/>
          </w:rPr>
          <w:t>https://www.cambridge.org/core/journals/journal-of-british-studies/article/abs/show-is-not-about-race-custom-screen-culture-and-the-black-and-white-minstrel-show/27F8035D2486E5782181A1617088DAFE</w:t>
        </w:r>
      </w:hyperlink>
      <w:r>
        <w:t xml:space="preserve"> - An academic article by Christine Grandy explores the BBC's 'The Black and White Minstrel Show' and the debates surrounding its racial implications. The study delves into the BBC's defense of the show, arguing that it was not about race, and examines the broader context of blackface in British entertainment during that period.</w:t>
      </w:r>
      <w:r/>
    </w:p>
    <w:p>
      <w:pPr>
        <w:pStyle w:val="ListNumber"/>
        <w:spacing w:line="240" w:lineRule="auto"/>
        <w:ind w:left="720"/>
      </w:pPr>
      <w:r/>
      <w:hyperlink r:id="rId10">
        <w:r>
          <w:rPr>
            <w:color w:val="0000EE"/>
            <w:u w:val="single"/>
          </w:rPr>
          <w:t>https://www.theguardian.com/media/2002/jan/09/broadcasting.bbc1</w:t>
        </w:r>
      </w:hyperlink>
      <w:r>
        <w:t xml:space="preserve"> - An article from The Guardian discusses the history and controversy surrounding the BBC's 'The Black and White Minstrel Show', which aired from 1958 to 1978. The show featured white entertainers in blackface, leading to criticism for perpetuating racial stereotypes. Despite its popularity, the programme was eventually dropped due to growing concerns over its offensive content.</w:t>
      </w:r>
      <w:r/>
    </w:p>
    <w:p>
      <w:pPr>
        <w:pStyle w:val="ListNumber"/>
        <w:spacing w:line="240" w:lineRule="auto"/>
        <w:ind w:left="720"/>
      </w:pPr>
      <w:r/>
      <w:hyperlink r:id="rId13">
        <w:r>
          <w:rPr>
            <w:color w:val="0000EE"/>
            <w:u w:val="single"/>
          </w:rPr>
          <w:t>https://www.researchgate.net/publication/249720535_Race_Gender_and_Broadcast_Comedy_The_Case_of_the_BBC%27s_Kentucky_Minstrels</w:t>
        </w:r>
      </w:hyperlink>
      <w:r>
        <w:t xml:space="preserve"> - An academic paper by Michael Pickering examines the BBC's 'The Kentucky Minstrels', a variety series that aired from 1933 to 1950. The study focuses on the show's use of blackface minstrelsy and its role in British media comedy, highlighting the racial and gender dynamics present in the programme.</w:t>
      </w:r>
      <w:r/>
    </w:p>
    <w:p>
      <w:pPr>
        <w:pStyle w:val="ListNumber"/>
        <w:spacing w:line="240" w:lineRule="auto"/>
        <w:ind w:left="720"/>
      </w:pPr>
      <w:r/>
      <w:hyperlink r:id="rId10">
        <w:r>
          <w:rPr>
            <w:color w:val="0000EE"/>
            <w:u w:val="single"/>
          </w:rPr>
          <w:t>https://www.theguardian.com/media/2002/jan/09/broadcasting.bbc1</w:t>
        </w:r>
      </w:hyperlink>
      <w:r>
        <w:t xml:space="preserve"> - An article from The Guardian discusses the history and controversy surrounding the BBC's 'The Black and White Minstrel Show', which aired from 1958 to 1978. The show featured white entertainers in blackface, leading to criticism for perpetuating racial stereotypes. Despite its popularity, the programme was eventually dropped due to growing concerns over its offensive content.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the-bbc-will-come-to-regret-its-bizarre-obsession-with-drag-queens/" TargetMode="External"/><Relationship Id="rId10" Type="http://schemas.openxmlformats.org/officeDocument/2006/relationships/hyperlink" Target="https://www.theguardian.com/media/2002/jan/09/broadcasting.bbc1" TargetMode="External"/><Relationship Id="rId11" Type="http://schemas.openxmlformats.org/officeDocument/2006/relationships/hyperlink" Target="https://www.thebritishacademy.ac.uk/blog/how-black-and-white-minstrel-show-20-years-bbc/" TargetMode="External"/><Relationship Id="rId12" Type="http://schemas.openxmlformats.org/officeDocument/2006/relationships/hyperlink" Target="https://www.cambridge.org/core/journals/journal-of-british-studies/article/abs/show-is-not-about-race-custom-screen-culture-and-the-black-and-white-minstrel-show/27F8035D2486E5782181A1617088DAFE" TargetMode="External"/><Relationship Id="rId13" Type="http://schemas.openxmlformats.org/officeDocument/2006/relationships/hyperlink" Target="https://www.researchgate.net/publication/249720535_Race_Gender_and_Broadcast_Comedy_The_Case_of_the_BBC%27s_Kentucky_Minstr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