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Talk About Sex, Freedom and Compulsion in Gay Culture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conversations about sex can be both celebratory and uncomfortable, readers, writers and lawmakers are all weighing what counts as freedom, what counts as addiction, and why both matter for gay culture and for personal wellbeing. This piece looks at Edmund White’s memoir, New York debates over bathhouses, and why sex-positivity needs a little self-examination.</w:t>
      </w:r>
      <w:r/>
    </w:p>
    <w:p>
      <w:r/>
      <w:r>
        <w:t>Essential Takeaways</w:t>
      </w:r>
      <w:r/>
      <w:r/>
    </w:p>
    <w:p>
      <w:pPr>
        <w:pStyle w:val="ListBullet"/>
        <w:spacing w:line="240" w:lineRule="auto"/>
        <w:ind w:left="720"/>
      </w:pPr>
      <w:r/>
      <w:r>
        <w:rPr>
          <w:b/>
        </w:rPr>
        <w:t>Memoir spark:</w:t>
      </w:r>
      <w:r>
        <w:t xml:space="preserve"> Edmund White’s The Loves of My Life brings pleasure and excess into sharp relief, prompting questions about whether high partner counts always equal fulfilment.</w:t>
      </w:r>
      <w:r/>
    </w:p>
    <w:p>
      <w:pPr>
        <w:pStyle w:val="ListBullet"/>
        <w:spacing w:line="240" w:lineRule="auto"/>
        <w:ind w:left="720"/>
      </w:pPr>
      <w:r/>
      <w:r>
        <w:rPr>
          <w:b/>
        </w:rPr>
        <w:t>Policy context:</w:t>
      </w:r>
      <w:r>
        <w:t xml:space="preserve"> New York lawmakers are pushing to lift the state’s bathhouse ban, a move billed as restoring a piece of gay cultural life.</w:t>
      </w:r>
      <w:r/>
    </w:p>
    <w:p>
      <w:pPr>
        <w:pStyle w:val="ListBullet"/>
        <w:spacing w:line="240" w:lineRule="auto"/>
        <w:ind w:left="720"/>
      </w:pPr>
      <w:r/>
      <w:r>
        <w:rPr>
          <w:b/>
        </w:rPr>
        <w:t>Key distinction:</w:t>
      </w:r>
      <w:r>
        <w:t xml:space="preserve"> Pleasure and compulsion aren’t the same, healthy sexual freedom includes the ability to walk away.</w:t>
      </w:r>
      <w:r/>
    </w:p>
    <w:p>
      <w:pPr>
        <w:pStyle w:val="ListBullet"/>
        <w:spacing w:line="240" w:lineRule="auto"/>
        <w:ind w:left="720"/>
      </w:pPr>
      <w:r/>
      <w:r>
        <w:rPr>
          <w:b/>
        </w:rPr>
        <w:t>Practical cue:</w:t>
      </w:r>
      <w:r>
        <w:t xml:space="preserve"> If sex is costing relationships, self-respect, or safety, it’s worth pausing and asking why.</w:t>
      </w:r>
      <w:r/>
    </w:p>
    <w:p>
      <w:pPr>
        <w:pStyle w:val="ListBullet"/>
        <w:spacing w:line="240" w:lineRule="auto"/>
        <w:ind w:left="720"/>
      </w:pPr>
      <w:r/>
      <w:r>
        <w:rPr>
          <w:b/>
        </w:rPr>
        <w:t>Cultural note:</w:t>
      </w:r>
      <w:r>
        <w:t xml:space="preserve"> Defending spaces for consensual adult sex and encouraging self-reflection can, and should, coexist.</w:t>
      </w:r>
      <w:r/>
      <w:r/>
    </w:p>
    <w:p>
      <w:pPr>
        <w:pStyle w:val="Heading2"/>
      </w:pPr>
      <w:r>
        <w:t>Why Edmund White’s latest memoir feels like a prompt, not a verdict</w:t>
      </w:r>
      <w:r/>
    </w:p>
    <w:p>
      <w:r/>
      <w:r>
        <w:t>Edmund White’s latest book reads like a triumphant ledger of lovers, and that ledger itself makes you feel something, admiration, awe, maybe a pang of unease. The prose is often playful and affectionate, but the portrait of repeated, sometimes damaging encounters raises a quiet question: is quantity being mistaken for flourishing? Readers and reviewers from outlets such as The Guardian have praised the memoir’s celebration of queer life, while others, including everyday commenters, have lingered on the ways obsession shows up as a blind spot. That tension is useful because it forces us to separate celebration of gay sexuality from an uncritical acceptance of all its expressions.</w:t>
      </w:r>
      <w:r/>
    </w:p>
    <w:p>
      <w:pPr>
        <w:pStyle w:val="Heading2"/>
      </w:pPr>
      <w:r>
        <w:t>The bathhouse debate: culture, law and the symbolism of space</w:t>
      </w:r>
      <w:r/>
    </w:p>
    <w:p>
      <w:r/>
      <w:r>
        <w:t>New York’s fight over the bathhouse ban isn’t just about venues; it’s about who gets to say what gay culture looks like. Legislators arguing to repeal the ban frame it as restoring a historic and consensual adult space, and many former patrons remember these places as integral to community and identity. At the same time, policy is symbolic: legal recognition can destigmatise, but it doesn’t absolve the community of discussing harms that can occur in any scene. So defenders and critics are talking past different fears, of policing versus of normalising destructive behaviour, and both conversations belong in the same room.</w:t>
      </w:r>
      <w:r/>
    </w:p>
    <w:p>
      <w:pPr>
        <w:pStyle w:val="Heading2"/>
      </w:pPr>
      <w:r>
        <w:t>Pleasure versus captivity: how to tell the difference</w:t>
      </w:r>
      <w:r/>
    </w:p>
    <w:p>
      <w:r/>
      <w:r>
        <w:t>There’s a neat, crude test people often use: is sex still something you enjoy because it enhances your life, or has your life become arranged around sex in ways that diminish it? Reddit threads and comment sections have put the point bluntly, using scenes to loosen up is different from using scenes to avoid everything else. Practical signs to watch for include worsening self-esteem, tolerating worse partners, or finding sex crowding out friendships and goals. If those show up, stepping back isn’t moralising, it’s pragmatic. You lose nothing by checking whether a habit serves you.</w:t>
      </w:r>
      <w:r/>
    </w:p>
    <w:p>
      <w:pPr>
        <w:pStyle w:val="Heading2"/>
      </w:pPr>
      <w:r>
        <w:t>What sex-positivity could look like with a dash of self-honesty</w:t>
      </w:r>
      <w:r/>
    </w:p>
    <w:p>
      <w:r/>
      <w:r>
        <w:t>Sex-positivity was born to push back against shame, and that’s crucial. But being sex-positive doesn’t mean refusing to talk about harm or compulsion. In fact, it should make space for both pleasure and critique. That means defending consensual venues like bathhouses while also supporting resources for people who feel trapped by their sexual habits. Clinics, peer groups, and frank counselling conversations can coexist with cultural celebration, and together they make a healthier scene.</w:t>
      </w:r>
      <w:r/>
    </w:p>
    <w:p>
      <w:pPr>
        <w:pStyle w:val="Heading2"/>
      </w:pPr>
      <w:r>
        <w:t>How to navigate your own relationship to sex without drama</w:t>
      </w:r>
      <w:r/>
    </w:p>
    <w:p>
      <w:r/>
      <w:r>
        <w:t>Start with small audits: how much time do you spend chasing encounters? Are you prioritising physical safety, emotional wellbeing and mutual respect? Ask friends you trust whether they notice worrying patterns. Practical steps include setting limits on apps, taking intentional breaks, and replacing some hookups with social activities that build broader support. If you think compulsion may be involved, a clinician or sex therapist can help you untangle motives compassionately. And remember: stepping away to reassess isn’t failure, it’s curiosity about what else a life can hold.</w:t>
      </w:r>
      <w:r/>
    </w:p>
    <w:p>
      <w:r/>
      <w:r>
        <w:t>It's a small change that can make every pursuit of pleasure safer and more satisfying.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https://fabricehoudart.substack.com/p/on-the-complex-topic-of-sex</w:t>
        </w:r>
      </w:hyperlink>
      <w:r>
        <w:t xml:space="preserve"> - Please view link - unable to able to access data</w:t>
      </w:r>
      <w:r/>
    </w:p>
    <w:p>
      <w:pPr>
        <w:pStyle w:val="ListNumber"/>
        <w:spacing w:line="240" w:lineRule="auto"/>
        <w:ind w:left="720"/>
      </w:pPr>
      <w:r/>
      <w:hyperlink r:id="rId10">
        <w:r>
          <w:rPr>
            <w:color w:val="0000EE"/>
            <w:u w:val="single"/>
          </w:rPr>
          <w:t>https://www.theguardian.com/books/2025/jan/22/the-loves-of-my-life-a-sex-memoir-by-edmund-white-review-a-glorious-celebration-of-queer-love</w:t>
        </w:r>
      </w:hyperlink>
      <w:r>
        <w:t xml:space="preserve"> - This review of Edmund White's memoir, 'The Loves of My Life: A Sex Memoir', praises it as a 'glorious celebration of queer love'. The article highlights White's candid and humorous recounting of significant encounters that shaped his identity, noting his ability to blend personal narrative with broader cultural observations. The review also discusses the memoir's exploration of shifting sexual mores and conventions over seven decades, from the 'oppression of the 1950s' to contemporary debates around 'woke' culture.</w:t>
      </w:r>
      <w:r/>
    </w:p>
    <w:p>
      <w:pPr>
        <w:pStyle w:val="ListNumber"/>
        <w:spacing w:line="240" w:lineRule="auto"/>
        <w:ind w:left="720"/>
      </w:pPr>
      <w:r/>
      <w:hyperlink r:id="rId13">
        <w:r>
          <w:rPr>
            <w:color w:val="0000EE"/>
            <w:u w:val="single"/>
          </w:rPr>
          <w:t>https://mitpressbookstore.mit.edu/book/9781639739318</w:t>
        </w:r>
      </w:hyperlink>
      <w:r>
        <w:t xml:space="preserve"> - This page provides details about Edmund White's memoir, 'The Loves of My Life: A Sex Memoir'. It describes the book as a raw, frightening, funny, and beautiful testimony, offering a glimpse into White's extensive sexual experiences that have inspired his literary works. The memoir is presented as a culmination of White's life and work, providing a delightful and moving tour of over seventy years of being unabashedly gay and in love with love in all its forms.</w:t>
      </w:r>
      <w:r/>
    </w:p>
    <w:p>
      <w:pPr>
        <w:pStyle w:val="ListNumber"/>
        <w:spacing w:line="240" w:lineRule="auto"/>
        <w:ind w:left="720"/>
      </w:pPr>
      <w:r/>
      <w:hyperlink r:id="rId15">
        <w:r>
          <w:rPr>
            <w:color w:val="0000EE"/>
            <w:u w:val="single"/>
          </w:rPr>
          <w:t>https://www.bloomsbury.com/us/loves-of-my-life-9781639733729/</w:t>
        </w:r>
      </w:hyperlink>
      <w:r>
        <w:t xml:space="preserve"> - This page offers information about Edmund White's memoir, 'The Loves of My Life: A Sex Memoir'. It describes the book as a culmination of White's life and work, providing a delightful and moving tour of over seventy years of being unabashedly gay and in love with love in all its forms. The page includes details about the book's publication, format, and ISBN, as well as a brief description of the content.</w:t>
      </w:r>
      <w:r/>
    </w:p>
    <w:p>
      <w:pPr>
        <w:pStyle w:val="ListNumber"/>
        <w:spacing w:line="240" w:lineRule="auto"/>
        <w:ind w:left="720"/>
      </w:pPr>
      <w:r/>
      <w:hyperlink r:id="rId12">
        <w:r>
          <w:rPr>
            <w:color w:val="0000EE"/>
            <w:u w:val="single"/>
          </w:rPr>
          <w:t>https://www.bloomsbury.com/us/loves-of-my-life-9781526691279/</w:t>
        </w:r>
      </w:hyperlink>
      <w:r>
        <w:t xml:space="preserve"> - This page provides information about Edmund White's memoir, 'The Loves of My Life: A Sex Memoir'. It describes the book as a guided tour of gay desire, with libido being the wellspring of just about everything. The page includes details about the book's publication, format, and ISBN, as well as a brief description of the content.</w:t>
      </w:r>
      <w:r/>
    </w:p>
    <w:p>
      <w:pPr>
        <w:pStyle w:val="ListNumber"/>
        <w:spacing w:line="240" w:lineRule="auto"/>
        <w:ind w:left="720"/>
      </w:pPr>
      <w:r/>
      <w:hyperlink r:id="rId14">
        <w:r>
          <w:rPr>
            <w:color w:val="0000EE"/>
            <w:u w:val="single"/>
          </w:rPr>
          <w:t>https://books.google.com/books/about/The_Loves_of_My_Life.html?id=u7F-EQAAQBAJ</w:t>
        </w:r>
      </w:hyperlink>
      <w:r>
        <w:t xml:space="preserve"> - This Google Books page offers a preview of Edmund White's memoir, 'The Loves of My Life: A Sex Memoir'. It provides information about the book's publication, format, and ISBN, as well as a brief description of the content.</w:t>
      </w:r>
      <w:r/>
    </w:p>
    <w:p>
      <w:pPr>
        <w:pStyle w:val="ListNumber"/>
        <w:spacing w:line="240" w:lineRule="auto"/>
        <w:ind w:left="720"/>
      </w:pPr>
      <w:r/>
      <w:hyperlink r:id="rId11">
        <w:r>
          <w:rPr>
            <w:color w:val="0000EE"/>
            <w:u w:val="single"/>
          </w:rPr>
          <w:t>https://www.goodreads.com/book/show/211003842-the-loves-of-my-life</w:t>
        </w:r>
      </w:hyperlink>
      <w:r>
        <w:t xml:space="preserve"> - This Goodreads page provides information about Edmund White's memoir, 'The Loves of My Life: A Sex Memoir'. It includes user ratings and reviews, offering insights into readers' perspectives on the book.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abricehoudart.substack.com/p/on-the-complex-topic-of-sex" TargetMode="External"/><Relationship Id="rId10" Type="http://schemas.openxmlformats.org/officeDocument/2006/relationships/hyperlink" Target="https://www.theguardian.com/books/2025/jan/22/the-loves-of-my-life-a-sex-memoir-by-edmund-white-review-a-glorious-celebration-of-queer-love" TargetMode="External"/><Relationship Id="rId11" Type="http://schemas.openxmlformats.org/officeDocument/2006/relationships/hyperlink" Target="https://www.goodreads.com/book/show/211003842-the-loves-of-my-life" TargetMode="External"/><Relationship Id="rId12" Type="http://schemas.openxmlformats.org/officeDocument/2006/relationships/hyperlink" Target="https://www.bloomsbury.com/us/loves-of-my-life-9781526691279/" TargetMode="External"/><Relationship Id="rId13" Type="http://schemas.openxmlformats.org/officeDocument/2006/relationships/hyperlink" Target="https://mitpressbookstore.mit.edu/book/9781639739318" TargetMode="External"/><Relationship Id="rId14" Type="http://schemas.openxmlformats.org/officeDocument/2006/relationships/hyperlink" Target="https://books.google.com/books/about/The_Loves_of_My_Life.html?id=u7F-EQAAQBAJ" TargetMode="External"/><Relationship Id="rId15" Type="http://schemas.openxmlformats.org/officeDocument/2006/relationships/hyperlink" Target="https://www.bloomsbury.com/us/loves-of-my-life-97816397337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