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New Queer Students Can Find Community in Pittsburgh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Dive in: new queer students arriving in Pittsburgh are finding friendly neighbourhoods, sober social hubs, and a patchwork of support that makes starting uni less lonely and more fun. Here’s where to plug in, who helps with health and safety, and simple ways to meet people without feeling overwhelmed.</w:t>
      </w:r>
      <w:r/>
      <w:r/>
    </w:p>
    <w:p>
      <w:pPr>
        <w:pStyle w:val="ListBullet"/>
        <w:spacing w:line="240" w:lineRule="auto"/>
        <w:ind w:left="720"/>
      </w:pPr>
      <w:r/>
      <w:r>
        <w:rPr>
          <w:b/>
        </w:rPr>
        <w:t>Quick wins:</w:t>
      </w:r>
      <w:r>
        <w:t xml:space="preserve"> Follow community calendars and newsletters to spot recurring events and low-pressure meetups , easy to scan and plan around classes. </w:t>
      </w:r>
      <w:r/>
    </w:p>
    <w:p>
      <w:pPr>
        <w:pStyle w:val="ListBullet"/>
        <w:spacing w:line="240" w:lineRule="auto"/>
        <w:ind w:left="720"/>
      </w:pPr>
      <w:r/>
      <w:r>
        <w:rPr>
          <w:b/>
        </w:rPr>
        <w:t>Go-to spaces:</w:t>
      </w:r>
      <w:r>
        <w:t xml:space="preserve"> QMNTY Center offers support groups, workshops, classes and a thrift shop , a soft, social way to make friends. </w:t>
      </w:r>
      <w:r/>
    </w:p>
    <w:p>
      <w:pPr>
        <w:pStyle w:val="ListBullet"/>
        <w:spacing w:line="240" w:lineRule="auto"/>
        <w:ind w:left="720"/>
      </w:pPr>
      <w:r/>
      <w:r>
        <w:rPr>
          <w:b/>
        </w:rPr>
        <w:t>Sober socialising:</w:t>
      </w:r>
      <w:r>
        <w:t xml:space="preserve"> Cafés, book clubs and groups like Pittsburgh LesbiYinz or volunteer projects provide alcohol-free ways to connect. </w:t>
      </w:r>
      <w:r/>
    </w:p>
    <w:p>
      <w:pPr>
        <w:pStyle w:val="ListBullet"/>
        <w:spacing w:line="240" w:lineRule="auto"/>
        <w:ind w:left="720"/>
      </w:pPr>
      <w:r/>
      <w:r>
        <w:rPr>
          <w:b/>
        </w:rPr>
        <w:t>Stay healthy:</w:t>
      </w:r>
      <w:r>
        <w:t xml:space="preserve"> Local clinics and centres offer PrEP, STI testing, trans-competent care and mental-health support , practical, confidential services. </w:t>
      </w:r>
      <w:r/>
    </w:p>
    <w:p>
      <w:pPr>
        <w:pStyle w:val="ListBullet"/>
        <w:spacing w:line="240" w:lineRule="auto"/>
        <w:ind w:left="720"/>
      </w:pPr>
      <w:r/>
      <w:r>
        <w:rPr>
          <w:b/>
        </w:rPr>
        <w:t>Safety tip:</w:t>
      </w:r>
      <w:r>
        <w:t xml:space="preserve"> Dip a toe in by following organisers on social media, arrive early, and remember it’s okay to leave after 30 minutes if you’re not into it.</w:t>
      </w:r>
      <w:r/>
      <w:r/>
    </w:p>
    <w:p>
      <w:pPr>
        <w:pStyle w:val="Heading2"/>
      </w:pPr>
      <w:r>
        <w:t>Start with a calendar , it makes the city uncluttered and friendly</w:t>
      </w:r>
      <w:r/>
    </w:p>
    <w:p>
      <w:r/>
      <w:r>
        <w:t>The fastest way to feel less lost is to know what’s happening this week, not every confusing option in town. Community calendars and weekly newsletters highlight recurring events, trivia nights, workshops and low-key meetups, so you can pick one that fits your schedule and energy level. It feels practical, and a little reassuring, to have a plan rather than wandering in hoping to stumble on something. Try bookmarking a couple of weekly listings and set a reminder , it turns “I might go” into “I’ll be there.”</w:t>
      </w:r>
      <w:r/>
    </w:p>
    <w:p>
      <w:pPr>
        <w:pStyle w:val="Heading2"/>
      </w:pPr>
      <w:r>
        <w:t>Drop-in spaces that actually make meeting people easy</w:t>
      </w:r>
      <w:r/>
    </w:p>
    <w:p>
      <w:r/>
      <w:r>
        <w:t>If you want a friendly place to show up without an invite, the QMNTY Center is built for that , support groups, fitness classes, workshops and even a thrift shop give you lots of gentle ways to meet people beyond the pub scene. According to reporting from local outlets, QMNTY’s mix of social and practical programming helps people find friends and resources at their own pace. Pop in for a class or a volunteer shift and you’ll meet repeat faces quickly, which makes later conversations feel natural.</w:t>
      </w:r>
      <w:r/>
    </w:p>
    <w:p>
      <w:pPr>
        <w:pStyle w:val="Heading2"/>
      </w:pPr>
      <w:r>
        <w:t>Nights out, sober options and daytime hangouts</w:t>
      </w:r>
      <w:r/>
    </w:p>
    <w:p>
      <w:r/>
      <w:r>
        <w:t>Not everyone drinks, and Pittsburgh’s queer scene spreads across cafés, bookstores and community meet-ups as well as bars. Locally owned, sober-friendly spots and regular alcohol-free groups host book clubs, crafting nights and coffee meetups that are designed to be welcoming and low-pressure. If you want organised activity plus fresh air, consider joining a sports league like Stonewall Sports , kickball, ultimate, yoga and more , where the focus is play and community rather than drinking.</w:t>
      </w:r>
      <w:r/>
    </w:p>
    <w:p>
      <w:pPr>
        <w:pStyle w:val="Heading2"/>
      </w:pPr>
      <w:r>
        <w:t>Health, testing and trans-competent care , where to go</w:t>
      </w:r>
      <w:r/>
    </w:p>
    <w:p>
      <w:r/>
      <w:r>
        <w:t>Your campus health centre is a start, but there are specialised local providers who focus on LGBTQ+ care: clinics offering STI and HIV testing, PrEP, transgender healthcare, mental-health services and other tailored support. These services are practical lifelines , confidential, often low-cost or free, and staffed by people used to working with queer students. Make a note of a couple of clinics before you need them so you’re not scrambling if an issue pops up.</w:t>
      </w:r>
      <w:r/>
    </w:p>
    <w:p>
      <w:pPr>
        <w:pStyle w:val="Heading2"/>
      </w:pPr>
      <w:r>
        <w:t>Volunteering, choirs and creative groups , find community through doing</w:t>
      </w:r>
      <w:r/>
    </w:p>
    <w:p>
      <w:r/>
      <w:r>
        <w:t>Want to meet people while giving back or making art? Volunteer projects and community arts groups are a brilliant way to build friendships that last beyond a single night out. Organisations that pair queer volunteers with community projects, choirs focused on LGBTQ+ voices, and collectives that celebrate queer artists all offer structured ways to show up, contribute and connect. You’ll learn names faster when you’re making something or helping out together.</w:t>
      </w:r>
      <w:r/>
    </w:p>
    <w:p>
      <w:pPr>
        <w:pStyle w:val="Heading2"/>
      </w:pPr>
      <w:r>
        <w:t>Feeling nervous about going alone? That’s okay , tips to make it easier</w:t>
      </w:r>
      <w:r/>
    </w:p>
    <w:p>
      <w:r/>
      <w:r>
        <w:t>Nerves are normal. So are other people’s nerves. Show up early, follow organisers on social media to get a feel for the vibe, and have an exit plan , leave after 30 minutes if it doesn’t click. Small rituals help: bring a friend for the first meet-up, sit near the door, or volunteer a little task so you have an easy way to start chatting. Most groups are glad to meet newcomers; a quick “hi, I’m new” can be the whole icebreaker.</w:t>
      </w:r>
      <w:r/>
    </w:p>
    <w:p>
      <w:r/>
      <w:r>
        <w:t>It's a small step to go and a big one for building community, but Pittsburgh’s queer scene is waiting , and it’s kinder than you might expect.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[5]</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https://qburgh.com/welcome-back-students-2026/</w:t>
        </w:r>
      </w:hyperlink>
      <w:r>
        <w:t xml:space="preserve"> - Please view link - unable to able to access data</w:t>
      </w:r>
      <w:r/>
    </w:p>
    <w:p>
      <w:pPr>
        <w:pStyle w:val="ListNumber"/>
        <w:spacing w:line="240" w:lineRule="auto"/>
        <w:ind w:left="720"/>
      </w:pPr>
      <w:r/>
      <w:hyperlink r:id="rId10">
        <w:r>
          <w:rPr>
            <w:color w:val="0000EE"/>
            <w:u w:val="single"/>
          </w:rPr>
          <w:t>https://qmntycenter.org/about-us</w:t>
        </w:r>
      </w:hyperlink>
      <w:r>
        <w:t xml:space="preserve"> - The QMNTY Center is a community hub in Pittsburgh dedicated to supporting the TLGBQIA+ community. It offers various services, including the QMNTY Closet, which provides free clothing, hygiene products, and shelf-stable goods to those in need. The center also features YOUr Haven Shelter, offering emergency and short-term housing for trans and non-binary individuals aged 18-30. Additionally, the center provides event spaces for workshops, fitness classes, and social events, fostering a safe and inclusive environment for all.</w:t>
      </w:r>
      <w:r/>
    </w:p>
    <w:p>
      <w:pPr>
        <w:pStyle w:val="ListNumber"/>
        <w:spacing w:line="240" w:lineRule="auto"/>
        <w:ind w:left="720"/>
      </w:pPr>
      <w:r/>
      <w:hyperlink r:id="rId13">
        <w:r>
          <w:rPr>
            <w:color w:val="0000EE"/>
            <w:u w:val="single"/>
          </w:rPr>
          <w:t>https://stonewallsportspgh.org/about/</w:t>
        </w:r>
      </w:hyperlink>
      <w:r>
        <w:t xml:space="preserve"> - Stonewall Sports – Pittsburgh is an LGBTQ+ and ally-focused non-profit adult sports league aiming to create a connected and diverse community through organized sports and associated social events. Established in 2014, the league offers various sports, including kickball, dodgeball, bocce, bowling, sand volleyball, yoga, ultimate frisbee, and pickleball. It welcomes individuals of all athletic abilities, promoting friendly competition and social engagement within the LGBTQ+ community.</w:t>
      </w:r>
      <w:r/>
    </w:p>
    <w:p>
      <w:pPr>
        <w:pStyle w:val="ListNumber"/>
        <w:spacing w:line="240" w:lineRule="auto"/>
        <w:ind w:left="720"/>
      </w:pPr>
      <w:r/>
      <w:hyperlink r:id="rId12">
        <w:r>
          <w:rPr>
            <w:color w:val="0000EE"/>
            <w:u w:val="single"/>
          </w:rPr>
          <w:t>https://www.pittsburghmagazine.com/qmnty-closet-marginalized-communities-pittsburgh/</w:t>
        </w:r>
      </w:hyperlink>
      <w:r>
        <w:t xml:space="preserve"> - The QMNTY Closet, a free thrift shop located on East Ohio Street in Pittsburgh, serves the LGBTQ+ community and anyone else in need. Opened in February 2025, it has already assisted over 340 individuals. The closet offers gently used clothing, hygiene products, and other essentials, ensuring access to necessary items without financial barriers. It operates as part of the QMNTY Center, which provides various resources and support for marginalized communities.</w:t>
      </w:r>
      <w:r/>
    </w:p>
    <w:p>
      <w:pPr>
        <w:pStyle w:val="ListNumber"/>
        <w:spacing w:line="240" w:lineRule="auto"/>
        <w:ind w:left="720"/>
      </w:pPr>
      <w:r/>
      <w:hyperlink r:id="rId11">
        <w:r>
          <w:rPr>
            <w:color w:val="0000EE"/>
            <w:u w:val="single"/>
          </w:rPr>
          <w:t>https://www.cbsnews.com/pittsburgh/news/qmnty-centerpittsburgh-lgbtq-community-resources/</w:t>
        </w:r>
      </w:hyperlink>
      <w:r>
        <w:t xml:space="preserve"> - The QMNTY Center, located on Pittsburgh's North Side, has quickly become a beacon of hope and help for the LGBTQ+ community. Opened in December 2022, it provides a safe space for queer individuals, offering resources such as housing support, peer support, transportation, workshops, leadership, and skill-building initiatives. The center is a collaborative effort between Proud Haven and Trans YOUniting, aiming to meet the needs of the local queer community.</w:t>
      </w:r>
      <w:r/>
    </w:p>
    <w:p>
      <w:pPr>
        <w:pStyle w:val="ListNumber"/>
        <w:spacing w:line="240" w:lineRule="auto"/>
        <w:ind w:left="720"/>
      </w:pPr>
      <w:r/>
      <w:hyperlink r:id="rId15">
        <w:r>
          <w:rPr>
            <w:color w:val="0000EE"/>
            <w:u w:val="single"/>
          </w:rPr>
          <w:t>https://www.transyounitingpgh.org/</w:t>
        </w:r>
      </w:hyperlink>
      <w:r>
        <w:t xml:space="preserve"> - Trans YOUniting is a mutual aid non-profit organization based in Pittsburgh, dedicated to supporting the transgender, LGBTQIA+, and HIV+ communities. Established in 2015, it focuses on initiatives such as housing, workforce development, advocacy, and mutual aid. The organization provides resources and support to help individuals thrive, addressing challenges like homelessness, unemployment, and discrimination faced by transgender individuals.</w:t>
      </w:r>
      <w:r/>
    </w:p>
    <w:p>
      <w:pPr>
        <w:pStyle w:val="ListNumber"/>
        <w:spacing w:line="240" w:lineRule="auto"/>
        <w:ind w:left="720"/>
      </w:pPr>
      <w:r/>
      <w:hyperlink r:id="rId14">
        <w:r>
          <w:rPr>
            <w:color w:val="0000EE"/>
            <w:u w:val="single"/>
          </w:rPr>
          <w:t>https://www.proudhaven.org/</w:t>
        </w:r>
      </w:hyperlink>
      <w:r>
        <w:t xml:space="preserve"> - Proud Haven is a non-profit organization in Pittsburgh that offers shelter and support services for LGBTQIA+ youth experiencing homelessness. It provides emotional support and resources to help young adults develop the skills needed to live independently. The organization operates a community/drop-in center and a shelter, focusing on the unique needs of the LGBTQIA+ population in the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welcome-back-students-2026/" TargetMode="External"/><Relationship Id="rId10" Type="http://schemas.openxmlformats.org/officeDocument/2006/relationships/hyperlink" Target="https://qmntycenter.org/about-us" TargetMode="External"/><Relationship Id="rId11" Type="http://schemas.openxmlformats.org/officeDocument/2006/relationships/hyperlink" Target="https://www.cbsnews.com/pittsburgh/news/qmnty-centerpittsburgh-lgbtq-community-resources/" TargetMode="External"/><Relationship Id="rId12" Type="http://schemas.openxmlformats.org/officeDocument/2006/relationships/hyperlink" Target="https://www.pittsburghmagazine.com/qmnty-closet-marginalized-communities-pittsburgh/" TargetMode="External"/><Relationship Id="rId13" Type="http://schemas.openxmlformats.org/officeDocument/2006/relationships/hyperlink" Target="https://stonewallsportspgh.org/about/" TargetMode="External"/><Relationship Id="rId14" Type="http://schemas.openxmlformats.org/officeDocument/2006/relationships/hyperlink" Target="https://www.proudhaven.org/" TargetMode="External"/><Relationship Id="rId15" Type="http://schemas.openxmlformats.org/officeDocument/2006/relationships/hyperlink" Target="https://www.transyounitingpgh.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