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Boston Pride Showed Up for Community This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revelers turned out in force at Boston Pride, celebrating who they are as much as fighting what they’re against; organisers, performers and booths across the Common made the day feel both defiant and delightfully ordinary, and that contrast is what made 2026’s festivities matter.</w:t>
      </w:r>
      <w:r/>
    </w:p>
    <w:p>
      <w:r/>
      <w:r>
        <w:t>Essential Takeaways</w:t>
      </w:r>
      <w:r/>
      <w:r/>
    </w:p>
    <w:p>
      <w:pPr>
        <w:pStyle w:val="ListBullet"/>
        <w:spacing w:line="240" w:lineRule="auto"/>
        <w:ind w:left="720"/>
      </w:pPr>
      <w:r/>
      <w:r>
        <w:rPr>
          <w:b/>
        </w:rPr>
        <w:t>Big turnout:</w:t>
      </w:r>
      <w:r>
        <w:t xml:space="preserve"> Thousands attended Boston Pride events across the weekend, with a lively parade and block parties drawing diverse crowds and a festive vibe.</w:t>
      </w:r>
      <w:r/>
    </w:p>
    <w:p>
      <w:pPr>
        <w:pStyle w:val="ListBullet"/>
        <w:spacing w:line="240" w:lineRule="auto"/>
        <w:ind w:left="720"/>
      </w:pPr>
      <w:r/>
      <w:r>
        <w:rPr>
          <w:b/>
        </w:rPr>
        <w:t>Mix of protest and party:</w:t>
      </w:r>
      <w:r>
        <w:t xml:space="preserve"> Organisers balanced political themes and protest energy with celebratory programming, so events felt both urgent and joyful.</w:t>
      </w:r>
      <w:r/>
    </w:p>
    <w:p>
      <w:pPr>
        <w:pStyle w:val="ListBullet"/>
        <w:spacing w:line="240" w:lineRule="auto"/>
        <w:ind w:left="720"/>
      </w:pPr>
      <w:r/>
      <w:r>
        <w:rPr>
          <w:b/>
        </w:rPr>
        <w:t>Local scale, high impact:</w:t>
      </w:r>
      <w:r>
        <w:t xml:space="preserve"> From intimate club nights to large performances, Boston offered a range of spaces where people could connect, sing and dance.</w:t>
      </w:r>
      <w:r/>
    </w:p>
    <w:p>
      <w:pPr>
        <w:pStyle w:val="ListBullet"/>
        <w:spacing w:line="240" w:lineRule="auto"/>
        <w:ind w:left="720"/>
      </w:pPr>
      <w:r/>
      <w:r>
        <w:rPr>
          <w:b/>
        </w:rPr>
        <w:t>Small pleasures mattered:</w:t>
      </w:r>
      <w:r>
        <w:t xml:space="preserve"> Booths, pins and playful merch produced repeated little delights, fitting a mood of “showing up for” rather than merely showing up against.</w:t>
      </w:r>
      <w:r/>
    </w:p>
    <w:p>
      <w:pPr>
        <w:pStyle w:val="ListBullet"/>
        <w:spacing w:line="240" w:lineRule="auto"/>
        <w:ind w:left="720"/>
      </w:pPr>
      <w:r/>
      <w:r>
        <w:rPr>
          <w:b/>
        </w:rPr>
        <w:t>Family-friendly discovery:</w:t>
      </w:r>
      <w:r>
        <w:t xml:space="preserve"> Younger attendees explored identity with parents nearby, often opting for a few keepsakes rather than a single label.</w:t>
      </w:r>
      <w:r/>
      <w:r/>
    </w:p>
    <w:p>
      <w:pPr>
        <w:pStyle w:val="Heading2"/>
      </w:pPr>
      <w:r>
        <w:t>Why this year felt different: celebration, not just resistance</w:t>
      </w:r>
      <w:r/>
    </w:p>
    <w:p>
      <w:r/>
      <w:r>
        <w:t>Boston Pride this year read like a reminder that community can be affirmative as well as oppositional, and that felt emotionally significant to many attendees. According to local reporting, organisers blended protest themes with festival programming so the weekend carried political weight and a warm, communal hum. That mix made space for both marching against injustice and cheering with friends and strangers, which is a balm when the political headlines stay grim.</w:t>
      </w:r>
      <w:r/>
    </w:p>
    <w:p>
      <w:pPr>
        <w:pStyle w:val="Heading2"/>
      </w:pPr>
      <w:r>
        <w:t>Parade day: energy across the city, from the Common to the streets</w:t>
      </w:r>
      <w:r/>
    </w:p>
    <w:p>
      <w:r/>
      <w:r>
        <w:t>The parade drew thousands, with floats, bands and local groups filling the route and neighbourhoods beyond. Coverage shows the event attracted a cross-section of the city, longtime activists and families, club kids and straight allies alike, so it didn’t feel like a single scene but a living collage. If you go next year, expect crowded sidewalks and spontaneous post-parade meetups; bring water, comfortable shoes and a hand for hugging.</w:t>
      </w:r>
      <w:r/>
    </w:p>
    <w:p>
      <w:pPr>
        <w:pStyle w:val="Heading2"/>
      </w:pPr>
      <w:r>
        <w:t>Small moments, big meaning: booths, pins and joyful discovery</w:t>
      </w:r>
      <w:r/>
    </w:p>
    <w:p>
      <w:r/>
      <w:r>
        <w:t>One of the quiet joys reported at the festival was the micro-economy of booths and merch tables where people found pins, stickers and tiny keepsakes that made identity tangible. Organisers and volunteers watched countless “aha” moments as attendees discovered which symbols fit them. Buying a few different pins, rather than deciding on one label, is a perfectly reasonable souvenir strategy, and it keeps the day feeling playful and exploratory.</w:t>
      </w:r>
      <w:r/>
    </w:p>
    <w:p>
      <w:pPr>
        <w:pStyle w:val="Heading2"/>
      </w:pPr>
      <w:r>
        <w:t>Politics and programmes: protest themes with performance polish</w:t>
      </w:r>
      <w:r/>
    </w:p>
    <w:p>
      <w:r/>
      <w:r>
        <w:t>City reporting made clear that Boston kept politics centre stage while offering high-quality performances and community programming. Parade themes emphasised ongoing protest traditions, but stages also hosted drag, burlesque and concerts that rivalled larger productions in energy if not budget. That balance matters because it keeps activism visible while giving people a chance to replenish their reserves through music, dance and shared joy.</w:t>
      </w:r>
      <w:r/>
    </w:p>
    <w:p>
      <w:pPr>
        <w:pStyle w:val="Heading2"/>
      </w:pPr>
      <w:r>
        <w:t>How to make the most of Pride next time</w:t>
      </w:r>
      <w:r/>
    </w:p>
    <w:p>
      <w:r/>
      <w:r>
        <w:t>If you’re planning to attend future Pride weekends in Boston, approach it as a full sensory experience: pick a comfy base, plan a meeting spot for friends, and leave room for small discoveries like craft stalls and pop-up performances. Consider timing, early morning can be calmer, afternoon brings the biggest crowds, and factor in accessible routes if you need them. Most of all, let yourself enjoy the collective effervescence; it’s part of the work as much as it’s part of the reward.</w:t>
      </w:r>
      <w:r/>
    </w:p>
    <w:p>
      <w:r/>
      <w:r>
        <w:t>It's a small change to show up for what you love, but it makes every parade and pin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w:t>
      </w:r>
      <w:hyperlink r:id="rId15">
        <w:r>
          <w:rPr>
            <w:color w:val="0000EE"/>
            <w:u w:val="single"/>
          </w:rPr>
          <w:t>[5]</w:t>
        </w:r>
      </w:hyperlink>
      <w:r>
        <w:t xml:space="preserve">- Paragraph 4: </w:t>
      </w:r>
      <w:hyperlink r:id="rId13">
        <w:r>
          <w:rPr>
            <w:color w:val="0000EE"/>
            <w:u w:val="single"/>
          </w:rPr>
          <w:t>[6]</w:t>
        </w:r>
      </w:hyperlink>
      <w:r>
        <w:t xml:space="preserve">, </w:t>
      </w:r>
      <w:hyperlink r:id="rId11">
        <w:r>
          <w:rPr>
            <w:color w:val="0000EE"/>
            <w:u w:val="single"/>
          </w:rPr>
          <w:t>[4]</w:t>
        </w:r>
      </w:hyperlink>
      <w:r>
        <w:t xml:space="preserve">- Paragraph 5: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https://biresource.org/showing-up-for-what-you-are/</w:t>
        </w:r>
      </w:hyperlink>
      <w:r>
        <w:t xml:space="preserve"> - Please view link - unable to able to access data</w:t>
      </w:r>
      <w:r/>
    </w:p>
    <w:p>
      <w:pPr>
        <w:pStyle w:val="ListNumber"/>
        <w:spacing w:line="240" w:lineRule="auto"/>
        <w:ind w:left="720"/>
      </w:pPr>
      <w:r/>
      <w:hyperlink r:id="rId10">
        <w:r>
          <w:rPr>
            <w:color w:val="0000EE"/>
            <w:u w:val="single"/>
          </w:rPr>
          <w:t>https://www.boston.com/news/local-news/2026/03/13/boston-pride-2026/</w:t>
        </w:r>
      </w:hyperlink>
      <w:r>
        <w:t xml:space="preserve"> - Boston Pride For The People announced the 2026 Pride celebration, scheduled for June 6, featuring a parade, festival, and other community events. The parade begins at 11 a.m. in Copley Square and ends at Boston Common, where an all-ages concert and festival will run from noon to 6 p.m., with a block party from 2 to 8 p.m. Mayor Michelle Wu praised the organization's work to create space for joy and inclusivity, looking forward to welcoming people from all across the region and country to Boston this June.</w:t>
      </w:r>
      <w:r/>
    </w:p>
    <w:p>
      <w:pPr>
        <w:pStyle w:val="ListNumber"/>
        <w:spacing w:line="240" w:lineRule="auto"/>
        <w:ind w:left="720"/>
      </w:pPr>
      <w:r/>
      <w:hyperlink r:id="rId14">
        <w:r>
          <w:rPr>
            <w:color w:val="0000EE"/>
            <w:u w:val="single"/>
          </w:rPr>
          <w:t>https://www.cbsnews.com/boston/news/boston-pride-parade-2026/</w:t>
        </w:r>
      </w:hyperlink>
      <w:r>
        <w:t xml:space="preserve"> - Thousands of people lined the streets of the Back Bay for the Boston Pride for the People Parade, marking the start of Pride Month with a celebration of visibility, community, and advocacy. The parade stretched from Copley Square to Boston Common with marchers, supporters, and more than 300 groups taking part in what organizers described as the largest Pride celebration and empowerment event in New England. This year's theme, 'Pride as Protest Since 1776,' highlighted both the nation's founding and the ongoing fight for LGBTQ+ rights and freedoms.</w:t>
      </w:r>
      <w:r/>
    </w:p>
    <w:p>
      <w:pPr>
        <w:pStyle w:val="ListNumber"/>
        <w:spacing w:line="240" w:lineRule="auto"/>
        <w:ind w:left="720"/>
      </w:pPr>
      <w:r/>
      <w:hyperlink r:id="rId11">
        <w:r>
          <w:rPr>
            <w:color w:val="0000EE"/>
            <w:u w:val="single"/>
          </w:rPr>
          <w:t>https://www.bostonglobe.com/2026/06/06/metro/boston-pride-celebration/</w:t>
        </w:r>
      </w:hyperlink>
      <w:r>
        <w:t xml:space="preserve"> - As rainbow flags waved across the streets of downtown Boston during the city’s 56th annual Pride Parade, a sense of joyful defiance spread through the crowd. The stakes felt even higher than usual this year. Many used the occasion to protest the Trump administration’s increased attacks on LGBTQ+ rights and other civil liberties. While recent conservative backlash threatens to undermine decades of hard-fought progress, participants said they were determined to continue the longstanding American tradition of demanding freedom and equality, especially as 2026 marks the 250th anniversary of the country’s founding.</w:t>
      </w:r>
      <w:r/>
    </w:p>
    <w:p>
      <w:pPr>
        <w:pStyle w:val="ListNumber"/>
        <w:spacing w:line="240" w:lineRule="auto"/>
        <w:ind w:left="720"/>
      </w:pPr>
      <w:r/>
      <w:hyperlink r:id="rId15">
        <w:r>
          <w:rPr>
            <w:color w:val="0000EE"/>
            <w:u w:val="single"/>
          </w:rPr>
          <w:t>https://bostonspiritmagazine.com/2026/06/thousands-come-out-in-pride-and-protest-for-bostons-56th-annual-lgbtq-pride-festivities/</w:t>
        </w:r>
      </w:hyperlink>
      <w:r>
        <w:t xml:space="preserve"> - The theme of the 56th annual LGBTQ+ Pride celebration in Boston, hosted by Boston’s Pride for the People, was 'Pride as Protest: Since 1776.' The events drew thousands in a spirit of celebration and defiance against federal pushbacks targeting LGBTQ+ rights. The parade began at Copley Square and culminated in a day-long, all-ages festival on Boston Common. For the first time, the 21-plus block party was held in Copley Square. Boston’s Pride celebration annually draws over a million attendees.</w:t>
      </w:r>
      <w:r/>
    </w:p>
    <w:p>
      <w:pPr>
        <w:pStyle w:val="ListNumber"/>
        <w:spacing w:line="240" w:lineRule="auto"/>
        <w:ind w:left="720"/>
      </w:pPr>
      <w:r/>
      <w:hyperlink r:id="rId13">
        <w:r>
          <w:rPr>
            <w:color w:val="0000EE"/>
            <w:u w:val="single"/>
          </w:rPr>
          <w:t>https://www.nbcboston.com/news/local/bostons-pride-organizers-announce-theme-for-2026-pride-as-protest-since-1776/3952116/</w:t>
        </w:r>
      </w:hyperlink>
      <w:r>
        <w:t xml:space="preserve"> - Boston Pride For The People announced its 2026 theme: 'Pride as Protest: Since 1776.' The organization will hold its annual parade, festival, and block party on Saturday, June 6. This year’s events will take place one week earlier than usual as Boston prepares to host the FIFA World Cup. The theme is a powerful nod to the role protest has played throughout American history and the essential role it continues to play today. As the nation marks the 250th anniversary of the signing of the Declaration of Independence, Boston Pride for the People highlights an often overlooked truth: LGBTQIA+ people have always been here, shaping this country since its earliest days.</w:t>
      </w:r>
      <w:r/>
    </w:p>
    <w:p>
      <w:pPr>
        <w:pStyle w:val="ListNumber"/>
        <w:spacing w:line="240" w:lineRule="auto"/>
        <w:ind w:left="720"/>
      </w:pPr>
      <w:r/>
      <w:hyperlink r:id="rId12">
        <w:r>
          <w:rPr>
            <w:color w:val="0000EE"/>
            <w:u w:val="single"/>
          </w:rPr>
          <w:t>https://www.wgbh.org/news/local/2026-06-06/politics-and-celebration-converge-at-bostons-pride-parade</w:t>
        </w:r>
      </w:hyperlink>
      <w:r>
        <w:t xml:space="preserve"> - Thousands of people marched, danced, and chanted their way through downtown Boston at the annual Pride parade to celebrate and uplift the LGBTQ+ community. The parade wound its way from Copley Square, through the South End, and ended on Boston Common. This year’s theme was 'Pride as Protest: Since 1776.' As the country gears up for its 250th birthday this summer, organizers said this year’s parade intended to frame LGBTQ+ history as part of America’s long history of protest.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iresource.org/showing-up-for-what-you-are/" TargetMode="External"/><Relationship Id="rId10" Type="http://schemas.openxmlformats.org/officeDocument/2006/relationships/hyperlink" Target="https://www.boston.com/news/local-news/2026/03/13/boston-pride-2026/" TargetMode="External"/><Relationship Id="rId11" Type="http://schemas.openxmlformats.org/officeDocument/2006/relationships/hyperlink" Target="https://www.bostonglobe.com/2026/06/06/metro/boston-pride-celebration/" TargetMode="External"/><Relationship Id="rId12" Type="http://schemas.openxmlformats.org/officeDocument/2006/relationships/hyperlink" Target="https://www.wgbh.org/news/local/2026-06-06/politics-and-celebration-converge-at-bostons-pride-parade" TargetMode="External"/><Relationship Id="rId13" Type="http://schemas.openxmlformats.org/officeDocument/2006/relationships/hyperlink" Target="https://www.nbcboston.com/news/local/bostons-pride-organizers-announce-theme-for-2026-pride-as-protest-since-1776/3952116/" TargetMode="External"/><Relationship Id="rId14" Type="http://schemas.openxmlformats.org/officeDocument/2006/relationships/hyperlink" Target="https://www.cbsnews.com/boston/news/boston-pride-parade-2026/" TargetMode="External"/><Relationship Id="rId15" Type="http://schemas.openxmlformats.org/officeDocument/2006/relationships/hyperlink" Target="https://bostonspiritmagazine.com/2026/06/thousands-come-out-in-pride-and-protest-for-bostons-56th-annual-lgbtq-pride-festiv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