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Neil Patrick Harris Took Control of His Coming Out 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celebrity confessions for context: Neil Patrick Harris says he chose to come out in 2006 to stop gossip, protect his partner and reclaim the narrative , a quiet, pragmatic move that mattered for him and for other actors who followed.</w:t>
      </w:r>
      <w:r/>
    </w:p>
    <w:p>
      <w:r/>
      <w:r>
        <w:t>Essential Takeaways</w:t>
      </w:r>
      <w:r/>
      <w:r/>
    </w:p>
    <w:p>
      <w:pPr>
        <w:pStyle w:val="ListBullet"/>
        <w:spacing w:line="240" w:lineRule="auto"/>
        <w:ind w:left="720"/>
      </w:pPr>
      <w:r/>
      <w:r>
        <w:rPr>
          <w:b/>
        </w:rPr>
        <w:t>Calculated choice:</w:t>
      </w:r>
      <w:r>
        <w:t xml:space="preserve"> Harris decided to speak first after gossip and publicist remarks threatened to define his private life. </w:t>
      </w:r>
      <w:r/>
    </w:p>
    <w:p>
      <w:pPr>
        <w:pStyle w:val="ListBullet"/>
        <w:spacing w:line="240" w:lineRule="auto"/>
        <w:ind w:left="720"/>
      </w:pPr>
      <w:r/>
      <w:r>
        <w:rPr>
          <w:b/>
        </w:rPr>
        <w:t>Protecting a partner:</w:t>
      </w:r>
      <w:r>
        <w:t xml:space="preserve"> He was concerned that the publicity arrangements left his then-partner feeling sidelined and diminished. </w:t>
      </w:r>
      <w:r/>
    </w:p>
    <w:p>
      <w:pPr>
        <w:pStyle w:val="ListBullet"/>
        <w:spacing w:line="240" w:lineRule="auto"/>
        <w:ind w:left="720"/>
      </w:pPr>
      <w:r/>
      <w:r>
        <w:rPr>
          <w:b/>
        </w:rPr>
        <w:t>Minimal backlash:</w:t>
      </w:r>
      <w:r>
        <w:t xml:space="preserve"> Unlike his fears, the public reaction was mostly unsurprised or indifferent, which Harris found almost amusing. </w:t>
      </w:r>
      <w:r/>
    </w:p>
    <w:p>
      <w:pPr>
        <w:pStyle w:val="ListBullet"/>
        <w:spacing w:line="240" w:lineRule="auto"/>
        <w:ind w:left="720"/>
      </w:pPr>
      <w:r/>
      <w:r>
        <w:rPr>
          <w:b/>
        </w:rPr>
        <w:t>Cultural shift:</w:t>
      </w:r>
      <w:r>
        <w:t xml:space="preserve"> Harris credits earlier openly gay actors for softening the ground and sees much more visibility today. </w:t>
      </w:r>
      <w:r/>
    </w:p>
    <w:p>
      <w:pPr>
        <w:pStyle w:val="ListBullet"/>
        <w:spacing w:line="240" w:lineRule="auto"/>
        <w:ind w:left="720"/>
      </w:pPr>
      <w:r/>
      <w:r>
        <w:rPr>
          <w:b/>
        </w:rPr>
        <w:t>Personal life became public:</w:t>
      </w:r>
      <w:r>
        <w:t xml:space="preserve"> He later married David Burtka, they had twins, and Harris became one of TV’s most visible gay stars.</w:t>
      </w:r>
      <w:r/>
      <w:r/>
    </w:p>
    <w:p>
      <w:pPr>
        <w:pStyle w:val="Heading2"/>
      </w:pPr>
      <w:r>
        <w:t>Why he felt he had to get ahead of the story</w:t>
      </w:r>
      <w:r/>
    </w:p>
    <w:p>
      <w:r/>
      <w:r>
        <w:t>Harris worried the gossip machine would make his sexuality someone else’s story, not his. He’d been reading blogs and seeing itemised speculation about “closeted” actors, and when a publicist’s offhand denial was attributed to his camp, he saw how quickly control could slip away. The image is quietly tense , an actor juggling red carpets while shielding a partner from photographers , and it’s what finally pushed him to write a straightforward statement for People in November 2006. According to coverage at the time, it was a proactive move to stop the narrative from being written by others.</w:t>
      </w:r>
      <w:r/>
    </w:p>
    <w:p>
      <w:pPr>
        <w:pStyle w:val="Heading2"/>
      </w:pPr>
      <w:r>
        <w:t>The personal cost of celebrity privacy</w:t>
      </w:r>
      <w:r/>
    </w:p>
    <w:p>
      <w:r/>
      <w:r>
        <w:t>There’s a sensory detail you don’t often hear: the strange choreography of two people allowed to be seen together, but not in the same way. Harris could walk red carpets, while David Burtka was kept out of the shots; the arrangement protected careers but made Burtka feel invisible. Harris recognised that wasn’t fair. He later described the emotional weight of that imbalance and why it mattered more than the potential PR fallout. It’s a reminder that “keeping things private” can sometimes mean one partner pays the price.</w:t>
      </w:r>
      <w:r/>
    </w:p>
    <w:p>
      <w:pPr>
        <w:pStyle w:val="Heading2"/>
      </w:pPr>
      <w:r>
        <w:t>How the response surprised him , and why that matters</w:t>
      </w:r>
      <w:r/>
    </w:p>
    <w:p>
      <w:r/>
      <w:r>
        <w:t>Harris prepared for shock, hate and headline-grabbing fury. What happened instead was bland indifference, which he now jokes left him almost offended by the lack of surprise. That muted reaction was partly thanks to actors who’d come out before him and absorbed a lot of public backlash. Their visibility made Harris’s announcement less combustible. In the shape of cultural change, his experience shows how each public coming-out can make the next one easier for someone else.</w:t>
      </w:r>
      <w:r/>
    </w:p>
    <w:p>
      <w:pPr>
        <w:pStyle w:val="Heading2"/>
      </w:pPr>
      <w:r>
        <w:t>What changed in entertainment after that decision</w:t>
      </w:r>
      <w:r/>
    </w:p>
    <w:p>
      <w:r/>
      <w:r>
        <w:t>Since 2006, LGBTQ+ characters and actors have become far more visible on network TV and in film, and Harris himself turned into a mainstream face of gay celebrity , winning awards, hosting big ceremonies and raising a family in public view. He and Burtka married and became parents to twins, a story that transitioned from private anxiety to everyday normality for audiences. Industry observers point out that the gradual accumulation of such stories shifted expectations: coming out no longer automatically derails a career.</w:t>
      </w:r>
      <w:r/>
    </w:p>
    <w:p>
      <w:pPr>
        <w:pStyle w:val="Heading2"/>
      </w:pPr>
      <w:r>
        <w:t>Practical takeaways for public figures and fans</w:t>
      </w:r>
      <w:r/>
    </w:p>
    <w:p>
      <w:r/>
      <w:r>
        <w:t>If you’re a public figure weighing whether to come out, Harris’s experience suggests a few simple rules: try to control the timing and tone of your own story, think about the impact on loved ones, and remember earlier pioneers helped make acceptance more likely. For fans and media, there’s also a lesson about restraint , gossip that treats identity as entertainment can do real harm. In other words, don’t let curiosity override common decency.</w:t>
      </w:r>
      <w:r/>
    </w:p>
    <w:p>
      <w:r/>
      <w:r>
        <w:t>It's a small change that made every subsequent announcement a little easier for the next person.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https://b-gay.com/neil-patrick-harris-reveals-what-really-pushed-him-to-come-out-as-gay/</w:t>
        </w:r>
      </w:hyperlink>
      <w:r>
        <w:t xml:space="preserve"> - Please view link - unable to able to access data</w:t>
      </w:r>
      <w:r/>
    </w:p>
    <w:p>
      <w:pPr>
        <w:pStyle w:val="ListNumber"/>
        <w:spacing w:line="240" w:lineRule="auto"/>
        <w:ind w:left="720"/>
      </w:pPr>
      <w:r/>
      <w:hyperlink r:id="rId10">
        <w:r>
          <w:rPr>
            <w:color w:val="0000EE"/>
            <w:u w:val="single"/>
          </w:rPr>
          <w:t>https://www.cinemablend.com/television/why-neil-patrick-harris-felt-compelled-to-come-out-during-himym</w:t>
        </w:r>
      </w:hyperlink>
      <w:r>
        <w:t xml:space="preserve"> - In a candid interview on Jamie Laing's </w:t>
      </w:r>
      <w:r>
        <w:rPr>
          <w:i/>
        </w:rPr>
        <w:t>Great Company</w:t>
      </w:r>
      <w:r>
        <w:t xml:space="preserve"> podcast, Neil Patrick Harris discussed his decision to publicly come out during his time on </w:t>
      </w:r>
      <w:r>
        <w:rPr>
          <w:i/>
        </w:rPr>
        <w:t>How I Met Your Mother</w:t>
      </w:r>
      <w:r>
        <w:t>. He revealed that, despite his relationship with David Burtka being known on set, he felt compelled to address public speculation and misleading statements made on his behalf. Harris expressed his desire to take control of his own narrative, leading to his authentic statement about his sexuality. He also reflected on the progress made since then, crediting earlier openly gay actors for paving the way and noting a cultural shift toward greater acceptance in the entertainment industry.</w:t>
      </w:r>
      <w:r/>
    </w:p>
    <w:p>
      <w:pPr>
        <w:pStyle w:val="ListNumber"/>
        <w:spacing w:line="240" w:lineRule="auto"/>
        <w:ind w:left="720"/>
      </w:pPr>
      <w:r/>
      <w:hyperlink r:id="rId12">
        <w:r>
          <w:rPr>
            <w:color w:val="0000EE"/>
            <w:u w:val="single"/>
          </w:rPr>
          <w:t>https://www.krone.at/368247</w:t>
        </w:r>
      </w:hyperlink>
      <w:r>
        <w:t xml:space="preserve"> - In an interview with the 'Frankfurter Allgemeinen Sonntagszeitung', Neil Patrick Harris discussed his 2006 coming out. He explained that it became a necessity due to the discomfort of concealing his relationship with David Burtka, especially when attending events separately. Harris noted that the media had shown respect and refrained from probing into his private life, but the situation felt awkward and humiliating. He decided to speak out, leading to a positive experience with support and indifference from the public. Harris emphasized the importance of living authentically and not pretending to be someone else.</w:t>
      </w:r>
      <w:r/>
    </w:p>
    <w:p>
      <w:pPr>
        <w:pStyle w:val="ListNumber"/>
        <w:spacing w:line="240" w:lineRule="auto"/>
        <w:ind w:left="720"/>
      </w:pPr>
      <w:r/>
      <w:hyperlink r:id="rId11">
        <w:r>
          <w:rPr>
            <w:color w:val="0000EE"/>
            <w:u w:val="single"/>
          </w:rPr>
          <w:t>https://www.digitalspy.com/showbiz/a39034/doogie-howser-actor-comes-out/</w:t>
        </w:r>
      </w:hyperlink>
      <w:r>
        <w:t xml:space="preserve"> - Actor Neil Patrick Harris has revealed that he is gay, dispelling recent speculation. Best known for playing the eponymous teenage doctor in medical drama 'Doogie Howser, M.D.', the 33-year-old told People magazine's website: 'I am happy to dispel any rumors or misconceptions and am quite proud to say that I am a very content gay man living my life to the fullest.'</w:t>
      </w:r>
      <w:r/>
    </w:p>
    <w:p>
      <w:pPr>
        <w:pStyle w:val="ListNumber"/>
        <w:spacing w:line="240" w:lineRule="auto"/>
        <w:ind w:left="720"/>
      </w:pPr>
      <w:r/>
      <w:hyperlink r:id="rId13">
        <w:r>
          <w:rPr>
            <w:color w:val="0000EE"/>
            <w:u w:val="single"/>
          </w:rPr>
          <w:t>https://www.kltv.com/story/5633849/doogie-howser-star-comes-out-with-pride/</w:t>
        </w:r>
      </w:hyperlink>
      <w:r>
        <w:t xml:space="preserve"> - Neil Patrick Harris, who starred in 'Doogie Howser, M.D.', has come out as gay. In a statement to People magazine's website, Harris said, 'I am quite proud to say that I am a very content gay man living my life to the fullest.' He addressed recent speculation about his private life and relationships, expressing his desire to dispel any misconceptions.</w:t>
      </w:r>
      <w:r/>
    </w:p>
    <w:p>
      <w:pPr>
        <w:pStyle w:val="ListNumber"/>
        <w:spacing w:line="240" w:lineRule="auto"/>
        <w:ind w:left="720"/>
      </w:pPr>
      <w:r/>
      <w:hyperlink r:id="rId14">
        <w:r>
          <w:rPr>
            <w:color w:val="0000EE"/>
            <w:u w:val="single"/>
          </w:rPr>
          <w:t>https://www.queer.de/detail.php?article_id=5882</w:t>
        </w:r>
      </w:hyperlink>
      <w:r>
        <w:t xml:space="preserve"> - Former child star Neil Patrick Harris, known for the series 'Doogie Howser', came out as gay in an interview with 'People' magazine. Harris stated that he is 'quite proud to say that I am a very content gay man living my life to the fullest.' He mentioned that everyone on the set of 'How I Met Your Mother' knew about his relationship with David Burtka and that he did not try to hide it. Harris emphasized the importance of living authentically and not pretending to be someone else.</w:t>
      </w:r>
      <w:r/>
    </w:p>
    <w:p>
      <w:pPr>
        <w:pStyle w:val="ListNumber"/>
        <w:spacing w:line="240" w:lineRule="auto"/>
        <w:ind w:left="720"/>
      </w:pPr>
      <w:r/>
      <w:hyperlink r:id="rId15">
        <w:r>
          <w:rPr>
            <w:color w:val="0000EE"/>
            <w:u w:val="single"/>
          </w:rPr>
          <w:t>https://abcnews.go.com/Entertainment/story?id=2633043&amp;page=1</w:t>
        </w:r>
      </w:hyperlink>
      <w:r>
        <w:t xml:space="preserve"> - Neil Patrick Harris publicly announced his sexuality in response to online speculation. The actor, best known for his role as teenage doctor 'Doogie Howser', had been targeted by bloggers who posted photos of him with his boyfriend and urged him to come out. Harris stated, 'I am quite proud to say that I am a very content gay man living my life to the fullest.'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neil-patrick-harris-reveals-what-really-pushed-him-to-come-out-as-gay/" TargetMode="External"/><Relationship Id="rId10" Type="http://schemas.openxmlformats.org/officeDocument/2006/relationships/hyperlink" Target="https://www.cinemablend.com/television/why-neil-patrick-harris-felt-compelled-to-come-out-during-himym" TargetMode="External"/><Relationship Id="rId11" Type="http://schemas.openxmlformats.org/officeDocument/2006/relationships/hyperlink" Target="https://www.digitalspy.com/showbiz/a39034/doogie-howser-actor-comes-out/" TargetMode="External"/><Relationship Id="rId12" Type="http://schemas.openxmlformats.org/officeDocument/2006/relationships/hyperlink" Target="https://www.krone.at/368247" TargetMode="External"/><Relationship Id="rId13" Type="http://schemas.openxmlformats.org/officeDocument/2006/relationships/hyperlink" Target="https://www.kltv.com/story/5633849/doogie-howser-star-comes-out-with-pride/" TargetMode="External"/><Relationship Id="rId14" Type="http://schemas.openxmlformats.org/officeDocument/2006/relationships/hyperlink" Target="https://www.queer.de/detail.php?article_id=5882" TargetMode="External"/><Relationship Id="rId15" Type="http://schemas.openxmlformats.org/officeDocument/2006/relationships/hyperlink" Target="https://abcnews.go.com/Entertainment/story?id=2633043&amp;pag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