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Time to Watch “Lady Ballers”: A Witty Push into the WNBA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streamers are noticing a rowdy cultural moment: a Daily Wire comedy is poking the hornet’s nest over trans athletes and the WNBA, and timing could make it a must-watch. This piece explains who made it, what it satirises, where to find it, and why the league’s current headlines have supercharged interest.</w:t>
      </w:r>
      <w:r/>
    </w:p>
    <w:p>
      <w:r/>
      <w:r>
        <w:t>Essential takeaways</w:t>
      </w:r>
      <w:r/>
      <w:r/>
    </w:p>
    <w:p>
      <w:pPr>
        <w:pStyle w:val="ListBullet"/>
        <w:spacing w:line="240" w:lineRule="auto"/>
        <w:ind w:left="720"/>
      </w:pPr>
      <w:r/>
      <w:r>
        <w:rPr>
          <w:b/>
        </w:rPr>
        <w:t>What it is:</w:t>
      </w:r>
      <w:r>
        <w:t xml:space="preserve"> A satirical comedy from The Daily Wire that lampoons men “transitioning” to play women’s basketball, starring familiar conservative voices and comic performers. It’s bold, brash and intentionally provocative.</w:t>
      </w:r>
      <w:r/>
    </w:p>
    <w:p>
      <w:pPr>
        <w:pStyle w:val="ListBullet"/>
        <w:spacing w:line="240" w:lineRule="auto"/>
        <w:ind w:left="720"/>
      </w:pPr>
      <w:r/>
      <w:r>
        <w:rPr>
          <w:b/>
        </w:rPr>
        <w:t>Tone and delivery:</w:t>
      </w:r>
      <w:r>
        <w:t xml:space="preserve"> Broad humour with a clear point of view; expects to rile critics and rally supporters, with a sturdy, mockumentary-style feel and punchy gags.</w:t>
      </w:r>
      <w:r/>
    </w:p>
    <w:p>
      <w:pPr>
        <w:pStyle w:val="ListBullet"/>
        <w:spacing w:line="240" w:lineRule="auto"/>
        <w:ind w:left="720"/>
      </w:pPr>
      <w:r/>
      <w:r>
        <w:rPr>
          <w:b/>
        </w:rPr>
        <w:t>Distribution:</w:t>
      </w:r>
      <w:r>
        <w:t xml:space="preserve"> Initially behind DailyWire+’s paywall; discussion is growing about a short VOD or free window to reach a wider audience.</w:t>
      </w:r>
      <w:r/>
    </w:p>
    <w:p>
      <w:pPr>
        <w:pStyle w:val="ListBullet"/>
        <w:spacing w:line="240" w:lineRule="auto"/>
        <w:ind w:left="720"/>
      </w:pPr>
      <w:r/>
      <w:r>
        <w:rPr>
          <w:b/>
        </w:rPr>
        <w:t>Why now:</w:t>
      </w:r>
      <w:r>
        <w:t xml:space="preserve"> The WNBA has been thrust into headlines after public talk of male athletes seeking to join, creating a cultural opening for satire and debate.</w:t>
      </w:r>
      <w:r/>
    </w:p>
    <w:p>
      <w:pPr>
        <w:pStyle w:val="ListBullet"/>
        <w:spacing w:line="240" w:lineRule="auto"/>
        <w:ind w:left="720"/>
      </w:pPr>
      <w:r/>
      <w:r>
        <w:rPr>
          <w:b/>
        </w:rPr>
        <w:t>Viewer note:</w:t>
      </w:r>
      <w:r>
        <w:t xml:space="preserve"> The film is polarising, some will call it necessary satire, others will find it offensive, so expect strong reactions on both sides.</w:t>
      </w:r>
      <w:r/>
      <w:r/>
    </w:p>
    <w:p>
      <w:pPr>
        <w:pStyle w:val="Heading2"/>
      </w:pPr>
      <w:r>
        <w:t>A timely satire that leans into a hot-button debate</w:t>
      </w:r>
      <w:r/>
    </w:p>
    <w:p>
      <w:r/>
      <w:r>
        <w:t>The movie lands when the debate about gender and sport isn’t abstract any more, it’s very visual and national. According to coverage of the film and its trailer, the creators deliberately chose a simple, outrageous premise to make a clear point: biological differences matter in sport. That bluntness gives the comedy its sting, and it’s why reactions have been so loud.</w:t>
      </w:r>
      <w:r/>
    </w:p>
    <w:p>
      <w:r/>
      <w:r>
        <w:t>Backstory matters here. The Daily Wire has been building original shows and films to give its audience content they can’t get elsewhere. Putting a polarising satire behind a subscription service is sensible from a business view, but it also limits the cultural footprint, unless the timing and headlines push it back into the mainstream.</w:t>
      </w:r>
      <w:r/>
    </w:p>
    <w:p>
      <w:pPr>
        <w:pStyle w:val="Heading2"/>
      </w:pPr>
      <w:r>
        <w:t>How the WNBA headlines have widened the conversation</w:t>
      </w:r>
      <w:r/>
    </w:p>
    <w:p>
      <w:r/>
      <w:r>
        <w:t>Recent public talk about men attempting to register for women’s leagues has put the WNBA in the spotlight, and that’s feeding into interest in the film. Sports commentators and social feeds have been full of clips and takes, and people are connecting the dots between on-court fairness debates and onscreen satire.</w:t>
      </w:r>
      <w:r/>
    </w:p>
    <w:p>
      <w:r/>
      <w:r>
        <w:t>That’s the practical effect: when the league meets to discuss policy changes, every related cultural product gets a second wind. For viewers it means the movie doesn’t feel like an isolated sketch but part of a bigger argument playing out in sportsrooms and talk shows.</w:t>
      </w:r>
      <w:r/>
    </w:p>
    <w:p>
      <w:pPr>
        <w:pStyle w:val="Heading2"/>
      </w:pPr>
      <w:r>
        <w:t>Why distribution strategy could amplify controversy , or calm it</w:t>
      </w:r>
      <w:r/>
    </w:p>
    <w:p>
      <w:r/>
      <w:r>
        <w:t>Keeping the film behind a paywall protects subscriber value and filters the audience to those who’ve already bought into the platform’s outlook. But a short VOD window or a temporary free release would guarantee headlines, drive debate, and likely boost sign-ups afterwards.</w:t>
      </w:r>
      <w:r/>
    </w:p>
    <w:p>
      <w:r/>
      <w:r>
        <w:t>Industry watchers say controversy often translates to curiosity. If the Daily Wire wanted to start a national conversation rather than preach to the converted, opening the film up briefly would be the fastest way. On the other hand, that move risks backlash and accusations of stoking division.</w:t>
      </w:r>
      <w:r/>
    </w:p>
    <w:p>
      <w:pPr>
        <w:pStyle w:val="Heading2"/>
      </w:pPr>
      <w:r>
        <w:t>Comedy, satire and their limits in a fraught debate</w:t>
      </w:r>
      <w:r/>
    </w:p>
    <w:p>
      <w:r/>
      <w:r>
        <w:t>Satire has always been a blunt tool: it simplifies to make a point. This film uses exaggerated characters and slapstick scenarios to underline a biological-advantage argument, and that approach will satisfy some viewers while alienating others.</w:t>
      </w:r>
      <w:r/>
    </w:p>
    <w:p>
      <w:r/>
      <w:r>
        <w:t>If you watch it for the laughs, expect broad, unsubtle jokes. If you watch it for policy insight, pair it with reporting on sports science and league rules to get a rounded picture. Either way, the film is a useful cultural artefact that shows how entertainment now feeds real-world policy arguments.</w:t>
      </w:r>
      <w:r/>
    </w:p>
    <w:p>
      <w:pPr>
        <w:pStyle w:val="Heading2"/>
      </w:pPr>
      <w:r>
        <w:t>Practical tips for curious viewers</w:t>
      </w:r>
      <w:r/>
    </w:p>
    <w:p>
      <w:r/>
      <w:r>
        <w:t>If you’re undecided, consider these quick rules: watch with a critical ear, seek out a science-based explainer on athletic performance to balance satire, and remember that a comedy’s job is to provoke thought as much as laughter. If you’re sensitive to trans issues, check reviews first , reactions are intensely split.</w:t>
      </w:r>
      <w:r/>
    </w:p>
    <w:p>
      <w:r/>
      <w:r>
        <w:t>It’s a small release that could spark a big conversation , and whether you chuckle or bristle, it’ll probably make you think about sport and fairness a little differently.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12">
        <w:r>
          <w:rPr>
            <w:color w:val="0000EE"/>
            <w:u w:val="single"/>
          </w:rPr>
          <w:t>[6]</w:t>
        </w:r>
      </w:hyperlink>
      <w:r>
        <w:t xml:space="preserve">, </w:t>
      </w:r>
      <w:hyperlink r:id="rId9">
        <w:r>
          <w:rPr>
            <w:color w:val="0000EE"/>
            <w:u w:val="single"/>
          </w:rPr>
          <w:t>[2]</w:t>
        </w:r>
      </w:hyperlink>
      <w:r>
        <w:t xml:space="preserve">- Paragraph 4: </w:t>
      </w:r>
      <w:hyperlink r:id="rId12">
        <w:r>
          <w:rPr>
            <w:color w:val="0000EE"/>
            <w:u w:val="single"/>
          </w:rPr>
          <w:t>[6]</w:t>
        </w:r>
      </w:hyperlink>
      <w:r>
        <w:t xml:space="preserve">, </w:t>
      </w:r>
      <w:hyperlink r:id="rId9">
        <w:r>
          <w:rPr>
            <w:color w:val="0000EE"/>
            <w:u w:val="single"/>
          </w:rPr>
          <w:t>[2]</w:t>
        </w:r>
      </w:hyperlink>
      <w:r>
        <w:t xml:space="preserve">- Paragraph 5: </w:t>
      </w:r>
      <w:hyperlink r:id="rId13">
        <w:r>
          <w:rPr>
            <w:color w:val="0000EE"/>
            <w:u w:val="single"/>
          </w:rPr>
          <w:t>[7]</w:t>
        </w:r>
      </w:hyperlink>
      <w:r>
        <w:t xml:space="preserve">, </w:t>
      </w:r>
      <w:hyperlink r:id="rId11">
        <w:r>
          <w:rPr>
            <w:color w:val="0000EE"/>
            <w:u w:val="single"/>
          </w:rPr>
          <w:t>[3]</w:t>
        </w:r>
      </w:hyperlink>
      <w:r>
        <w:t xml:space="preserve">- Paragraph 6: </w:t>
      </w:r>
      <w:hyperlink r:id="rId14">
        <w:r>
          <w:rPr>
            <w:color w:val="0000EE"/>
            <w:u w:val="single"/>
          </w:rPr>
          <w:t>[4]</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https://www.hollywoodintoto.com/lady-ballers-wnba-trans-women-parody/?utm_source=rss&amp;utm_medium=rss&amp;utm_campaign=lady-ballers-wnba-trans-women-parody</w:t>
        </w:r>
      </w:hyperlink>
      <w:r>
        <w:t xml:space="preserve"> - Please view link - unable to able to access data</w:t>
      </w:r>
      <w:r/>
    </w:p>
    <w:p>
      <w:pPr>
        <w:pStyle w:val="ListNumber"/>
        <w:spacing w:line="240" w:lineRule="auto"/>
        <w:ind w:left="720"/>
      </w:pPr>
      <w:r/>
      <w:hyperlink r:id="rId9">
        <w:r>
          <w:rPr>
            <w:color w:val="0000EE"/>
            <w:u w:val="single"/>
          </w:rPr>
          <w:t>https://www.hollywoodintoto.com/lady-ballers-wnba-trans-women-parody/?utm_source=rss&amp;utm_medium=rss&amp;utm_campaign=lady-ballers-wnba-trans-women-parody</w:t>
        </w:r>
      </w:hyperlink>
      <w:r>
        <w:t xml:space="preserve"> - An article discussing the 2019 'South Park' episode 'Board Games', which satirised the participation of transgender female athletes in women's sports. The episode featured a character resembling wrestler Randy 'Macho Man' Savage, highlighting the biological differences between men and women in sports. The piece also mentions the 2024 Summer Olympics, where a biological male boxer dominated female opponents, and introduces 'Lady Ballers', a 2024 comedy film by The Daily Wire that parodies this issue.</w:t>
      </w:r>
      <w:r/>
    </w:p>
    <w:p>
      <w:pPr>
        <w:pStyle w:val="ListNumber"/>
        <w:spacing w:line="240" w:lineRule="auto"/>
        <w:ind w:left="720"/>
      </w:pPr>
      <w:r/>
      <w:hyperlink r:id="rId11">
        <w:r>
          <w:rPr>
            <w:color w:val="0000EE"/>
            <w:u w:val="single"/>
          </w:rPr>
          <w:t>https://www.dailywire.com/clips/lady-ballers-official-trailer-2023-movie</w:t>
        </w:r>
      </w:hyperlink>
      <w:r>
        <w:t xml:space="preserve"> - The official trailer for 'Lady Ballers', a 2023 sports comedy film produced by The Daily Wire. The film follows a former high school basketball coach who reunites his male team to compete in women's sports, challenging them to 'play like girls'. The trailer highlights the film's satirical take on the inclusion of transgender athletes in women's sports.</w:t>
      </w:r>
      <w:r/>
    </w:p>
    <w:p>
      <w:pPr>
        <w:pStyle w:val="ListNumber"/>
        <w:spacing w:line="240" w:lineRule="auto"/>
        <w:ind w:left="720"/>
      </w:pPr>
      <w:r/>
      <w:hyperlink r:id="rId14">
        <w:r>
          <w:rPr>
            <w:color w:val="0000EE"/>
            <w:u w:val="single"/>
          </w:rPr>
          <w:t>https://www.youtube.com/watch?v=Py2MzGtmaJ0</w:t>
        </w:r>
      </w:hyperlink>
      <w:r>
        <w:t xml:space="preserve"> - The official trailer for 'Lady Ballers', a 2023 sports comedy film produced by The Daily Wire. The film follows a former high school basketball coach who reunites his male team to compete in women's sports, challenging them to 'play like girls'. The trailer highlights the film's satirical take on the inclusion of transgender athletes in women's sports.</w:t>
      </w:r>
      <w:r/>
    </w:p>
    <w:p>
      <w:pPr>
        <w:pStyle w:val="ListNumber"/>
        <w:spacing w:line="240" w:lineRule="auto"/>
        <w:ind w:left="720"/>
      </w:pPr>
      <w:r/>
      <w:hyperlink r:id="rId10">
        <w:r>
          <w:rPr>
            <w:color w:val="0000EE"/>
            <w:u w:val="single"/>
          </w:rPr>
          <w:t>https://www.dailywire.com/news/a-fresh-return-to-humor-loved-every-second-thousands-of-rave-reviews-roll-in-for-lady-ballers</w:t>
        </w:r>
      </w:hyperlink>
      <w:r>
        <w:t xml:space="preserve"> - An article reporting on the positive reception of 'Lady Ballers', The Daily Wire's first feature-length comedy film. The piece highlights thousands of rave reviews praising the film's humour and timely commentary on the inclusion of transgender athletes in women's sports. The film is described as a 'must-see for everyone'.</w:t>
      </w:r>
      <w:r/>
    </w:p>
    <w:p>
      <w:pPr>
        <w:pStyle w:val="ListNumber"/>
        <w:spacing w:line="240" w:lineRule="auto"/>
        <w:ind w:left="720"/>
      </w:pPr>
      <w:r/>
      <w:hyperlink r:id="rId12">
        <w:r>
          <w:rPr>
            <w:color w:val="0000EE"/>
            <w:u w:val="single"/>
          </w:rPr>
          <w:t>https://www.mediamatters.org/daily-wire/meta-has-earned-over-1-million-ads-daily-wires-latest-anti-trans-movie</w:t>
        </w:r>
      </w:hyperlink>
      <w:r>
        <w:t xml:space="preserve"> - A report detailing that Meta (formerly Facebook) earned over $1.6 million from advertisements promoting 'Lady Ballers', The Daily Wire's latest film. The article discusses the film's portrayal of transgender athletes in women's sports and the controversy surrounding its release.</w:t>
      </w:r>
      <w:r/>
    </w:p>
    <w:p>
      <w:pPr>
        <w:pStyle w:val="ListNumber"/>
        <w:spacing w:line="240" w:lineRule="auto"/>
        <w:ind w:left="720"/>
      </w:pPr>
      <w:r/>
      <w:hyperlink r:id="rId13">
        <w:r>
          <w:rPr>
            <w:color w:val="0000EE"/>
            <w:u w:val="single"/>
          </w:rPr>
          <w:t>https://www.theblaze.com/news/south-park-episode-addresses-transgender-athletes-competing-in-womens-sports-and-it-was-brutal</w:t>
        </w:r>
      </w:hyperlink>
      <w:r>
        <w:t xml:space="preserve"> - An article discussing the 'South Park' episode 'Board Girls', which mocked the participation of transgender athletes in women's sports. The episode featured a character resembling Randy 'Macho Man' Savage, highlighting the physical advantages of transgender athletes in women's competitions.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llywoodintoto.com/lady-ballers-wnba-trans-women-parody/?utm_source=rss&amp;utm_medium=rss&amp;utm_campaign=lady-ballers-wnba-trans-women-parody" TargetMode="External"/><Relationship Id="rId10" Type="http://schemas.openxmlformats.org/officeDocument/2006/relationships/hyperlink" Target="https://www.dailywire.com/news/a-fresh-return-to-humor-loved-every-second-thousands-of-rave-reviews-roll-in-for-lady-ballers" TargetMode="External"/><Relationship Id="rId11" Type="http://schemas.openxmlformats.org/officeDocument/2006/relationships/hyperlink" Target="https://www.dailywire.com/clips/lady-ballers-official-trailer-2023-movie" TargetMode="External"/><Relationship Id="rId12" Type="http://schemas.openxmlformats.org/officeDocument/2006/relationships/hyperlink" Target="https://www.mediamatters.org/daily-wire/meta-has-earned-over-1-million-ads-daily-wires-latest-anti-trans-movie" TargetMode="External"/><Relationship Id="rId13" Type="http://schemas.openxmlformats.org/officeDocument/2006/relationships/hyperlink" Target="https://www.theblaze.com/news/south-park-episode-addresses-transgender-athletes-competing-in-womens-sports-and-it-was-brutal" TargetMode="External"/><Relationship Id="rId14" Type="http://schemas.openxmlformats.org/officeDocument/2006/relationships/hyperlink" Target="https://www.youtube.com/watch?v=Py2MzGtmaJ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