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Sunday Activities in Casper: Morning Yoga, Labyrinth Flow, and a Community Meal</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Start your Sunday with calm, community and good food , locals are gathering for Ashtanga on the Labyrinth, sunrise stretches at David Street Station, and a monthly Trans and GNC meal at Racca’s to celebrate connection and inclusivity across Casper.</w:t>
      </w:r>
      <w:r/>
    </w:p>
    <w:p>
      <w:r/>
      <w:r>
        <w:t>Essential Takeaways</w:t>
      </w:r>
      <w:r/>
      <w:r/>
    </w:p>
    <w:p>
      <w:pPr>
        <w:pStyle w:val="ListBullet"/>
        <w:spacing w:line="240" w:lineRule="auto"/>
        <w:ind w:left="720"/>
      </w:pPr>
      <w:r/>
      <w:r>
        <w:rPr>
          <w:b/>
        </w:rPr>
        <w:t>Early Ashtanga:</w:t>
      </w:r>
      <w:r>
        <w:t xml:space="preserve"> Full Primary Ashtanga on the Labyrinth at 7 a.m., led by Britt Boril; classes are $15 and follow a repeating traditional sequence.</w:t>
      </w:r>
      <w:r/>
    </w:p>
    <w:p>
      <w:pPr>
        <w:pStyle w:val="ListBullet"/>
        <w:spacing w:line="240" w:lineRule="auto"/>
        <w:ind w:left="720"/>
      </w:pPr>
      <w:r/>
      <w:r>
        <w:rPr>
          <w:b/>
        </w:rPr>
        <w:t>Sunrise Yoga:</w:t>
      </w:r>
      <w:r>
        <w:t xml:space="preserve"> Gentle community session at David Street Station starts 7:30 a.m., runs to 8:30 a.m., and features a rotating roster of instructors.</w:t>
      </w:r>
      <w:r/>
    </w:p>
    <w:p>
      <w:pPr>
        <w:pStyle w:val="ListBullet"/>
        <w:spacing w:line="240" w:lineRule="auto"/>
        <w:ind w:left="720"/>
      </w:pPr>
      <w:r/>
      <w:r>
        <w:rPr>
          <w:b/>
        </w:rPr>
        <w:t>Community Meal:</w:t>
      </w:r>
      <w:r>
        <w:t xml:space="preserve"> Casper Pride and Racca’s Pizzeria host a Monthly Trans and GNC Meal from 11:30 a.m. to 1 p.m., offering a welcoming space for conversation and connection.</w:t>
      </w:r>
      <w:r/>
    </w:p>
    <w:p>
      <w:pPr>
        <w:pStyle w:val="ListBullet"/>
        <w:spacing w:line="240" w:lineRule="auto"/>
        <w:ind w:left="720"/>
      </w:pPr>
      <w:r/>
      <w:r>
        <w:rPr>
          <w:b/>
        </w:rPr>
        <w:t>Outdoor vibe:</w:t>
      </w:r>
      <w:r>
        <w:t xml:space="preserve"> Both morning classes are outdoors or in open community spaces, so bring a mat, water, and a light jacket , mornings can be crisp.</w:t>
      </w:r>
      <w:r/>
    </w:p>
    <w:p>
      <w:pPr>
        <w:pStyle w:val="ListBullet"/>
        <w:spacing w:line="240" w:lineRule="auto"/>
        <w:ind w:left="720"/>
      </w:pPr>
      <w:r/>
      <w:r>
        <w:rPr>
          <w:b/>
        </w:rPr>
        <w:t>Easy RSVP:</w:t>
      </w:r>
      <w:r>
        <w:t xml:space="preserve"> Tickets or drop-in details are available through event pages and venue contacts; small fees apply for the Ashtanga class.</w:t>
      </w:r>
      <w:r/>
      <w:r/>
    </w:p>
    <w:p>
      <w:pPr>
        <w:pStyle w:val="Heading2"/>
      </w:pPr>
      <w:r>
        <w:t>Wake up with Ashtanga on the Labyrinth , a traditional, focused flow</w:t>
      </w:r>
      <w:r/>
    </w:p>
    <w:p>
      <w:r/>
      <w:r>
        <w:t>If you like your yoga with a steady, predictable rhythm, Ashtanga on the Labyrinth starts strong at 7 a.m. and carries a quiet, concentrated energy. The class repeats the Full Primary Series, so you get the satisfaction of small improvements each week, like a melody you recognise more each time. Expect Sanskrit prompts alongside plain-English cues, and a rigorous pace that rewards focus.</w:t>
      </w:r>
      <w:r/>
    </w:p>
    <w:p>
      <w:r/>
      <w:r>
        <w:t>The session is organised by Wyoming Yoga &amp; Wellness and guided by Britt Boril. It’s $15, which feels fair for an hour of guided, skilled instruction in a unique outdoor setting. For newcomers, organisers suggest attending the shorter Primary classes first to learn the sequence before tackling the full series; it’s practical advice if you dislike feeling lost mid-flow. Bring a mat with good grip , the Labyrinth can be uneven underfoot , and a calm attitude; this is the kind of class where patience pays off.</w:t>
      </w:r>
      <w:r/>
    </w:p>
    <w:p>
      <w:pPr>
        <w:pStyle w:val="Heading2"/>
      </w:pPr>
      <w:r>
        <w:t>Sunrise Yoga at David Street Station , gentle, social, and flexible</w:t>
      </w:r>
      <w:r/>
    </w:p>
    <w:p>
      <w:r/>
      <w:r>
        <w:t>David Street Station’s Sunrise Yoga begins at 7:30 a.m., and it’s built around ease rather than intensity. The session lasts an hour and swaps instructors day to day, so you might get a restorative sequence one week and a breath-forward morning the next. The venue is friendly and bright, and the group feel is intentionally inclusive , a good choice if you prefer a relaxed start and a chance to meet other locals.</w:t>
      </w:r>
      <w:r/>
    </w:p>
    <w:p>
      <w:r/>
      <w:r>
        <w:t>According to venue listings, the Station runs these community-focused classes regularly, making them a reliable option for habitual morning movers. Pack layers: early-morning temps can drop and you’ll want to stay comfortable while you move slowly into the day. If you’re new to the spot, check the David Street Station site or contact their team for current schedules and any last-minute changes.</w:t>
      </w:r>
      <w:r/>
    </w:p>
    <w:p>
      <w:pPr>
        <w:pStyle w:val="Heading2"/>
      </w:pPr>
      <w:r>
        <w:t>Midday connection: Casper Pride’s Monthly Trans and GNC Meal at Racca’s</w:t>
      </w:r>
      <w:r/>
    </w:p>
    <w:p>
      <w:r/>
      <w:r>
        <w:t>Come late morning, the tone shifts from movement to conversation. Racca’s Pizzeria Napoletana and Casper Pride are hosting a Monthly Trans and Gender Non-Conforming Meal from 11:30 a.m. to 1 p.m., designed as a safe, sociable gathering for people to eat, chat and build community. The organisers emphasise authentic self-expression and inclusivity , think warm pizza, low-pressure company, and the kind of welcoming table that makes strangers feel seen.</w:t>
      </w:r>
      <w:r/>
    </w:p>
    <w:p>
      <w:r/>
      <w:r>
        <w:t>This is an important civic moment for Casper: small, recurring events like this foster networks and support structures that matter long after the meal is over. If you’re attending for the first time, come open-minded, bring a friend if you like, and expect a calm, affirming atmosphere. It’s not a fundraiser or a rally, just a monthly chance to share food and company.</w:t>
      </w:r>
      <w:r/>
    </w:p>
    <w:p>
      <w:pPr>
        <w:pStyle w:val="Heading2"/>
      </w:pPr>
      <w:r>
        <w:t>Practical tips: what to bring and how to pick the right session</w:t>
      </w:r>
      <w:r/>
    </w:p>
    <w:p>
      <w:r/>
      <w:r>
        <w:t>Plan like a local: bring a mat, water bottle, and a light layer for morning classes, and wear shoes that are easy to slip on after a stretch. For Ashtanga, if you haven’t practised the primary series, try the shorter class first or arrive a little early to ask the instructor for modifications.</w:t>
      </w:r>
      <w:r/>
    </w:p>
    <w:p>
      <w:r/>
      <w:r>
        <w:t>If you prefer quieter, slower classes, check the rotating instructor list for Sunrise Yoga , some mornings lean restorative, others more dynamic. For the meal, no RSVP is usually required but checking Racca’s or Casper Pride’s event page will confirm headcount and any special instructions. And if you’ve got an event to share, Casper’s community calendar welcomes submissions , a neat way to keep the city’s weekend roster lively.</w:t>
      </w:r>
      <w:r/>
    </w:p>
    <w:p>
      <w:pPr>
        <w:pStyle w:val="Heading2"/>
      </w:pPr>
      <w:r>
        <w:t>Why these small rituals matter in a busy week</w:t>
      </w:r>
      <w:r/>
    </w:p>
    <w:p>
      <w:r/>
      <w:r>
        <w:t>Weekend routines like early yoga or shared meals aren’t just pleasant; they create small anchors that carry you into Monday with clearer headspace. Whether you want the discipline of Ashtanga, the gentleness of Sunrise Yoga, or the comfort of a welcoming community lunch, Casper’s Sunday options make it easy to recharge and reconnect.</w:t>
      </w:r>
      <w:r/>
    </w:p>
    <w:p>
      <w:r/>
      <w:r>
        <w:t>It’s a small set of rituals that can make the whole week feel more manageable.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Paragraph 3: </w:t>
      </w:r>
      <w:hyperlink r:id="rId11">
        <w:r>
          <w:rPr>
            <w:color w:val="0000EE"/>
            <w:u w:val="single"/>
          </w:rPr>
          <w:t>[3]</w:t>
        </w:r>
      </w:hyperlink>
      <w:r>
        <w:t xml:space="preserve">, </w:t>
      </w:r>
      <w:hyperlink r:id="rId12">
        <w:r>
          <w:rPr>
            <w:color w:val="0000EE"/>
            <w:u w:val="single"/>
          </w:rPr>
          <w:t>[4]</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3">
        <w:r>
          <w:rPr>
            <w:color w:val="0000EE"/>
            <w:u w:val="single"/>
          </w:rPr>
          <w:t>[5]</w:t>
        </w:r>
      </w:hyperlink>
      <w:r>
        <w:t xml:space="preserve">, </w:t>
      </w:r>
      <w:hyperlink r:id="rId14">
        <w:r>
          <w:rPr>
            <w:color w:val="0000EE"/>
            <w:u w:val="single"/>
          </w:rPr>
          <w:t>[6]</w:t>
        </w:r>
      </w:hyperlink>
      <w:r>
        <w:t xml:space="preserve">- Paragraph 6: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https://oilcity.news/community/events/2026/08/15/your-sunday-aug-16-guide-three-things-to-do-in-the-oil-city/</w:t>
        </w:r>
      </w:hyperlink>
      <w:r>
        <w:t xml:space="preserve"> - Please view link - unable to able to access data</w:t>
      </w:r>
      <w:r/>
    </w:p>
    <w:p>
      <w:pPr>
        <w:pStyle w:val="ListNumber"/>
        <w:spacing w:line="240" w:lineRule="auto"/>
        <w:ind w:left="720"/>
      </w:pPr>
      <w:r/>
      <w:hyperlink r:id="rId10">
        <w:r>
          <w:rPr>
            <w:color w:val="0000EE"/>
            <w:u w:val="single"/>
          </w:rPr>
          <w:t>https://www.visitcasper.com/events/sunrise-yoga-2/</w:t>
        </w:r>
      </w:hyperlink>
      <w:r>
        <w:t xml:space="preserve"> - Sunrise Yoga at David Street Station in Casper, Wyoming, offers a refreshing start to the day with sessions from 7:30 AM to 8:30 AM. Each session features a different instructor, providing variety and expertise. The event is free and open to the public, making it an accessible option for both residents and visitors. David Street Station serves as a central gathering place in downtown Casper, hosting various community events and activities throughout the year. For more information, visit their official website.</w:t>
      </w:r>
      <w:r/>
    </w:p>
    <w:p>
      <w:pPr>
        <w:pStyle w:val="ListNumber"/>
        <w:spacing w:line="240" w:lineRule="auto"/>
        <w:ind w:left="720"/>
      </w:pPr>
      <w:r/>
      <w:hyperlink r:id="rId11">
        <w:r>
          <w:rPr>
            <w:color w:val="0000EE"/>
            <w:u w:val="single"/>
          </w:rPr>
          <w:t>https://www.davidstreetstation.com/</w:t>
        </w:r>
      </w:hyperlink>
      <w:r>
        <w:t xml:space="preserve"> - David Street Station is a 501(c)(3) nonprofit gathering space located in the heart of downtown Casper, Wyoming. Since its opening in 2017, it has served as a vibrant community hub, hosting a wide variety of events and activities, including concerts, festivals, markets, and more. The mission of David Street Station is to strengthen the community by offering a vibrant gathering place that hosts a wide variety of events and activities. For more details, visit their official website.</w:t>
      </w:r>
      <w:r/>
    </w:p>
    <w:p>
      <w:pPr>
        <w:pStyle w:val="ListNumber"/>
        <w:spacing w:line="240" w:lineRule="auto"/>
        <w:ind w:left="720"/>
      </w:pPr>
      <w:r/>
      <w:hyperlink r:id="rId12">
        <w:r>
          <w:rPr>
            <w:color w:val="0000EE"/>
            <w:u w:val="single"/>
          </w:rPr>
          <w:t>https://www.top-rated.online/cities/Casper/place/p/11240982/wyOMing%2BYoga%2B%26%2BWellness</w:t>
        </w:r>
      </w:hyperlink>
      <w:r>
        <w:t xml:space="preserve"> - WyOMing Yoga &amp; Wellness, located at 142 N Kimball St, Casper, WY 82601, is a yoga studio and wellness center offering a diverse array of classes tailored for individuals of all ages and fitness levels. The center focuses on the holistic benefits of yoga for physical, mental, emotional, and spiritual health. With a dedicated team of knowledgeable instructors, they provide both heated and unheated sessions, as well as a comprehensive yoga teacher training program designed to enrich personal practice and foster a deeper understanding of yoga.</w:t>
      </w:r>
      <w:r/>
    </w:p>
    <w:p>
      <w:pPr>
        <w:pStyle w:val="ListNumber"/>
        <w:spacing w:line="240" w:lineRule="auto"/>
        <w:ind w:left="720"/>
      </w:pPr>
      <w:r/>
      <w:hyperlink r:id="rId13">
        <w:r>
          <w:rPr>
            <w:color w:val="0000EE"/>
            <w:u w:val="single"/>
          </w:rPr>
          <w:t>https://www.davidstreetstation.com/contact</w:t>
        </w:r>
      </w:hyperlink>
      <w:r>
        <w:t xml:space="preserve"> - David Street Station, located at 200 South David Street, Casper, WY 82601, is a 501(c)(3) nonprofit gathering space in the heart of downtown Casper. For inquiries or more information about events and activities, you can contact them at (307) 235-6710 or via email at info@davidstreetstation.com. Their mission is to strengthen the community by offering a vibrant gathering place that hosts a wide variety of events and activities. For more details, visit their official website.</w:t>
      </w:r>
      <w:r/>
    </w:p>
    <w:p>
      <w:pPr>
        <w:pStyle w:val="ListNumber"/>
        <w:spacing w:line="240" w:lineRule="auto"/>
        <w:ind w:left="720"/>
      </w:pPr>
      <w:r/>
      <w:hyperlink r:id="rId14">
        <w:r>
          <w:rPr>
            <w:color w:val="0000EE"/>
            <w:u w:val="single"/>
          </w:rPr>
          <w:t>https://www.davidstreetstation.com/faq</w:t>
        </w:r>
      </w:hyperlink>
      <w:r>
        <w:t xml:space="preserve"> - David Street Station, located at 200 South David Street, Casper, WY 82601, is a 501(c)(3) nonprofit gathering space in the heart of downtown Casper. For inquiries or more information about events and activities, you can contact them at (307) 235-6710 or via email at info@davidstreetstation.com. Their mission is to strengthen the community by offering a vibrant gathering place that hosts a wide variety of events and activities. For more details, visit their official website.</w:t>
      </w:r>
      <w:r/>
    </w:p>
    <w:p>
      <w:pPr>
        <w:pStyle w:val="ListNumber"/>
        <w:spacing w:line="240" w:lineRule="auto"/>
        <w:ind w:left="720"/>
      </w:pPr>
      <w:r/>
      <w:hyperlink r:id="rId15">
        <w:r>
          <w:rPr>
            <w:color w:val="0000EE"/>
            <w:u w:val="single"/>
          </w:rPr>
          <w:t>https://www.davidstreetstation.com/about-us</w:t>
        </w:r>
      </w:hyperlink>
      <w:r>
        <w:t xml:space="preserve"> - David Street Station, located at 200 South David Street, Casper, WY 82601, is a 501(c)(3) nonprofit gathering space in the heart of downtown Casper. For inquiries or more information about events and activities, you can contact them at (307) 235-6710 or via email at info@davidstreetstation.com. Their mission is to strengthen the community by offering a vibrant gathering place that hosts a wide variety of events and activities. For more details, visit their official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ilcity.news/community/events/2026/08/15/your-sunday-aug-16-guide-three-things-to-do-in-the-oil-city/" TargetMode="External"/><Relationship Id="rId10" Type="http://schemas.openxmlformats.org/officeDocument/2006/relationships/hyperlink" Target="https://www.visitcasper.com/events/sunrise-yoga-2/" TargetMode="External"/><Relationship Id="rId11" Type="http://schemas.openxmlformats.org/officeDocument/2006/relationships/hyperlink" Target="https://www.davidstreetstation.com/" TargetMode="External"/><Relationship Id="rId12" Type="http://schemas.openxmlformats.org/officeDocument/2006/relationships/hyperlink" Target="https://www.top-rated.online/cities/Casper/place/p/11240982/wyOMing%2BYoga%2B%26%2BWellness" TargetMode="External"/><Relationship Id="rId13" Type="http://schemas.openxmlformats.org/officeDocument/2006/relationships/hyperlink" Target="https://www.davidstreetstation.com/contact" TargetMode="External"/><Relationship Id="rId14" Type="http://schemas.openxmlformats.org/officeDocument/2006/relationships/hyperlink" Target="https://www.davidstreetstation.com/faq" TargetMode="External"/><Relationship Id="rId15" Type="http://schemas.openxmlformats.org/officeDocument/2006/relationships/hyperlink" Target="https://www.davidstreetstation.com/about-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