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Eastie Pride Day: How the 37th Celebration Brought the Waterfront to Life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turned out in force as Eastie rolled out its 37th Pride Day at Piers Park, proving once again why this waterfront summer festival matters , it’s a sunny, family-friendly chance to meet local restaurateurs, small businesses and charities, celebrate community spirit, and enjoy music, food and games.</w:t>
      </w:r>
      <w:r/>
    </w:p>
    <w:p>
      <w:r/>
      <w:r>
        <w:t>Essential Takeaways</w:t>
      </w:r>
      <w:r/>
      <w:r/>
    </w:p>
    <w:p>
      <w:pPr>
        <w:pStyle w:val="ListBullet"/>
        <w:spacing w:line="240" w:lineRule="auto"/>
        <w:ind w:left="720"/>
      </w:pPr>
      <w:r/>
      <w:r>
        <w:rPr>
          <w:b/>
        </w:rPr>
        <w:t>Large turnout:</w:t>
      </w:r>
      <w:r>
        <w:t xml:space="preserve"> Hundreds gathered at Piers Park on a picture-perfect day, giving the event a lively, bustling feel.</w:t>
      </w:r>
      <w:r/>
    </w:p>
    <w:p>
      <w:pPr>
        <w:pStyle w:val="ListBullet"/>
        <w:spacing w:line="240" w:lineRule="auto"/>
        <w:ind w:left="720"/>
      </w:pPr>
      <w:r/>
      <w:r>
        <w:rPr>
          <w:b/>
        </w:rPr>
        <w:t>Family-friendly fun:</w:t>
      </w:r>
      <w:r>
        <w:t xml:space="preserve"> Live music, kids’ games, contests and a range of food stalls made it easy for all ages to join in.</w:t>
      </w:r>
      <w:r/>
    </w:p>
    <w:p>
      <w:pPr>
        <w:pStyle w:val="ListBullet"/>
        <w:spacing w:line="240" w:lineRule="auto"/>
        <w:ind w:left="720"/>
      </w:pPr>
      <w:r/>
      <w:r>
        <w:rPr>
          <w:b/>
        </w:rPr>
        <w:t>Community focus:</w:t>
      </w:r>
      <w:r>
        <w:t xml:space="preserve"> The festival showcased local restaurants, small businesses and non-profits, strengthening neighbourhood ties.</w:t>
      </w:r>
      <w:r/>
    </w:p>
    <w:p>
      <w:pPr>
        <w:pStyle w:val="ListBullet"/>
        <w:spacing w:line="240" w:lineRule="auto"/>
        <w:ind w:left="720"/>
      </w:pPr>
      <w:r/>
      <w:r>
        <w:rPr>
          <w:b/>
        </w:rPr>
        <w:t>Tradition and leadership:</w:t>
      </w:r>
      <w:r>
        <w:t xml:space="preserve"> Now in its 37th year, Eastie Pride Day continues the tradition started in 1989 and is led by a volunteer neighbourhood committee.</w:t>
      </w:r>
      <w:r/>
    </w:p>
    <w:p>
      <w:pPr>
        <w:pStyle w:val="ListBullet"/>
        <w:spacing w:line="240" w:lineRule="auto"/>
        <w:ind w:left="720"/>
      </w:pPr>
      <w:r/>
      <w:r>
        <w:rPr>
          <w:b/>
        </w:rPr>
        <w:t>Support matters:</w:t>
      </w:r>
      <w:r>
        <w:t xml:space="preserve"> Sponsorship and committee effort keep the festival growing and underline East Boston’s welcoming, diverse identity.</w:t>
      </w:r>
      <w:r/>
      <w:r/>
    </w:p>
    <w:p>
      <w:pPr>
        <w:pStyle w:val="Heading2"/>
      </w:pPr>
      <w:r>
        <w:t>A sunny, waterfront party that felt like home</w:t>
      </w:r>
      <w:r/>
    </w:p>
    <w:p>
      <w:r/>
      <w:r>
        <w:t>Piers Park was the kind of place where the breeze off the harbour mixed with the smell of street food and the sound of live bands, making the whole event feel low-stress and warm. According to coverage of the day, organisers reported a steady stream of visitors, and the park’s open layout let families wander between booths without feeling cramped. For locals it’s a tactile reminder , Eastie Pride Day is less about spectacle and more about neighbours meeting neighbours.</w:t>
      </w:r>
      <w:r/>
    </w:p>
    <w:p>
      <w:pPr>
        <w:pStyle w:val="Heading2"/>
      </w:pPr>
      <w:r>
        <w:t>The neighbourhood on show: food, stalls and local voices</w:t>
      </w:r>
      <w:r/>
    </w:p>
    <w:p>
      <w:r/>
      <w:r>
        <w:t>Stalls lined the pathways with familiar faces from nearby restaurants and small businesses eager to chat and sample. The event intentionally brings community groups and charities into conversation with residents, which helps people connect beyond a quick hello. If you’re wondering why that matters, it’s simple: these encounters turn casual customers into supporters, and local causes into community priorities.</w:t>
      </w:r>
      <w:r/>
    </w:p>
    <w:p>
      <w:pPr>
        <w:pStyle w:val="Heading2"/>
      </w:pPr>
      <w:r>
        <w:t>Tradition, volunteers and a committee that cares</w:t>
      </w:r>
      <w:r/>
    </w:p>
    <w:p>
      <w:r/>
      <w:r>
        <w:t>Eastie Pride Day began in 1989 and has kept rolling thanks to volunteer effort and steady leadership. The current committee chair highlighted the goal of preserving a space where everyone is welcome. Volunteers are the engine behind the festival , from booking entertainers to arranging permissions , and their work is obvious in the well-run flow of the day. It’s a useful reminder that grassroots events lean on neighbourhood energy, not big budgets.</w:t>
      </w:r>
      <w:r/>
    </w:p>
    <w:p>
      <w:pPr>
        <w:pStyle w:val="Heading2"/>
      </w:pPr>
      <w:r>
        <w:t>What’s changed , and what’s stayed the same</w:t>
      </w:r>
      <w:r/>
    </w:p>
    <w:p>
      <w:r/>
      <w:r>
        <w:t>The tone of a family-friendly block party hasn’t shifted: music, kids’ activities and contests remain central. What’s evolved is scale and variety; recent years have seen more local businesses and non-profits taking part, reflecting East Boston’s growing cultural mix. For anyone planning to attend next year, aim to arrive early if you want to sample the best food stalls, and bring cash or a card depending on vendors , some independents still prefer one or the other.</w:t>
      </w:r>
      <w:r/>
    </w:p>
    <w:p>
      <w:pPr>
        <w:pStyle w:val="Heading2"/>
      </w:pPr>
      <w:r>
        <w:t>Why Eastie Pride Day matters to the city</w:t>
      </w:r>
      <w:r/>
    </w:p>
    <w:p>
      <w:r/>
      <w:r>
        <w:t>Beyond the day itself, events like this feed into a larger tapestry of neighbourhood festivals that make Boston feel like a collection of communities, not just a city centre. Eastie Weeks and other local celebrations amplify that civic pride by keeping attention on local culture and commerce. For residents, it’s about belonging; for newcomers, it’s a friendly intro to the area’s tastes and rhythms.</w:t>
      </w:r>
      <w:r/>
    </w:p>
    <w:p>
      <w:r/>
      <w:r>
        <w:t>It's a small, bright tradition that keeps the waterfront buzzing and neighbourhood ties strong.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3">
        <w:r>
          <w:rPr>
            <w:color w:val="0000EE"/>
            <w:u w:val="single"/>
          </w:rPr>
          <w:t>[6]</w:t>
        </w:r>
      </w:hyperlink>
      <w:r>
        <w:t xml:space="preserve">, </w:t>
      </w:r>
      <w:hyperlink r:id="rId14">
        <w:r>
          <w:rPr>
            <w:color w:val="0000EE"/>
            <w:u w:val="single"/>
          </w:rPr>
          <w:t>[4]</w:t>
        </w:r>
      </w:hyperlink>
      <w:r>
        <w:t xml:space="preserve">- Paragraph 5: </w:t>
      </w:r>
      <w:hyperlink r:id="rId15">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https://eastboston.com/a-beautiful-day-number-37-of-eastie-pride-day-was-grand/?utm_source=rss&amp;utm_medium=rss&amp;utm_campaign=a-beautiful-day-number-37-of-eastie-pride-day-was-grand</w:t>
        </w:r>
      </w:hyperlink>
      <w:r>
        <w:t xml:space="preserve"> - Please view link - unable to able to access data</w:t>
      </w:r>
      <w:r/>
    </w:p>
    <w:p>
      <w:pPr>
        <w:pStyle w:val="ListNumber"/>
        <w:spacing w:line="240" w:lineRule="auto"/>
        <w:ind w:left="720"/>
      </w:pPr>
      <w:r/>
      <w:hyperlink r:id="rId10">
        <w:r>
          <w:rPr>
            <w:color w:val="0000EE"/>
            <w:u w:val="single"/>
          </w:rPr>
          <w:t>https://www.eastieprideday.com/about-us</w:t>
        </w:r>
      </w:hyperlink>
      <w:r>
        <w:t xml:space="preserve"> - Eastie Pride Day is an annual summer community event established in 1989 by Sal LaMattina to foster unity and pride among East Boston residents. The event features activities such as kids' games, live entertainment, contests, and information tables with community organizations. It aims to celebrate the diverse cultural backgrounds and achievements of East Boston's residents, bringing together thousands of people each year. The event is free and open to all, showcasing the values and qualities of the neighborhood.</w:t>
      </w:r>
      <w:r/>
    </w:p>
    <w:p>
      <w:pPr>
        <w:pStyle w:val="ListNumber"/>
        <w:spacing w:line="240" w:lineRule="auto"/>
        <w:ind w:left="720"/>
      </w:pPr>
      <w:r/>
      <w:hyperlink r:id="rId15">
        <w:r>
          <w:rPr>
            <w:color w:val="0000EE"/>
            <w:u w:val="single"/>
          </w:rPr>
          <w:t>https://en.wikipedia.org/wiki/East_Boston</w:t>
        </w:r>
      </w:hyperlink>
      <w:r>
        <w:t xml:space="preserve"> - East Boston is a neighbourhood in Boston, Massachusetts, known for its diverse cultural heritage and vibrant community. The area hosts various events throughout the year, including Eastie Weeks, a two-week celebration of community, culture, music, arts, and waterfront pride. Eastie Weeks brings together artists, musicians, businesses, cultural institutions, and residents to showcase the unique aspects of East Boston. The event features a diverse lineup of activities that highlight the neighbourhood's arts, culture, community spirit, and waterfront connections.</w:t>
      </w:r>
      <w:r/>
    </w:p>
    <w:p>
      <w:pPr>
        <w:pStyle w:val="ListNumber"/>
        <w:spacing w:line="240" w:lineRule="auto"/>
        <w:ind w:left="720"/>
      </w:pPr>
      <w:r/>
      <w:hyperlink r:id="rId14">
        <w:r>
          <w:rPr>
            <w:color w:val="0000EE"/>
            <w:u w:val="single"/>
          </w:rPr>
          <w:t>https://www.ebsocialcenters.org/eastie-social-2026</w:t>
        </w:r>
      </w:hyperlink>
      <w:r>
        <w:t xml:space="preserve"> - The East Boston Social Centers is the neighbourhood's longest-running multi-service agency, serving children, families, and seniors at every stage of life. Their annual celebration, formerly known as Joy:us, has been rebranded as Eastie Social. Scheduled for September 27, 2026, at The Tall Ship Boston, the event includes a family celebration with free activities, local music, food from neighbourhood restaurants, and family activities along the harbour. The reception and honours segment recognises leaders whose stewardship helps East Boston thrive.</w:t>
      </w:r>
      <w:r/>
    </w:p>
    <w:p>
      <w:pPr>
        <w:pStyle w:val="ListNumber"/>
        <w:spacing w:line="240" w:lineRule="auto"/>
        <w:ind w:left="720"/>
      </w:pPr>
      <w:r/>
      <w:hyperlink r:id="rId12">
        <w:r>
          <w:rPr>
            <w:color w:val="0000EE"/>
            <w:u w:val="single"/>
          </w:rPr>
          <w:t>https://eastietimes.com/2026/06/24/eastie-weeks-returns-with-its-biggest-celebration-yet/</w:t>
        </w:r>
      </w:hyperlink>
      <w:r>
        <w:t xml:space="preserve"> - Eastie Weeks, East Boston's annual celebration of community, culture, music, arts, and waterfront pride, is returning this summer bigger than ever before. Now in its 13th year, Eastie Weeks 2026 will be the longest and most expansive celebration in the event's history, running from July 12 to 29. Led by East Boston community organizations and residents and supported by Boston Harbor Now, the celebration brings together artists, musicians, businesses, cultural institutions, and neighbours for over two weeks of events that showcase the people, places, and partnerships that make East Boston unique.</w:t>
      </w:r>
      <w:r/>
    </w:p>
    <w:p>
      <w:pPr>
        <w:pStyle w:val="ListNumber"/>
        <w:spacing w:line="240" w:lineRule="auto"/>
        <w:ind w:left="720"/>
      </w:pPr>
      <w:r/>
      <w:hyperlink r:id="rId13">
        <w:r>
          <w:rPr>
            <w:color w:val="0000EE"/>
            <w:u w:val="single"/>
          </w:rPr>
          <w:t>https://eastietimes.com/2026/06/30/eastie-weeks-returns-july-12-29/</w:t>
        </w:r>
      </w:hyperlink>
      <w:r>
        <w:t xml:space="preserve"> - Eastie Weeks, East Boston's annual celebration of community, culture, music, arts, and waterfront pride, is returning this summer bigger than ever before. Now in its 13th year, Eastie Weeks 2026 will be the longest and most expansive celebration in the event's history, running from July 12 to July 29. Led by East Boston community organizations and residents and supported by Boston Harbor Now, the celebration brings together artists, musicians, businesses, cultural institutions, and neighbours for over two weeks of events that showcase the people, places, and partnerships that make East Boston unique.</w:t>
      </w:r>
      <w:r/>
    </w:p>
    <w:p>
      <w:pPr>
        <w:pStyle w:val="ListNumber"/>
        <w:spacing w:line="240" w:lineRule="auto"/>
        <w:ind w:left="720"/>
      </w:pPr>
      <w:r/>
      <w:hyperlink r:id="rId11">
        <w:r>
          <w:rPr>
            <w:color w:val="0000EE"/>
            <w:u w:val="single"/>
          </w:rPr>
          <w:t>https://eastboston.com/eastie-turns-out-to-show-its-pride/</w:t>
        </w:r>
      </w:hyperlink>
      <w:r>
        <w:t xml:space="preserve"> - The 36th annual Eastie Pride Day was a great success, attracting hundreds of residents to Piers Park on the waterfront to celebrate the East Boston community. The event featured entertainment and showcases by civic groups, fostering connection and encouraging East Boston residents to engage with local small businesses, restaurants, and non-profit organizations. The family-friendly celebration included food and refreshments, live entertainment, children's games, music, and a variety of contests. The event continues the tradition of Eastie Pride Day, which began in 1989 to increase community pride within East Boston.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astboston.com/a-beautiful-day-number-37-of-eastie-pride-day-was-grand/?utm_source=rss&amp;utm_medium=rss&amp;utm_campaign=a-beautiful-day-number-37-of-eastie-pride-day-was-grand" TargetMode="External"/><Relationship Id="rId10" Type="http://schemas.openxmlformats.org/officeDocument/2006/relationships/hyperlink" Target="https://www.eastieprideday.com/about-us" TargetMode="External"/><Relationship Id="rId11" Type="http://schemas.openxmlformats.org/officeDocument/2006/relationships/hyperlink" Target="https://eastboston.com/eastie-turns-out-to-show-its-pride/" TargetMode="External"/><Relationship Id="rId12" Type="http://schemas.openxmlformats.org/officeDocument/2006/relationships/hyperlink" Target="https://eastietimes.com/2026/06/24/eastie-weeks-returns-with-its-biggest-celebration-yet/" TargetMode="External"/><Relationship Id="rId13" Type="http://schemas.openxmlformats.org/officeDocument/2006/relationships/hyperlink" Target="https://eastietimes.com/2026/06/30/eastie-weeks-returns-july-12-29/" TargetMode="External"/><Relationship Id="rId14" Type="http://schemas.openxmlformats.org/officeDocument/2006/relationships/hyperlink" Target="https://www.ebsocialcenters.org/eastie-social-2026" TargetMode="External"/><Relationship Id="rId15" Type="http://schemas.openxmlformats.org/officeDocument/2006/relationships/hyperlink" Target="https://en.wikipedia.org/wiki/East_Bost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