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Mind-Body-Spirit Practices for Everyday Healing at Home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seekers are turning to simple, at-home mind-body-spirit practices to feel steadier, sleep better and move with less pain; from gentle touch therapies to guided breathwork, here’s what works, where to try it, and how to build a short routine that actually fits your life.</w:t>
      </w:r>
      <w:r/>
    </w:p>
    <w:p>
      <w:r/>
      <w:r>
        <w:t>Essential Takeaways</w:t>
      </w:r>
      <w:r/>
      <w:r/>
    </w:p>
    <w:p>
      <w:pPr>
        <w:pStyle w:val="ListBullet"/>
        <w:spacing w:line="240" w:lineRule="auto"/>
        <w:ind w:left="720"/>
      </w:pPr>
      <w:r/>
      <w:r>
        <w:rPr>
          <w:b/>
        </w:rPr>
        <w:t>Quick wins:</w:t>
      </w:r>
      <w:r>
        <w:t xml:space="preserve"> Five- to twenty-minute breathwork and grounding routines can reduce stress and improve sleep the same day.</w:t>
      </w:r>
      <w:r/>
    </w:p>
    <w:p>
      <w:pPr>
        <w:pStyle w:val="ListBullet"/>
        <w:spacing w:line="240" w:lineRule="auto"/>
        <w:ind w:left="720"/>
      </w:pPr>
      <w:r/>
      <w:r>
        <w:rPr>
          <w:b/>
        </w:rPr>
        <w:t>Hands-on options:</w:t>
      </w:r>
      <w:r>
        <w:t xml:space="preserve"> Self-massage and light myofascial release feel soothing, ease tension, and need only a tennis ball or foam roller.</w:t>
      </w:r>
      <w:r/>
    </w:p>
    <w:p>
      <w:pPr>
        <w:pStyle w:val="ListBullet"/>
        <w:spacing w:line="240" w:lineRule="auto"/>
        <w:ind w:left="720"/>
      </w:pPr>
      <w:r/>
      <w:r>
        <w:rPr>
          <w:b/>
        </w:rPr>
        <w:t>Guided help:</w:t>
      </w:r>
      <w:r>
        <w:t xml:space="preserve"> Online practitioners offer safe, gentle sessions for bodywork, energy healing and trauma-informed approaches.</w:t>
      </w:r>
      <w:r/>
    </w:p>
    <w:p>
      <w:pPr>
        <w:pStyle w:val="ListBullet"/>
        <w:spacing w:line="240" w:lineRule="auto"/>
        <w:ind w:left="720"/>
      </w:pPr>
      <w:r/>
      <w:r>
        <w:rPr>
          <w:b/>
        </w:rPr>
        <w:t>Choose by need:</w:t>
      </w:r>
      <w:r>
        <w:t xml:space="preserve"> Pick breathwork for anxiety, gentle movement for stiffness, and touch-based methods for chronic muscle tension.</w:t>
      </w:r>
      <w:r/>
    </w:p>
    <w:p>
      <w:pPr>
        <w:pStyle w:val="ListBullet"/>
        <w:spacing w:line="240" w:lineRule="auto"/>
        <w:ind w:left="720"/>
      </w:pPr>
      <w:r/>
      <w:r>
        <w:rPr>
          <w:b/>
        </w:rPr>
        <w:t>Practical set-up:</w:t>
      </w:r>
      <w:r>
        <w:t xml:space="preserve"> A quiet corner, a water bottle and comfortable clothing are all you need to begin.</w:t>
      </w:r>
      <w:r/>
      <w:r/>
    </w:p>
    <w:p>
      <w:pPr>
        <w:pStyle w:val="Heading2"/>
      </w:pPr>
      <w:r>
        <w:t>Why people are bringing healing home , and what actually helps</w:t>
      </w:r>
      <w:r/>
    </w:p>
    <w:p>
      <w:r/>
      <w:r>
        <w:t>We’re living busier, noisier lives, so small rituals that calm the nervous system are suddenly precious. According to several online healers and therapy sites, short breathwork, grounding and gentle touch work produce noticeable benefits fast , calmer mood, less jaw clenching and easier sleep. The sensory payoff is immediate: a cooler forehead, slower heartbeat, a loosened shoulder, the sort of tiny wins that keep you coming back.</w:t>
      </w:r>
      <w:r/>
    </w:p>
    <w:p>
      <w:r/>
      <w:r>
        <w:t>These practices rise from a mix of massage, bodywork and energy healing traditions, adapted for home use with clear safety cues. If you’ve tried one-off classes and given up, try a two-week experiment: five minutes a day of guided breathwork or a brief self-massage routine, and see how your appetite for more grows.</w:t>
      </w:r>
      <w:r/>
    </w:p>
    <w:p>
      <w:pPr>
        <w:pStyle w:val="Heading2"/>
      </w:pPr>
      <w:r>
        <w:t>Gentle hands-on tools that don’t cost much</w:t>
      </w:r>
      <w:r/>
    </w:p>
    <w:p>
      <w:r/>
      <w:r>
        <w:t>You don’t need a fancy table or a therapist’s kit to start. A tennis ball under the shoulder blade, a foam roller for calves, and a warm shower for tense neck muscles can feel luxuriously effective. Self-massage and myofascial release mimic the pressure and glide of hands, helping stuck fascia soften and pain signals quiet.</w:t>
      </w:r>
      <w:r/>
    </w:p>
    <w:p>
      <w:r/>
      <w:r>
        <w:t>Practitioners online recommend slow, patient pressure rather than aggressive rolling; the trick is to follow comfort rather than pain. If you have a recent injury or unresolved medical issue, check with a clinician first, but for everyday tension these low-tech tools are forgiving and portable.</w:t>
      </w:r>
      <w:r/>
    </w:p>
    <w:p>
      <w:pPr>
        <w:pStyle w:val="Heading2"/>
      </w:pPr>
      <w:r>
        <w:t>Breathwork, grounding and guided sessions that fit a schedule</w:t>
      </w:r>
      <w:r/>
    </w:p>
    <w:p>
      <w:r/>
      <w:r>
        <w:t>Breath patterns are powerful and immediate. Simple box breathing, alternate nostril breathing or a gentle 4-6-8 exhale cycle can move you from high alert to rest within minutes. Many bodywork and energy-healing sites now offer short guided exercises you can stream, so you can practise before bed, during a lunch break, or while waiting for the kettle.</w:t>
      </w:r>
      <w:r/>
    </w:p>
    <w:p>
      <w:r/>
      <w:r>
        <w:t>If anxiety is your main problem, prioritise breathwork and grounding; if you’re chronically stiff, add movement and self-massage. Look for sessions that are trauma-aware and paced slowly , the gentler the instruction, the easier it is to stick with the practice.</w:t>
      </w:r>
      <w:r/>
    </w:p>
    <w:p>
      <w:pPr>
        <w:pStyle w:val="Heading2"/>
      </w:pPr>
      <w:r>
        <w:t>How to pick an online practitioner or course</w:t>
      </w:r>
      <w:r/>
    </w:p>
    <w:p>
      <w:r/>
      <w:r>
        <w:t>There’s a lot of choice out there, from individual healers to small clinics offering remote sessions. Seek clear descriptions of methods, client safety notes, and short sample sessions to try first. Credible providers outline their scope , what they can and cannot treat , and offer a consultation before a longer appointment.</w:t>
      </w:r>
      <w:r/>
    </w:p>
    <w:p>
      <w:r/>
      <w:r>
        <w:t>Read reviews, watch a free clip, and start with a single session or a short course rather than committing to a big package. If a practitioner uses active language and pressure cues, make sure they emphasise consent and pacing; that’s a good sign they’ll support you through each step.</w:t>
      </w:r>
      <w:r/>
    </w:p>
    <w:p>
      <w:pPr>
        <w:pStyle w:val="Heading2"/>
      </w:pPr>
      <w:r>
        <w:t>Building a simple daily routine that actually sticks</w:t>
      </w:r>
      <w:r/>
    </w:p>
    <w:p>
      <w:r/>
      <w:r>
        <w:t>Start with three small habits: a one-minute ground-and-breathe on waking, a five-minute self-massage or foam-rolling session mid-afternoon, and a two-minute body scan before bed. Keep your corner tidy, wear comfy clothes, and set a gentle alarm if you forget. Track how you feel in a notebook , more energy, easier movement, or calmer sleep are tangible markers of progress.</w:t>
      </w:r>
      <w:r/>
    </w:p>
    <w:p>
      <w:r/>
      <w:r>
        <w:t>And don’t expect perfection. Some days you’ll do nothing, and that’s fine. The aim is to build a practice that’s human-sized and forgiving so it becomes part of life rather than another chore.</w:t>
      </w:r>
      <w:r/>
    </w:p>
    <w:p>
      <w:r/>
      <w:r>
        <w:t>It's a small shift that can make daily life feel less heavy and more manageable.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https://closetprofessor.blogspot.com/2026/08/healing-for-body-and-spirit.html</w:t>
        </w:r>
      </w:hyperlink>
      <w:r>
        <w:t xml:space="preserve"> - Please view link - unable to able to access data</w:t>
      </w:r>
      <w:r/>
    </w:p>
    <w:p>
      <w:pPr>
        <w:pStyle w:val="ListNumber"/>
        <w:spacing w:line="240" w:lineRule="auto"/>
        <w:ind w:left="720"/>
      </w:pPr>
      <w:r/>
      <w:hyperlink r:id="rId10">
        <w:r>
          <w:rPr>
            <w:color w:val="0000EE"/>
            <w:u w:val="single"/>
          </w:rPr>
          <w:t>https://www.willowoodhealing.com/</w:t>
        </w:r>
      </w:hyperlink>
      <w:r>
        <w:t xml:space="preserve"> - Willowood Healing Arts offers energy-based healthcare services, including Reiki, massage therapy, and bodywork, aiming to promote physical, mental, emotional, and spiritual alignment. Their services are designed to help clients achieve optimal well-being by creating an environment where the body, mind, and spirit are in harmony. They assist clients with various conditions, including trauma recovery, chronic pain, autoimmune disorders, and mental health issues, serving the Minneapolis and St. Paul areas.</w:t>
      </w:r>
      <w:r/>
    </w:p>
    <w:p>
      <w:pPr>
        <w:pStyle w:val="ListNumber"/>
        <w:spacing w:line="240" w:lineRule="auto"/>
        <w:ind w:left="720"/>
      </w:pPr>
      <w:r/>
      <w:hyperlink r:id="rId11">
        <w:r>
          <w:rPr>
            <w:color w:val="0000EE"/>
            <w:u w:val="single"/>
          </w:rPr>
          <w:t>https://www.spiritandbodywork.com/</w:t>
        </w:r>
      </w:hyperlink>
      <w:r>
        <w:t xml:space="preserve"> - Spirit &amp; Body Work provides holistic healing through personalized massage therapy that nurtures the body, mind, and spirit. Their approach includes grounding, compression-based bodywork to calm the nervous system, and techniques such as Myofascial Release, Deep Tissue, and Swedish massage to release tension and restore balance. They also offer specialized therapeutic modalities like Manual Lymphatic Drainage, Myofascial Release, and Reiki, aiming to guide clients to a deeper sense of peace and well-being.</w:t>
      </w:r>
      <w:r/>
    </w:p>
    <w:p>
      <w:pPr>
        <w:pStyle w:val="ListNumber"/>
        <w:spacing w:line="240" w:lineRule="auto"/>
        <w:ind w:left="720"/>
      </w:pPr>
      <w:r/>
      <w:hyperlink r:id="rId15">
        <w:r>
          <w:rPr>
            <w:color w:val="0000EE"/>
            <w:u w:val="single"/>
          </w:rPr>
          <w:t>https://www.ewhealing.com/</w:t>
        </w:r>
      </w:hyperlink>
      <w:r>
        <w:t xml:space="preserve"> - Earthways Healing, LLC, established in 2010, offers holistic consultation and wellness services to facilitate healing for individuals, couples, and families. They provide services such as IntuitiveCare, Earth Spirit Medicine™ Reiki, dream interpretation, and house/property blessings and clearings. Their mission is to address spiritual, mental, emotional, and physical trauma or ailments by treating the whole person to achieve wellness, encompassing the mind, body, spirit, and soul.</w:t>
      </w:r>
      <w:r/>
    </w:p>
    <w:p>
      <w:pPr>
        <w:pStyle w:val="ListNumber"/>
        <w:spacing w:line="240" w:lineRule="auto"/>
        <w:ind w:left="720"/>
      </w:pPr>
      <w:r/>
      <w:hyperlink r:id="rId12">
        <w:r>
          <w:rPr>
            <w:color w:val="0000EE"/>
            <w:u w:val="single"/>
          </w:rPr>
          <w:t>https://www.peterbrownhealing.com/healing/healing-mind-body-spirit</w:t>
        </w:r>
      </w:hyperlink>
      <w:r>
        <w:t xml:space="preserve"> - Peter E. Brown offers shamanic, spiritual, and energetic healing techniques aimed at relieving core physical, emotional, and spiritual blocks that create symptoms of illness. His approach focuses on re-establishing balance in one's energy body, emotional body, and spiritual essence, addressing the root causes of ailments rather than merely alleviating symptoms. He works with clients in Olympia, Seattle, and Vancouver B.C., providing services that promote holistic healing.</w:t>
      </w:r>
      <w:r/>
    </w:p>
    <w:p>
      <w:pPr>
        <w:pStyle w:val="ListNumber"/>
        <w:spacing w:line="240" w:lineRule="auto"/>
        <w:ind w:left="720"/>
      </w:pPr>
      <w:r/>
      <w:hyperlink r:id="rId13">
        <w:r>
          <w:rPr>
            <w:color w:val="0000EE"/>
            <w:u w:val="single"/>
          </w:rPr>
          <w:t>https://www.westherapyarts.com/</w:t>
        </w:r>
      </w:hyperlink>
      <w:r>
        <w:t xml:space="preserve"> - Of Water, Earth, &amp; Spirit Therapeutic Arts provides trauma-informed therapy for teens and adults, rooted in spirit, nature, and the wisdom of the body. They offer holistic trauma and grief therapy for mind, body, and spirit, blending trauma-informed care with somatic and nature-based therapy, and include spiritual integration when it aligns with the client's path. Sessions are available virtually or in-person outdoors, aiming to honor each individual's unique healing journey.</w:t>
      </w:r>
      <w:r/>
    </w:p>
    <w:p>
      <w:pPr>
        <w:pStyle w:val="ListNumber"/>
        <w:spacing w:line="240" w:lineRule="auto"/>
        <w:ind w:left="720"/>
      </w:pPr>
      <w:r/>
      <w:hyperlink r:id="rId14">
        <w:r>
          <w:rPr>
            <w:color w:val="0000EE"/>
            <w:u w:val="single"/>
          </w:rPr>
          <w:t>https://sincerelyahealingsoul.com/</w:t>
        </w:r>
      </w:hyperlink>
      <w:r>
        <w:t xml:space="preserve"> - Sincerely, A Healing Soul is a spiritual sanctuary for holistic wellness, healing, and transformation. Founded by Charnay-Ellesse, the space offers services such as sacred dance movement, sound baths, journaling, and transformative classes designed to guide individuals on a journey of self-discovery and emotional liberation. Their mission is to help clients reconnect with their inner healer and achieve personal transformation through various holistic practices.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healing-for-body-and-spirit.html" TargetMode="External"/><Relationship Id="rId10" Type="http://schemas.openxmlformats.org/officeDocument/2006/relationships/hyperlink" Target="https://www.willowoodhealing.com/" TargetMode="External"/><Relationship Id="rId11" Type="http://schemas.openxmlformats.org/officeDocument/2006/relationships/hyperlink" Target="https://www.spiritandbodywork.com/" TargetMode="External"/><Relationship Id="rId12" Type="http://schemas.openxmlformats.org/officeDocument/2006/relationships/hyperlink" Target="https://www.peterbrownhealing.com/healing/healing-mind-body-spirit" TargetMode="External"/><Relationship Id="rId13" Type="http://schemas.openxmlformats.org/officeDocument/2006/relationships/hyperlink" Target="https://www.westherapyarts.com/" TargetMode="External"/><Relationship Id="rId14" Type="http://schemas.openxmlformats.org/officeDocument/2006/relationships/hyperlink" Target="https://sincerelyahealingsoul.com/" TargetMode="External"/><Relationship Id="rId15" Type="http://schemas.openxmlformats.org/officeDocument/2006/relationships/hyperlink" Target="https://www.ewhealin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