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Hinckley Pride Road Closures Guide for Local Drivers This August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drivers are preparing for Hinckley’s Pride in the Park march on Saturday 29 August, with several town-centre roads temporarily closed to keep the parade safe and the festivities flowing. Read on for which streets are affected, where to park, and simple tips to avoid delays.</w:t>
      </w:r>
      <w:r/>
    </w:p>
    <w:p>
      <w:r/>
      <w:r>
        <w:t>Essential Takeaways</w:t>
      </w:r>
      <w:r/>
      <w:r/>
    </w:p>
    <w:p>
      <w:pPr>
        <w:pStyle w:val="ListBullet"/>
        <w:spacing w:line="240" w:lineRule="auto"/>
        <w:ind w:left="720"/>
      </w:pPr>
      <w:r/>
      <w:r>
        <w:rPr>
          <w:b/>
        </w:rPr>
        <w:t>When:</w:t>
      </w:r>
      <w:r>
        <w:t xml:space="preserve"> Road closures in force from 12pm–1pm on Saturday 29 August. </w:t>
      </w:r>
      <w:r/>
    </w:p>
    <w:p>
      <w:pPr>
        <w:pStyle w:val="ListBullet"/>
        <w:spacing w:line="240" w:lineRule="auto"/>
        <w:ind w:left="720"/>
      </w:pPr>
      <w:r/>
      <w:r>
        <w:rPr>
          <w:b/>
        </w:rPr>
        <w:t>Main streets closed:</w:t>
      </w:r>
      <w:r>
        <w:t xml:space="preserve"> Church Walk, The Borough, Lower Bond Street and Castle Street around Market Place. </w:t>
      </w:r>
      <w:r/>
    </w:p>
    <w:p>
      <w:pPr>
        <w:pStyle w:val="ListBullet"/>
        <w:spacing w:line="240" w:lineRule="auto"/>
        <w:ind w:left="720"/>
      </w:pPr>
      <w:r/>
      <w:r>
        <w:rPr>
          <w:b/>
        </w:rPr>
        <w:t>Park access:</w:t>
      </w:r>
      <w:r>
        <w:t xml:space="preserve"> Parade starts at Argent’s Mead and finishes at Hollycroft Park; expect activity and stalls afterward. </w:t>
      </w:r>
      <w:r/>
    </w:p>
    <w:p>
      <w:pPr>
        <w:pStyle w:val="ListBullet"/>
        <w:spacing w:line="240" w:lineRule="auto"/>
        <w:ind w:left="720"/>
      </w:pPr>
      <w:r/>
      <w:r>
        <w:rPr>
          <w:b/>
        </w:rPr>
        <w:t>No waiting or loading:</w:t>
      </w:r>
      <w:r>
        <w:t xml:space="preserve"> Additional restrictions on Westray Drive, Hollycroft Crescent, Orkney Close, Bute Close and Burnsway. </w:t>
      </w:r>
      <w:r/>
    </w:p>
    <w:p>
      <w:pPr>
        <w:pStyle w:val="ListBullet"/>
        <w:spacing w:line="240" w:lineRule="auto"/>
        <w:ind w:left="720"/>
      </w:pPr>
      <w:r/>
      <w:r>
        <w:rPr>
          <w:b/>
        </w:rPr>
        <w:t>Alternative routes:</w:t>
      </w:r>
      <w:r>
        <w:t xml:space="preserve"> Diversions and route maps are available on the One.Causeway website; plan ahead to avoid the centre.</w:t>
      </w:r>
      <w:r/>
      <w:r/>
    </w:p>
    <w:p>
      <w:pPr>
        <w:pStyle w:val="Heading2"/>
      </w:pPr>
      <w:r>
        <w:t>What’s shutting and when , the short list every driver needs</w:t>
      </w:r>
      <w:r/>
    </w:p>
    <w:p>
      <w:r/>
      <w:r>
        <w:t>Leicestershire County Council has issued temporary closures to safeguard the march and spectators, and they’re compact but impactful. From midday to 1pm on 29 August the parade will move through the heart of Hinckley, so Church Walk, The Borough and Lower Bond Street will be entirely closed, and Castle Street will be shut from New Buildings to Market Place. Hollycroft will be blocked between Lower Bond Street and Westray Drive.</w:t>
      </w:r>
      <w:r/>
    </w:p>
    <w:p>
      <w:r/>
      <w:r>
        <w:t>Think of it as a one-hour window when the town centre becomes a pedestrian zone: lively, colourful and busier than usual. If you drive into Hinckley, avoid the central streets during that hour , your satnav won’t love rerouting through tight town lanes.</w:t>
      </w:r>
      <w:r/>
    </w:p>
    <w:p>
      <w:pPr>
        <w:pStyle w:val="Heading2"/>
      </w:pPr>
      <w:r>
        <w:t>Expect knock‑on effects , parking and loading restrictions to note</w:t>
      </w:r>
      <w:r/>
    </w:p>
    <w:p>
      <w:r/>
      <w:r>
        <w:t>It’s not just the parade line itself. The council has also imposed no waiting or loading on several nearby roads for the same period. Westray Drive, Orkney Close, Hollycroft Crescent, Bute Close and Burnsway will all have restrictions, which helps keep emergency access clear and room for crowds.</w:t>
      </w:r>
      <w:r/>
    </w:p>
    <w:p>
      <w:r/>
      <w:r>
        <w:t>If you usually park in those spots, move your car beforehand or choose a longer-stay lot away from the centre. Local volunteers and stewards will be on hand, but the easiest way to avoid stress is to leave the car at home or use public transport for a couple of hours.</w:t>
      </w:r>
      <w:r/>
    </w:p>
    <w:p>
      <w:pPr>
        <w:pStyle w:val="Heading2"/>
      </w:pPr>
      <w:r>
        <w:t>Where the march goes and what to expect at Hollycroft Park</w:t>
      </w:r>
      <w:r/>
    </w:p>
    <w:p>
      <w:r/>
      <w:r>
        <w:t>The march begins at Argent’s Mead and makes its way to Hollycroft Park, which becomes the festival hub with stalls, performances and family-friendly activities. Expect music, colourful banners and a community atmosphere , it’s a proper celebration rather than a quick procession.</w:t>
      </w:r>
      <w:r/>
    </w:p>
    <w:p>
      <w:r/>
      <w:r>
        <w:t>If you’re attending on foot, arrive early to catch the start or stake out a spot along Castle Street or The Borough for good views. Bring comfortable shoes, a water bottle and perhaps a lightweight jacket if the weather’s changeable.</w:t>
      </w:r>
      <w:r/>
    </w:p>
    <w:p>
      <w:pPr>
        <w:pStyle w:val="Heading2"/>
      </w:pPr>
      <w:r>
        <w:t>How to plan your journey , diversions, timings and alternatives</w:t>
      </w:r>
      <w:r/>
    </w:p>
    <w:p>
      <w:r/>
      <w:r>
        <w:t>Diversions will be signposted, and the One.Causeway website shows the alternative routes the county council has planned. Give yourself an extra 15–30 minutes if you must drive through the town around midday, or better yet, plan to come before or after the closure window.</w:t>
      </w:r>
      <w:r/>
    </w:p>
    <w:p>
      <w:r/>
      <w:r>
        <w:t>Cyclists and pedestrians should also be prepared for higher footfall; if you need to cross the parade route, follow steward instructions and use designated crossing points. Businesses in the centre have been notified, but deliveries during 12–1pm will be restricted, so reschedule if possible.</w:t>
      </w:r>
      <w:r/>
    </w:p>
    <w:p>
      <w:pPr>
        <w:pStyle w:val="Heading2"/>
      </w:pPr>
      <w:r>
        <w:t>Why these short closures matter , safety, space and community</w:t>
      </w:r>
      <w:r/>
    </w:p>
    <w:p>
      <w:r/>
      <w:r>
        <w:t>Single-hour closures like this keep things moving while giving space for people to gather safely. According to local council guidance, short, well-managed stoppages reduce the chance of congestion and help emergency services access the area if needed. For residents, it’s a chance to enjoy a local celebration without long-term disruption.</w:t>
      </w:r>
      <w:r/>
    </w:p>
    <w:p>
      <w:r/>
      <w:r>
        <w:t>And, frankly, it’s nicer to have a town centre humming with activity for one hour than to risk crowded pavements and ad‑hoc parking for the whole afternoon. Treat it as a small civic pause , pop out, enjoy the parade, then carry on with your day.</w:t>
      </w:r>
      <w:r/>
    </w:p>
    <w:p>
      <w:r/>
      <w:r>
        <w:t>It's a small change that can make every visit to Hinckley during Pride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3">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https://www.leicestermercury.co.uk/news/local-news/full-list-road-closures-hinckley-11111753</w:t>
        </w:r>
      </w:hyperlink>
      <w:r>
        <w:t xml:space="preserve"> - Please view link - unable to able to access data</w:t>
      </w:r>
      <w:r/>
    </w:p>
    <w:p>
      <w:pPr>
        <w:pStyle w:val="ListNumber"/>
        <w:spacing w:line="240" w:lineRule="auto"/>
        <w:ind w:left="720"/>
      </w:pPr>
      <w:r/>
      <w:hyperlink r:id="rId10">
        <w:r>
          <w:rPr>
            <w:color w:val="0000EE"/>
            <w:u w:val="single"/>
          </w:rPr>
          <w:t>https://www.icgov.org/Home/Components/News/News/2746/390</w:t>
        </w:r>
      </w:hyperlink>
      <w:r>
        <w:t xml:space="preserve"> - The City of Iowa City announced road closures for the Iowa City Pride Festival and parade on Saturday, June 20, 2026. Road closures began at 6 a.m. to allow festival vendors to set up. The following roads were closed: Washington Street from Gilbert Street to Clinton Street (westbound), Linn Street from Iowa Avenue to College Street, and the alley north of the Iowa City Public Library (both directions). On-street parking was not allowed starting at 5 p.m. on Friday, June 19, for certain areas, and from 6 a.m. on Saturday, June 20, for others. The parade route began at noon at College Green Park and proceeded through various streets, ending back at College Green Park. On-street parking along the parade route was not permitted from 6 a.m. until after the parade ended around 1 p.m. The exit to Clock Tower Parking Ramp was closed at noon until the parade passed. For more information about the Iowa City Pride Festival and parade, visit iowacitypride.org.</w:t>
      </w:r>
      <w:r/>
    </w:p>
    <w:p>
      <w:pPr>
        <w:pStyle w:val="ListNumber"/>
        <w:spacing w:line="240" w:lineRule="auto"/>
        <w:ind w:left="720"/>
      </w:pPr>
      <w:r/>
      <w:hyperlink r:id="rId13">
        <w:r>
          <w:rPr>
            <w:color w:val="0000EE"/>
            <w:u w:val="single"/>
          </w:rPr>
          <w:t>https://www.vaildaily.com/news/you-are-not-alone-2nd-annual-eagle-county-pride-in-the-park-returns-to-avon-in-june/</w:t>
        </w:r>
      </w:hyperlink>
      <w:r>
        <w:t xml:space="preserve"> - The second annual Eagle County Pride in the Park event returned to Avon, Colorado, in June 2021. The event aimed to provide an opportunity for locals of all ages in the LGBTQ community to feel included. The inaugural parade in 2020 was launched by Britny Rose to offer a platform for LGBTQ youth and their families to find community support. The 2021 event was scheduled for Saturday, June 12, and was expected to feature a parade around Nottingham Lake in Avon, celebrating Pride in the Vail Valley.</w:t>
      </w:r>
      <w:r/>
    </w:p>
    <w:p>
      <w:pPr>
        <w:pStyle w:val="ListNumber"/>
        <w:spacing w:line="240" w:lineRule="auto"/>
        <w:ind w:left="720"/>
      </w:pPr>
      <w:r/>
      <w:hyperlink r:id="rId11">
        <w:r>
          <w:rPr>
            <w:color w:val="0000EE"/>
            <w:u w:val="single"/>
          </w:rPr>
          <w:t>https://www.wrtv.com/news/local-news/indy-pride-announces-it-will-no-longer-involve-police-departments-in-future-festivals</w:t>
        </w:r>
      </w:hyperlink>
      <w:r>
        <w:t xml:space="preserve"> - In June 2020, the Indy Pride Board of Directors announced that it would no longer have a police presence at any of its future events, including the Indy Pride Festival. The decision was made in solidarity with the Black Lives Matter movement. The statement clarified that police departments would only be allowed to provide support for blocking traffic at Indy Pride festivals due to a city mandate but were not permitted to participate in the events themselves.</w:t>
      </w:r>
      <w:r/>
    </w:p>
    <w:p>
      <w:pPr>
        <w:pStyle w:val="ListNumber"/>
        <w:spacing w:line="240" w:lineRule="auto"/>
        <w:ind w:left="720"/>
      </w:pPr>
      <w:r/>
      <w:hyperlink r:id="rId12">
        <w:r>
          <w:rPr>
            <w:color w:val="0000EE"/>
            <w:u w:val="single"/>
          </w:rPr>
          <w:t>https://www.cleveland19.com/2020/04/01/cleveland-metroparks-shutting-down-roads-popular-outdoor-areas-improve-social-distancing/</w:t>
        </w:r>
      </w:hyperlink>
      <w:r>
        <w:t xml:space="preserve"> - In April 2020, Cleveland Metroparks officials announced additional measures to encourage social distancing and prevent the spread of COVID-19. Several roads within the park district were closed to motorists to provide more space for activities like bicycling, running, and hiking. Specific closures included Meadows Drive in Brecksville Reservation, Valley Parkway in Rocky River Reservation, and Hawthorn Parkway in South Chagrin Reservation. Additionally, popular outdoor areas such as Edgewater Pier and Euclid Beach Pier were closed to limit crowding.</w:t>
      </w:r>
      <w:r/>
    </w:p>
    <w:p>
      <w:pPr>
        <w:pStyle w:val="ListNumber"/>
        <w:spacing w:line="240" w:lineRule="auto"/>
        <w:ind w:left="720"/>
      </w:pPr>
      <w:r/>
      <w:hyperlink r:id="rId14">
        <w:r>
          <w:rPr>
            <w:color w:val="0000EE"/>
            <w:u w:val="single"/>
          </w:rPr>
          <w:t>https://www.news5cleveland.com/news/local-news/akron-pride-festival-returns-after-missing-2020-due-to-covid</w:t>
        </w:r>
      </w:hyperlink>
      <w:r>
        <w:t xml:space="preserve"> - After a hiatus in 2020 due to the COVID-19 pandemic, the Akron Pride Festival returned in 2021 with a new look and location. The 2021 celebration was moved from Hardesty Park to downtown Akron, specifically to Lock 3 Park, Lock 4, and Cascade Park. The event aimed to bring the community together, with Akron Mayor Dan Horrigan emphasizing the importance of such gatherings for residents. Summit County Executive Ilene Shapiro also highlighted the significance of community events in fostering connections among neighbors.</w:t>
      </w:r>
      <w:r/>
    </w:p>
    <w:p>
      <w:pPr>
        <w:pStyle w:val="ListNumber"/>
        <w:spacing w:line="240" w:lineRule="auto"/>
        <w:ind w:left="720"/>
      </w:pPr>
      <w:r/>
      <w:hyperlink r:id="rId15">
        <w:r>
          <w:rPr>
            <w:color w:val="0000EE"/>
            <w:u w:val="single"/>
          </w:rPr>
          <w:t>https://www.kpcw.org/local-news/2020-05-22/car-free-sundays-for-historic-main-street-and-june-proclaimed-pride-month-in-park-city</w:t>
        </w:r>
      </w:hyperlink>
      <w:r>
        <w:t xml:space="preserve"> - In May 2020, Park City Council voted in favor of funding member dues to the Central Wasatch Commission and supported the Historic Main Street Alliance's plan to implement car-free Sundays through the summer season. The initiative aimed to start on June 14, 2020, based on a survey of Old Town businesses. Additionally, the council unanimously passed a resolution designating June 2020 as Pride Month, with rainbow banners displayed on Main Street throughout the month to acknowledge the contributions and human rights issues faced by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eicestermercury.co.uk/news/local-news/full-list-road-closures-hinckley-11111753" TargetMode="External"/><Relationship Id="rId10" Type="http://schemas.openxmlformats.org/officeDocument/2006/relationships/hyperlink" Target="https://www.icgov.org/Home/Components/News/News/2746/390" TargetMode="External"/><Relationship Id="rId11" Type="http://schemas.openxmlformats.org/officeDocument/2006/relationships/hyperlink" Target="https://www.wrtv.com/news/local-news/indy-pride-announces-it-will-no-longer-involve-police-departments-in-future-festivals" TargetMode="External"/><Relationship Id="rId12" Type="http://schemas.openxmlformats.org/officeDocument/2006/relationships/hyperlink" Target="https://www.cleveland19.com/2020/04/01/cleveland-metroparks-shutting-down-roads-popular-outdoor-areas-improve-social-distancing/" TargetMode="External"/><Relationship Id="rId13" Type="http://schemas.openxmlformats.org/officeDocument/2006/relationships/hyperlink" Target="https://www.vaildaily.com/news/you-are-not-alone-2nd-annual-eagle-county-pride-in-the-park-returns-to-avon-in-june/" TargetMode="External"/><Relationship Id="rId14" Type="http://schemas.openxmlformats.org/officeDocument/2006/relationships/hyperlink" Target="https://www.news5cleveland.com/news/local-news/akron-pride-festival-returns-after-missing-2020-due-to-covid" TargetMode="External"/><Relationship Id="rId15" Type="http://schemas.openxmlformats.org/officeDocument/2006/relationships/hyperlink" Target="https://www.kpcw.org/local-news/2020-05-22/car-free-sundays-for-historic-main-street-and-june-proclaimed-pride-month-in-park-c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