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Toledo Pride 2026: Where, Who and What to Expect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loud and proud: locals and visitors are converging on downtown Toledo for Toledo Pride’s parade and weekend events, bringing colourful floats, community groups and family-friendly activities to Adams Street , here’s what to know so you can join in safely, comfortably and with a few insider tips.</w:t>
      </w:r>
      <w:r/>
      <w:r/>
    </w:p>
    <w:p>
      <w:pPr>
        <w:pStyle w:val="ListBullet"/>
        <w:spacing w:line="240" w:lineRule="auto"/>
        <w:ind w:left="720"/>
      </w:pPr>
      <w:r/>
      <w:r>
        <w:rPr>
          <w:b/>
        </w:rPr>
        <w:t>When and where:</w:t>
      </w:r>
      <w:r>
        <w:t xml:space="preserve"> Parade and main festivities centre on Adams Street downtown, with events across the weekend; check official schedules for start times. </w:t>
      </w:r>
      <w:r/>
    </w:p>
    <w:p>
      <w:pPr>
        <w:pStyle w:val="ListBullet"/>
        <w:spacing w:line="240" w:lineRule="auto"/>
        <w:ind w:left="720"/>
      </w:pPr>
      <w:r/>
      <w:r>
        <w:rPr>
          <w:b/>
        </w:rPr>
        <w:t>Who’s involved:</w:t>
      </w:r>
      <w:r>
        <w:t xml:space="preserve"> Local organisations, businesses and marching groups make up the lineup , expect a mix of advocacy groups, performance troupes and vendor stalls. </w:t>
      </w:r>
      <w:r/>
    </w:p>
    <w:p>
      <w:pPr>
        <w:pStyle w:val="ListBullet"/>
        <w:spacing w:line="240" w:lineRule="auto"/>
        <w:ind w:left="720"/>
      </w:pPr>
      <w:r/>
      <w:r>
        <w:rPr>
          <w:b/>
        </w:rPr>
        <w:t>Family-friendly vibe:</w:t>
      </w:r>
      <w:r>
        <w:t xml:space="preserve"> Activities include music, stalls and educational exhibits, many suitable for kids and teens; some events are quieter and more reflective. </w:t>
      </w:r>
      <w:r/>
    </w:p>
    <w:p>
      <w:pPr>
        <w:pStyle w:val="ListBullet"/>
        <w:spacing w:line="240" w:lineRule="auto"/>
        <w:ind w:left="720"/>
      </w:pPr>
      <w:r/>
      <w:r>
        <w:rPr>
          <w:b/>
        </w:rPr>
        <w:t>Practicalities:</w:t>
      </w:r>
      <w:r>
        <w:t xml:space="preserve"> Bring water, sun protection and comfy shoes; arrive early for street-side spots and check the parade registration page if you want to march. </w:t>
      </w:r>
      <w:r/>
    </w:p>
    <w:p>
      <w:pPr>
        <w:pStyle w:val="ListBullet"/>
        <w:spacing w:line="240" w:lineRule="auto"/>
        <w:ind w:left="720"/>
      </w:pPr>
      <w:r/>
      <w:r>
        <w:rPr>
          <w:b/>
        </w:rPr>
        <w:t>Community feel:</w:t>
      </w:r>
      <w:r>
        <w:t xml:space="preserve"> The event blends celebration with visibility and resources , you’ll find information tables, library programming and regional festival tie-ins.</w:t>
      </w:r>
      <w:r/>
      <w:r/>
    </w:p>
    <w:p>
      <w:pPr>
        <w:pStyle w:val="Heading2"/>
      </w:pPr>
      <w:r>
        <w:t>Where the parade winds and why Adams Street matters</w:t>
      </w:r>
      <w:r/>
    </w:p>
    <w:p>
      <w:r/>
      <w:r>
        <w:t>Adams Street in downtown Toledo is hosting the central parade route and street festival, giving the event a walkable, city-centre feel and plenty of curbside viewing. The route has a lively, up-close energy , expect the usual mix of confetti, banners and that slightly sweet scent of festival food wafting through the air.</w:t>
      </w:r>
      <w:r/>
    </w:p>
    <w:p>
      <w:r/>
      <w:r>
        <w:t>Organisers chose the downtown spine to keep Pride visible and accessible, with public transport links and nearby parking options. According to event listings, the parade is part of a broader weekend of programming, so plan your arrival around the specific parade time and the other activities you want to see.</w:t>
      </w:r>
      <w:r/>
    </w:p>
    <w:p>
      <w:r/>
      <w:r>
        <w:t>If you’re after a prime viewing spot, get there early; for a quieter experience, scope out side streets or attend smaller scheduled events that run alongside the main parade.</w:t>
      </w:r>
      <w:r/>
    </w:p>
    <w:p>
      <w:pPr>
        <w:pStyle w:val="Heading2"/>
      </w:pPr>
      <w:r>
        <w:t>Who’s marching and how to join</w:t>
      </w:r>
      <w:r/>
    </w:p>
    <w:p>
      <w:r/>
      <w:r>
        <w:t>The parade features local nonprofits, businesses, performance groups and registered community contingents, reflecting Toledo’s diverse LGBTQ+ scene. Registration for parade entries is handled through the official parade sign-up page, which lists rules for float size, safety protocols and staging areas.</w:t>
      </w:r>
      <w:r/>
    </w:p>
    <w:p>
      <w:r/>
      <w:r>
        <w:t>Want to be part of the march? Check the parade registration form and the Toledo Pride site for deadlines and requirements. Volunteers are usually welcome, too, and offer a great way to get a front-row view while helping the day run smoothly.</w:t>
      </w:r>
      <w:r/>
    </w:p>
    <w:p>
      <w:r/>
      <w:r>
        <w:t>For groups planning a presence, aim for clear signage, comfortable shoes for walkers, and a simple water plan , small practical things make a big difference under the mid-August sun.</w:t>
      </w:r>
      <w:r/>
    </w:p>
    <w:p>
      <w:pPr>
        <w:pStyle w:val="Heading2"/>
      </w:pPr>
      <w:r>
        <w:t>Weekend programming: beyond the parade</w:t>
      </w:r>
      <w:r/>
    </w:p>
    <w:p>
      <w:r/>
      <w:r>
        <w:t>Toledo Pride isn’t just a single march; it’s a weekend of events that typically includes vendor markets, live music, library programming and outreach tables. The public library often hosts related talks and displays, adding a quieter, educational counterpoint to the festival bustle.</w:t>
      </w:r>
      <w:r/>
    </w:p>
    <w:p>
      <w:r/>
      <w:r>
        <w:t>Local tourism listings also highlight Pride as a major regional festival, drawing visitors and boosting nearby businesses. If you’re staying in town, look for partner events and dining promotions that celebrate the weekend.</w:t>
      </w:r>
      <w:r/>
    </w:p>
    <w:p>
      <w:r/>
      <w:r>
        <w:t>For families, seek out scheduled kid-friendly activities or designated quiet areas. And for anyone wanting resources, stop by the information booths to find health services, community groups and social supports.</w:t>
      </w:r>
      <w:r/>
    </w:p>
    <w:p>
      <w:pPr>
        <w:pStyle w:val="Heading2"/>
      </w:pPr>
      <w:r>
        <w:t>Practical tips: comfort, safety and transport</w:t>
      </w:r>
      <w:r/>
    </w:p>
    <w:p>
      <w:r/>
      <w:r>
        <w:t>August in Ohio can be warm, so pack a refillable water bottle, sunscreen and a hat, and pick breathable clothing. Street festivals are best enjoyed with comfortable footwear, a small cross-body bag, and a plan for meeting friends if you get split up.</w:t>
      </w:r>
      <w:r/>
    </w:p>
    <w:p>
      <w:r/>
      <w:r>
        <w:t>Public transport and nearby parking hubs serve the downtown area, but road closures around the parade mean you should allow extra time. Check the official Toledo Pride and city event pages for the latest maps and transit advisories.</w:t>
      </w:r>
      <w:r/>
    </w:p>
    <w:p>
      <w:r/>
      <w:r>
        <w:t>If you’re attending with children or someone who needs a calmer environment, identify quiet zones in advance , library events and some vendor areas tend to be more low-key.</w:t>
      </w:r>
      <w:r/>
    </w:p>
    <w:p>
      <w:pPr>
        <w:pStyle w:val="Heading2"/>
      </w:pPr>
      <w:r>
        <w:t>Why this matters: community, visibility and local impact</w:t>
      </w:r>
      <w:r/>
    </w:p>
    <w:p>
      <w:r/>
      <w:r>
        <w:t>Toledo Pride does the usual festival things , it celebrates, entertains and brings people together , but it also raises visibility for local LGBTQ+ services and supports small businesses. The event channels both the joy of a parade and the practical work of community-building.</w:t>
      </w:r>
      <w:r/>
    </w:p>
    <w:p>
      <w:r/>
      <w:r>
        <w:t>Organisers and participants often note how Pride doubles as outreach, whether that’s recruitment for a charity, a librarian running a reading for families, or a local clinic offering information. It’s an accessible way for people to connect, ask questions and find resources in a friendly setting.</w:t>
      </w:r>
      <w:r/>
    </w:p>
    <w:p>
      <w:r/>
      <w:r>
        <w:t>If you want to show support beyond attending, consider volunteering, donating to local groups present at the festival, or signing up to march next year.</w:t>
      </w:r>
      <w:r/>
    </w:p>
    <w:p>
      <w:r/>
      <w:r>
        <w:t>It's a small change that can make every step through the parade feel like part of something bigger.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12">
        <w:r>
          <w:rPr>
            <w:color w:val="0000EE"/>
            <w:u w:val="single"/>
          </w:rPr>
          <w:t>[3]</w:t>
        </w:r>
      </w:hyperlink>
      <w:r>
        <w:t xml:space="preserve">, </w:t>
      </w:r>
      <w:hyperlink r:id="rId10">
        <w:r>
          <w:rPr>
            <w:color w:val="0000EE"/>
            <w:u w:val="single"/>
          </w:rPr>
          <w:t>[4]</w:t>
        </w:r>
      </w:hyperlink>
      <w:r>
        <w:t xml:space="preserve">- Paragraph 4: </w:t>
      </w:r>
      <w:hyperlink r:id="rId13">
        <w:r>
          <w:rPr>
            <w:color w:val="0000EE"/>
            <w:u w:val="single"/>
          </w:rPr>
          <w:t>[6]</w:t>
        </w:r>
      </w:hyperlink>
      <w:r>
        <w:t xml:space="preserve">, </w:t>
      </w:r>
      <w:hyperlink r:id="rId11">
        <w:r>
          <w:rPr>
            <w:color w:val="0000EE"/>
            <w:u w:val="single"/>
          </w:rPr>
          <w:t>[5]</w:t>
        </w:r>
      </w:hyperlink>
      <w:r>
        <w:t xml:space="preserve">- Paragraph 5: </w:t>
      </w:r>
      <w:hyperlink r:id="rId10">
        <w:r>
          <w:rPr>
            <w:color w:val="0000EE"/>
            <w:u w:val="single"/>
          </w:rPr>
          <w:t>[4]</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https://www.toledoblade.com/local/community-events/2026/08/15/pride-marches-adams-street/stories/20260815099</w:t>
        </w:r>
      </w:hyperlink>
      <w:r>
        <w:t xml:space="preserve"> - Please view link - unable to able to access data</w:t>
      </w:r>
      <w:r/>
    </w:p>
    <w:p>
      <w:pPr>
        <w:pStyle w:val="ListNumber"/>
        <w:spacing w:line="240" w:lineRule="auto"/>
        <w:ind w:left="720"/>
      </w:pPr>
      <w:r/>
      <w:hyperlink r:id="rId9">
        <w:r>
          <w:rPr>
            <w:color w:val="0000EE"/>
            <w:u w:val="single"/>
          </w:rPr>
          <w:t>https://www.toledoblade.com/local/community-events/2026/08/15/pride-marches-adams-street/stories/20260815099</w:t>
        </w:r>
      </w:hyperlink>
      <w:r>
        <w:t xml:space="preserve"> - The article reports on the 17th annual Toledo Pride Parade, which took place on August 15, 2026, along Adams Street in downtown Toledo. The event featured a vibrant procession of participants celebrating the LGBTQIA+ community, with attendees expressing messages of love and unity. The parade was part of a three-day festival that included various activities and performances, aiming to promote inclusivity and support for the LGBTQIA+ community in Northwest Ohio.</w:t>
      </w:r>
      <w:r/>
    </w:p>
    <w:p>
      <w:pPr>
        <w:pStyle w:val="ListNumber"/>
        <w:spacing w:line="240" w:lineRule="auto"/>
        <w:ind w:left="720"/>
      </w:pPr>
      <w:r/>
      <w:hyperlink r:id="rId12">
        <w:r>
          <w:rPr>
            <w:color w:val="0000EE"/>
            <w:u w:val="single"/>
          </w:rPr>
          <w:t>https://toledopride.com/parade-register/</w:t>
        </w:r>
      </w:hyperlink>
      <w:r>
        <w:t xml:space="preserve"> - This webpage provides information on registering for the Toledo Pride Parade, scheduled for August 15, 2026. It details the parade's start time at 12:00 PM at 17th &amp; Adams, with line-up beginning at 9:30 AM at 20th &amp; Adams. The page outlines the registration process, logistics for participants, and encourages community involvement in the event.</w:t>
      </w:r>
      <w:r/>
    </w:p>
    <w:p>
      <w:pPr>
        <w:pStyle w:val="ListNumber"/>
        <w:spacing w:line="240" w:lineRule="auto"/>
        <w:ind w:left="720"/>
      </w:pPr>
      <w:r/>
      <w:hyperlink r:id="rId10">
        <w:r>
          <w:rPr>
            <w:color w:val="0000EE"/>
            <w:u w:val="single"/>
          </w:rPr>
          <w:t>https://toledopride.com/</w:t>
        </w:r>
      </w:hyperlink>
      <w:r>
        <w:t xml:space="preserve"> - The official website of Toledo Pride offers comprehensive details about the 2026 festival, including event schedules, registration information, and volunteer opportunities. It highlights the festival's commitment to celebrating the LGBTQIA+ community in Northwest Ohio through various activities, performances, and community engagement.</w:t>
      </w:r>
      <w:r/>
    </w:p>
    <w:p>
      <w:pPr>
        <w:pStyle w:val="ListNumber"/>
        <w:spacing w:line="240" w:lineRule="auto"/>
        <w:ind w:left="720"/>
      </w:pPr>
      <w:r/>
      <w:hyperlink r:id="rId11">
        <w:r>
          <w:rPr>
            <w:color w:val="0000EE"/>
            <w:u w:val="single"/>
          </w:rPr>
          <w:t>https://visittoledo.org/events/major-events-festivals/toledo-pride/</w:t>
        </w:r>
      </w:hyperlink>
      <w:r>
        <w:t xml:space="preserve"> - This page from Destination Toledo provides an overview of the Toledo Pride Festival, emphasizing its role as Northwest Ohio's largest event for the LGBTQIA+ community. It outlines the festival's schedule, including the Pride Parade, and highlights the diverse range of activities and entertainment available to attendees.</w:t>
      </w:r>
      <w:r/>
    </w:p>
    <w:p>
      <w:pPr>
        <w:pStyle w:val="ListNumber"/>
        <w:spacing w:line="240" w:lineRule="auto"/>
        <w:ind w:left="720"/>
      </w:pPr>
      <w:r/>
      <w:hyperlink r:id="rId13">
        <w:r>
          <w:rPr>
            <w:color w:val="0000EE"/>
            <w:u w:val="single"/>
          </w:rPr>
          <w:t>https://www.toledolibrary.org/toledopride/</w:t>
        </w:r>
      </w:hyperlink>
      <w:r>
        <w:t xml:space="preserve"> - The Toledo Lucas County Public Library's page on Toledo Pride details various programs and activities in celebration of the festival. It includes events such as paper flower crown making, Pride &amp; Poetry sessions, and Family Pride Night, aiming to engage the community in LGBTQIA+ cultural and educational experiences.</w:t>
      </w:r>
      <w:r/>
    </w:p>
    <w:p>
      <w:pPr>
        <w:pStyle w:val="ListNumber"/>
        <w:spacing w:line="240" w:lineRule="auto"/>
        <w:ind w:left="720"/>
      </w:pPr>
      <w:r/>
      <w:hyperlink r:id="rId14">
        <w:r>
          <w:rPr>
            <w:color w:val="0000EE"/>
            <w:u w:val="single"/>
          </w:rPr>
          <w:t>https://metroparkstoledo.com/learn-and-play/watershed-weekend/</w:t>
        </w:r>
      </w:hyperlink>
      <w:r>
        <w:t xml:space="preserve"> - Metroparks Toledo's webpage on Watershed Weekend outlines a four-day celebration along the Glass City Riverwalk, marking a milestone in the Maumee River's revitalization. The event invites the community to gather and experience the progress of the riverfront transformation, featuring various activities and community engagement opportunities.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oledoblade.com/local/community-events/2026/08/15/pride-marches-adams-street/stories/20260815099" TargetMode="External"/><Relationship Id="rId10" Type="http://schemas.openxmlformats.org/officeDocument/2006/relationships/hyperlink" Target="https://toledopride.com/" TargetMode="External"/><Relationship Id="rId11" Type="http://schemas.openxmlformats.org/officeDocument/2006/relationships/hyperlink" Target="https://visittoledo.org/events/major-events-festivals/toledo-pride/" TargetMode="External"/><Relationship Id="rId12" Type="http://schemas.openxmlformats.org/officeDocument/2006/relationships/hyperlink" Target="https://toledopride.com/parade-register/" TargetMode="External"/><Relationship Id="rId13" Type="http://schemas.openxmlformats.org/officeDocument/2006/relationships/hyperlink" Target="https://www.toledolibrary.org/toledopride/" TargetMode="External"/><Relationship Id="rId14" Type="http://schemas.openxmlformats.org/officeDocument/2006/relationships/hyperlink" Target="https://metroparkstoledo.com/learn-and-play/watershed-weeke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