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Wedding Rings 2026: Stylish Bands and How to Choose Yours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embracing wedding rings that reflect personality, not tradition; here’s a lively guide to the best gay wedding rings, who wears what, and practical tips to pick a band that fits your life and your love. From satin cobalt to black tungsten and carved Damascus, these picks suit different budgets and styles.</w:t>
      </w:r>
      <w:r/>
    </w:p>
    <w:p>
      <w:r/>
      <w:r>
        <w:t>Essential Takeaways</w:t>
      </w:r>
      <w:r/>
      <w:r/>
    </w:p>
    <w:p>
      <w:pPr>
        <w:pStyle w:val="ListBullet"/>
        <w:spacing w:line="240" w:lineRule="auto"/>
        <w:ind w:left="720"/>
      </w:pPr>
      <w:r/>
      <w:r>
        <w:rPr>
          <w:b/>
        </w:rPr>
        <w:t>Broad choice:</w:t>
      </w:r>
      <w:r>
        <w:t xml:space="preserve"> Metals range from classic gold and platinum to durable alternatives like cobalt, tungsten and titanium , each feels different and wears differently.</w:t>
      </w:r>
      <w:r/>
    </w:p>
    <w:p>
      <w:pPr>
        <w:pStyle w:val="ListBullet"/>
        <w:spacing w:line="240" w:lineRule="auto"/>
        <w:ind w:left="720"/>
      </w:pPr>
      <w:r/>
      <w:r>
        <w:rPr>
          <w:b/>
        </w:rPr>
        <w:t>Comfort matters:</w:t>
      </w:r>
      <w:r>
        <w:t xml:space="preserve"> Look for comfort-fit interiors or rounded edges if you want a ring you’ll forget you’re wearing.</w:t>
      </w:r>
      <w:r/>
    </w:p>
    <w:p>
      <w:pPr>
        <w:pStyle w:val="ListBullet"/>
        <w:spacing w:line="240" w:lineRule="auto"/>
        <w:ind w:left="720"/>
      </w:pPr>
      <w:r/>
      <w:r>
        <w:rPr>
          <w:b/>
        </w:rPr>
        <w:t>Durability vs. repairability:</w:t>
      </w:r>
      <w:r>
        <w:t xml:space="preserve"> Harder metals (tungsten, ceramic) resist scratches but can shatter; softer metals (gold, platinum) scratch yet can be resized or polished.</w:t>
      </w:r>
      <w:r/>
    </w:p>
    <w:p>
      <w:pPr>
        <w:pStyle w:val="ListBullet"/>
        <w:spacing w:line="240" w:lineRule="auto"/>
        <w:ind w:left="720"/>
      </w:pPr>
      <w:r/>
      <w:r>
        <w:rPr>
          <w:b/>
        </w:rPr>
        <w:t>Personalisation options:</w:t>
      </w:r>
      <w:r>
        <w:t xml:space="preserve"> Diamonds, inlays (rosewood, fossil wood), engravings and chevrons let you express a shared story or split messages.</w:t>
      </w:r>
      <w:r/>
    </w:p>
    <w:p>
      <w:pPr>
        <w:pStyle w:val="ListBullet"/>
        <w:spacing w:line="240" w:lineRule="auto"/>
        <w:ind w:left="720"/>
      </w:pPr>
      <w:r/>
      <w:r>
        <w:rPr>
          <w:b/>
        </w:rPr>
        <w:t>Budget friendly:</w:t>
      </w:r>
      <w:r>
        <w:t xml:space="preserve"> Affordable alloys and alternative metals deliver style without breaking the bank , prioritise finish and fit over price tags.</w:t>
      </w:r>
      <w:r/>
      <w:r/>
    </w:p>
    <w:p>
      <w:pPr>
        <w:pStyle w:val="Heading2"/>
      </w:pPr>
      <w:r>
        <w:t>Why ring choice has shifted , it’s personal, practical and playful</w:t>
      </w:r>
      <w:r/>
    </w:p>
    <w:p>
      <w:r/>
      <w:r>
        <w:t>There’s been a steady move away from one-size-fits-all wedding bands to choices that reflect identity and day-to-day life. Buyers now pick rings for how they feel on the finger as much as how they look; a satin cobalt band can mimic white gold without the maintenance, while black tungsten gives a modern, low-key vibe. According to bridal and jewellery guides, lifestyle matters , if you work with your hands, choose a durable, low-maintenance metal. Think of your ring as something you’ll wear every day, so comfort is as important as the colour or sparkle.</w:t>
      </w:r>
      <w:r/>
    </w:p>
    <w:p>
      <w:pPr>
        <w:pStyle w:val="Heading2"/>
      </w:pPr>
      <w:r>
        <w:t>Metals explained: pick one that fits your life</w:t>
      </w:r>
      <w:r/>
    </w:p>
    <w:p>
      <w:r/>
      <w:r>
        <w:t>Gold and platinum remain top picks for a reason , they polish up and hold value , but alternative metals have earned their place. Cobalt offers a white-metal look with great scratch resistance and a low upkeep routine, while tungsten carbide promises lifelong shine but may shatter if hit hard. Titanium and tantalum are lightweight and hypoallergenic, ideal if you don’t like heavy jewellery. For a rustic or unique aesthetic, Damascus steel and inlaid woods bring texture and story. A simple rule: choose softer metals if you want to resize later; pick harder metals if you need scratch resistance.</w:t>
      </w:r>
      <w:r/>
    </w:p>
    <w:p>
      <w:pPr>
        <w:pStyle w:val="Heading2"/>
      </w:pPr>
      <w:r>
        <w:t>Fit, finish and sizing , small choices matter</w:t>
      </w:r>
      <w:r/>
    </w:p>
    <w:p>
      <w:r/>
      <w:r>
        <w:t>Comfort-fit bands with a domed interior are worth seeking out; they slide over knuckles easily and feel less intrusive. Width matters too , 4–6mm suits slimmer hands or those who prefer subtlety, while 7–8mm or more reads as bold. When sizing, a jeweller’s measurement is the most accurate; if you’re planning a surprise, borrow a ring they already wear or trace it on paper and confirm with a pro. Also consider finishing: brushed or matte finishes show wear differently than high polish, and some textures disguise tiny scratches better.</w:t>
      </w:r>
      <w:r/>
    </w:p>
    <w:p>
      <w:pPr>
        <w:pStyle w:val="Heading2"/>
      </w:pPr>
      <w:r>
        <w:t>Style points: matching, contrasting, and engraved messages</w:t>
      </w:r>
      <w:r/>
    </w:p>
    <w:p>
      <w:r/>
      <w:r>
        <w:t>Matching “his and his” sets are a lovely visual signifier, but they’re far from compulsory , many couples prefer complementary styles that reflect individual tastes. Diamonds and princess cuts work well for those who want sparkle; chevron or V-shaped bands sit neatly with engagement rings or create a symbolic form when paired. Engraving offers intimacy , try split messages that form a sentence together, coordinates of a meaningful spot, or initials and dates. The aesthetic choice should align with how visible you want the symbolism to be.</w:t>
      </w:r>
      <w:r/>
    </w:p>
    <w:p>
      <w:pPr>
        <w:pStyle w:val="Heading2"/>
      </w:pPr>
      <w:r>
        <w:t>Practical buying tips and aftercare</w:t>
      </w:r>
      <w:r/>
    </w:p>
    <w:p>
      <w:r/>
      <w:r>
        <w:t>Shop with lifestyle in mind: if you’re active or in a profession with gloves or tools, choose scratch-resistant metals and lower-profile settings. Ask about resizing policies and insurance; some metals can’t be resized economically. For maintenance, simple soap-and-water cleans will do for most, while occasional professional polishing refreshes gold or platinum. If you buy diamonds, request a clarity and colour summary so you know what you’re paying for. Finally, compare online reviews and in-store service , a good jeweller can help with fit, cleaning and long-term care.</w:t>
      </w:r>
      <w:r/>
    </w:p>
    <w:p>
      <w:r/>
      <w:r>
        <w:t>It's a small change that can make every day feel a little more like your wedding 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14">
        <w:r>
          <w:rPr>
            <w:color w:val="0000EE"/>
            <w:u w:val="single"/>
          </w:rPr>
          <w:t>[4]</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5">
        <w:r>
          <w:rPr>
            <w:color w:val="0000EE"/>
            <w:u w:val="single"/>
          </w:rPr>
          <w:t>[7]</w:t>
        </w:r>
      </w:hyperlink>
      <w:r>
        <w:t xml:space="preserve">- Paragraph 5: </w:t>
      </w:r>
      <w:hyperlink r:id="rId11">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https://www.loveyouwedding.com/gay-wedding-rings-reviews/?utm_source=rss&amp;utm_medium=rss&amp;utm_campaign=gay-wedding-rings-reviews</w:t>
        </w:r>
      </w:hyperlink>
      <w:r>
        <w:t xml:space="preserve"> - Please view link - unable to able to access data</w:t>
      </w:r>
      <w:r/>
    </w:p>
    <w:p>
      <w:pPr>
        <w:pStyle w:val="ListNumber"/>
        <w:spacing w:line="240" w:lineRule="auto"/>
        <w:ind w:left="720"/>
      </w:pPr>
      <w:r/>
      <w:hyperlink r:id="rId10">
        <w:r>
          <w:rPr>
            <w:color w:val="0000EE"/>
            <w:u w:val="single"/>
          </w:rPr>
          <w:t>https://www.25karats.com/education/jewelry/wedding-rings-buying-guide</w:t>
        </w:r>
      </w:hyperlink>
      <w:r>
        <w:t xml:space="preserve"> - This comprehensive guide from 25karats provides detailed information on selecting a wedding ring, covering aspects such as metal choices, styles, widths, finishes, and budgeting. It emphasizes the importance of considering personal preferences and lifestyle when choosing a ring that will be worn daily. The guide also offers insights into the durability and maintenance of various metals, helping readers make informed decisions about their wedding bands.</w:t>
      </w:r>
      <w:r/>
    </w:p>
    <w:p>
      <w:pPr>
        <w:pStyle w:val="ListNumber"/>
        <w:spacing w:line="240" w:lineRule="auto"/>
        <w:ind w:left="720"/>
      </w:pPr>
      <w:r/>
      <w:hyperlink r:id="rId11">
        <w:r>
          <w:rPr>
            <w:color w:val="0000EE"/>
            <w:u w:val="single"/>
          </w:rPr>
          <w:t>https://manofmany.com/culture/advice/guide-buying-mens-wedding-ring</w:t>
        </w:r>
      </w:hyperlink>
      <w:r>
        <w:t xml:space="preserve"> - Man of Many's guide offers practical advice on purchasing men's wedding rings, focusing on factors like ring width, metal types, fit, and style. It discusses the significance of choosing a ring that aligns with personal style and comfort, considering that it will be worn every day. The article also touches upon the importance of trying on different widths and styles to find the most suitable option.</w:t>
      </w:r>
      <w:r/>
    </w:p>
    <w:p>
      <w:pPr>
        <w:pStyle w:val="ListNumber"/>
        <w:spacing w:line="240" w:lineRule="auto"/>
        <w:ind w:left="720"/>
      </w:pPr>
      <w:r/>
      <w:hyperlink r:id="rId14">
        <w:r>
          <w:rPr>
            <w:color w:val="0000EE"/>
            <w:u w:val="single"/>
          </w:rPr>
          <w:t>https://www.justmensrings.com/blogs/justmensrings/mens-wedding-rings-buying-guide</w:t>
        </w:r>
      </w:hyperlink>
      <w:r>
        <w:t xml:space="preserve"> - Just Mens Rings provides an in-depth buying guide for men's wedding rings, highlighting the importance of selecting a band that matches one's lifestyle, personality, and budget. The guide covers various metals, styles, and customization options, offering insights into traditional and modern choices. It also addresses considerations like ring width, fit, and maintenance to ensure the ring remains a cherished symbol of commitment.</w:t>
      </w:r>
      <w:r/>
    </w:p>
    <w:p>
      <w:pPr>
        <w:pStyle w:val="ListNumber"/>
        <w:spacing w:line="240" w:lineRule="auto"/>
        <w:ind w:left="720"/>
      </w:pPr>
      <w:r/>
      <w:hyperlink r:id="rId13">
        <w:r>
          <w:rPr>
            <w:color w:val="0000EE"/>
            <w:u w:val="single"/>
          </w:rPr>
          <w:t>https://www.jared.com/jewelry-education/wedding/wedding-ring-buying-guide</w:t>
        </w:r>
      </w:hyperlink>
      <w:r>
        <w:t xml:space="preserve"> - Jared's wedding ring buying guide assists couples in making informed decisions by discussing key factors such as metal selection, style, width, and fit. It emphasizes the significance of choosing a ring that complements the engagement ring and suits the wearer's lifestyle. The guide also provides tips on budgeting and caring for the ring to ensure its longevity and enduring beauty.</w:t>
      </w:r>
      <w:r/>
    </w:p>
    <w:p>
      <w:pPr>
        <w:pStyle w:val="ListNumber"/>
        <w:spacing w:line="240" w:lineRule="auto"/>
        <w:ind w:left="720"/>
      </w:pPr>
      <w:r/>
      <w:hyperlink r:id="rId12">
        <w:r>
          <w:rPr>
            <w:color w:val="0000EE"/>
            <w:u w:val="single"/>
          </w:rPr>
          <w:t>https://www.brilliance.com/mens-wedding-bands/buying-guide</w:t>
        </w:r>
      </w:hyperlink>
      <w:r>
        <w:t xml:space="preserve"> - Brilliance's men's wedding band buying guide offers a step-by-step approach to selecting the perfect ring, covering aspects like style, metal choice, width, and customization. It encourages readers to consider the recipient's personal style and preferences, providing a range of options from classic to contemporary designs. The guide also includes tips on sizing and maintenance to ensure the ring remains a lasting symbol of love.</w:t>
      </w:r>
      <w:r/>
    </w:p>
    <w:p>
      <w:pPr>
        <w:pStyle w:val="ListNumber"/>
        <w:spacing w:line="240" w:lineRule="auto"/>
        <w:ind w:left="720"/>
      </w:pPr>
      <w:r/>
      <w:hyperlink r:id="rId15">
        <w:r>
          <w:rPr>
            <w:color w:val="0000EE"/>
            <w:u w:val="single"/>
          </w:rPr>
          <w:t>https://www.angara.com/blog/mens-wedding-band-buying-guide/</w:t>
        </w:r>
      </w:hyperlink>
      <w:r>
        <w:t xml:space="preserve"> - Angara's men's wedding band buying guide focuses on helping men choose rings that are personal, stylish, and built to last. It discusses various styles, metals, and customization options, highlighting the shift towards more personalized choices in men's wedding bands. The guide also addresses considerations like ring width, fit, and maintenance to ensure the ring complements the wearer's lifestyle and preferences.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oveyouwedding.com/gay-wedding-rings-reviews/?utm_source=rss&amp;utm_medium=rss&amp;utm_campaign=gay-wedding-rings-reviews" TargetMode="External"/><Relationship Id="rId10" Type="http://schemas.openxmlformats.org/officeDocument/2006/relationships/hyperlink" Target="https://www.25karats.com/education/jewelry/wedding-rings-buying-guide" TargetMode="External"/><Relationship Id="rId11" Type="http://schemas.openxmlformats.org/officeDocument/2006/relationships/hyperlink" Target="https://manofmany.com/culture/advice/guide-buying-mens-wedding-ring" TargetMode="External"/><Relationship Id="rId12" Type="http://schemas.openxmlformats.org/officeDocument/2006/relationships/hyperlink" Target="https://www.brilliance.com/mens-wedding-bands/buying-guide" TargetMode="External"/><Relationship Id="rId13" Type="http://schemas.openxmlformats.org/officeDocument/2006/relationships/hyperlink" Target="https://www.jared.com/jewelry-education/wedding/wedding-ring-buying-guide" TargetMode="External"/><Relationship Id="rId14" Type="http://schemas.openxmlformats.org/officeDocument/2006/relationships/hyperlink" Target="https://www.justmensrings.com/blogs/justmensrings/mens-wedding-rings-buying-guide" TargetMode="External"/><Relationship Id="rId15" Type="http://schemas.openxmlformats.org/officeDocument/2006/relationships/hyperlink" Target="https://www.angara.com/blog/mens-wedding-band-buying-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