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Flag Football Players to Watch: Brandon Hines’ Story and Why Representation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feel-good sports stories: Brandon Hines, a flag-football vet from Georgia turned Atlanta newcomer, is using his on-field chops and off-field openness to change how queer athletes are seen , and why seeing someone like Will Truman on TV once made all the difference.</w:t>
      </w:r>
      <w:r/>
    </w:p>
    <w:p>
      <w:r/>
      <w:r>
        <w:t>Essential Takeaways</w:t>
      </w:r>
      <w:r/>
      <w:r/>
    </w:p>
    <w:p>
      <w:pPr>
        <w:pStyle w:val="ListBullet"/>
        <w:spacing w:line="240" w:lineRule="auto"/>
        <w:ind w:left="720"/>
      </w:pPr>
      <w:r/>
      <w:r>
        <w:rPr>
          <w:b/>
        </w:rPr>
        <w:t>Personal breakthrough:</w:t>
      </w:r>
      <w:r>
        <w:t xml:space="preserve"> Brandon Hines credits Will &amp; Grace with giving him hope as a closeted kid in a small Georgia town.</w:t>
      </w:r>
      <w:r/>
    </w:p>
    <w:p>
      <w:pPr>
        <w:pStyle w:val="ListBullet"/>
        <w:spacing w:line="240" w:lineRule="auto"/>
        <w:ind w:left="720"/>
      </w:pPr>
      <w:r/>
      <w:r>
        <w:rPr>
          <w:b/>
        </w:rPr>
        <w:t>Community impact:</w:t>
      </w:r>
      <w:r>
        <w:t xml:space="preserve"> His interview with I’m From Driftwood sparked messages from around the world and even prompted his young niece to come out.</w:t>
      </w:r>
      <w:r/>
    </w:p>
    <w:p>
      <w:pPr>
        <w:pStyle w:val="ListBullet"/>
        <w:spacing w:line="240" w:lineRule="auto"/>
        <w:ind w:left="720"/>
      </w:pPr>
      <w:r/>
      <w:r>
        <w:rPr>
          <w:b/>
        </w:rPr>
        <w:t>Sporting truth:</w:t>
      </w:r>
      <w:r>
        <w:t xml:space="preserve"> Gay flag football is competitive and social , think tough match-ups, genuine friendships, and serious cornerback hustle.</w:t>
      </w:r>
      <w:r/>
    </w:p>
    <w:p>
      <w:pPr>
        <w:pStyle w:val="ListBullet"/>
        <w:spacing w:line="240" w:lineRule="auto"/>
        <w:ind w:left="720"/>
      </w:pPr>
      <w:r/>
      <w:r>
        <w:rPr>
          <w:b/>
        </w:rPr>
        <w:t>Practical vibe:</w:t>
      </w:r>
      <w:r>
        <w:t xml:space="preserve"> Hines watches a receiver’s hips to smother coverage; off the field he thrifts, plays basketball, and loves travel.</w:t>
      </w:r>
      <w:r/>
    </w:p>
    <w:p>
      <w:pPr>
        <w:pStyle w:val="ListBullet"/>
        <w:spacing w:line="240" w:lineRule="auto"/>
        <w:ind w:left="720"/>
      </w:pPr>
      <w:r/>
      <w:r>
        <w:rPr>
          <w:b/>
        </w:rPr>
        <w:t>Local angle:</w:t>
      </w:r>
      <w:r>
        <w:t xml:space="preserve"> Now back in Georgia after time in Austin, Hines is part of a growing queer-sports scene in Atlanta and beyond.</w:t>
      </w:r>
      <w:r/>
      <w:r/>
    </w:p>
    <w:p>
      <w:pPr>
        <w:pStyle w:val="Heading2"/>
      </w:pPr>
      <w:r>
        <w:t>Why Brandon Hines’ story matters more than a neat profile</w:t>
      </w:r>
      <w:r/>
    </w:p>
    <w:p>
      <w:r/>
      <w:r>
        <w:t>Hines’ tale reads like a small, bright rebellion against a hometown narrative: he was physically there but mentally somewhere else, finding solace in TV and dreaming of different possibilities. According to interviews, spotting Will &amp; Grace when he was young gave him the first model of a life where queer people had friendships, drama and joy. That’s not academic , it’s the emotional scaffolding that helps someone keep going in a place that otherwise tells them to hide.</w:t>
      </w:r>
      <w:r/>
    </w:p>
    <w:p>
      <w:r/>
      <w:r>
        <w:t>Representation isn’t a buzzword here, it’s a lifeline. When Hines shared his story with I’m From Driftwood, reactions poured in from countries where being out is dangerous, and from family members close to home. That ripple effect is exactly why visibility in sport and media still matters.</w:t>
      </w:r>
      <w:r/>
    </w:p>
    <w:p>
      <w:pPr>
        <w:pStyle w:val="Heading2"/>
      </w:pPr>
      <w:r>
        <w:t>What gay flag football actually looks like on the field</w:t>
      </w:r>
      <w:r/>
    </w:p>
    <w:p>
      <w:r/>
      <w:r>
        <w:t>If you imagine a gentle, casual kickabout, think again. Hines plays cornerback on competitive circuits and says queer leagues are as physical and strategic as any other , they’re just filled with players who also want friendship and connection. Guests from straight teams have been surprised at the intensity, and Hines laughs about having to “smother” receivers by reading hips, not headlines.</w:t>
      </w:r>
      <w:r/>
    </w:p>
    <w:p>
      <w:r/>
      <w:r>
        <w:t>Leagues offer competition, travel and camaraderie, and they can be a safer space for queer athletes to play without having to code-switch constantly. For those curious, the NFL Flag scene and community tournaments have helped standardise rules and push visibility, while local queer leagues keep it social and close-knit.</w:t>
      </w:r>
      <w:r/>
    </w:p>
    <w:p>
      <w:pPr>
        <w:pStyle w:val="Heading2"/>
      </w:pPr>
      <w:r>
        <w:t>How TV shaped one athlete’s coming-out arc</w:t>
      </w:r>
      <w:r/>
    </w:p>
    <w:p>
      <w:r/>
      <w:r>
        <w:t>Hines used to sneak down to his uncle’s living room to watch Will &amp; Grace, literally standing by the screen so he could switch it off if anyone came in. He says seeing characters who lived full lives softened the image of what being queer could be. Shows like this create templates , not blueprints , and they can mean the difference between feeling alone and imagining a future where you belong.</w:t>
      </w:r>
      <w:r/>
    </w:p>
    <w:p>
      <w:r/>
      <w:r>
        <w:t>TV doesn’t replace local role models, but it primes people to recognise themselves and to seek out real-life examples. When Hines later told his story publicly, it helped others , including his niece , feel safe to share their truth early. That’s the practical power of representation.</w:t>
      </w:r>
      <w:r/>
    </w:p>
    <w:p>
      <w:pPr>
        <w:pStyle w:val="Heading2"/>
      </w:pPr>
      <w:r>
        <w:t>Off the pitch: thrift shops, basketball and travel</w:t>
      </w:r>
      <w:r/>
    </w:p>
    <w:p>
      <w:r/>
      <w:r>
        <w:t>Hines isn’t defined by the whistle. He plays in a gay basketball league, loves city breaks , New York and San Diego are favourites , and savours thrift-store finds. His shopping rule is simple and wise: if it feels good, buy it. It’s a neat metaphor for his wider approach to life; small, feel-good choices add up.</w:t>
      </w:r>
      <w:r/>
    </w:p>
    <w:p>
      <w:r/>
      <w:r>
        <w:t>For anyone aiming to try queer sports, Hines’ routine shows how to build balance: stay active, find a crew, explore nearby cities and don’t overthink style. Community sport is as much about shared brunches and road trips as it is about stats.</w:t>
      </w:r>
      <w:r/>
    </w:p>
    <w:p>
      <w:pPr>
        <w:pStyle w:val="Heading2"/>
      </w:pPr>
      <w:r>
        <w:t>Where this scene is heading , and why to pay attention</w:t>
      </w:r>
      <w:r/>
    </w:p>
    <w:p>
      <w:r/>
      <w:r>
        <w:t>The queer-sports movement is growing in profile and infrastructure. From national flag circuits to grassroots leagues, the emphasis is on access, visibility and competitiveness. Players like Hines who share their journeys keep momentum going, drawing young people into spaces that say they belong.</w:t>
      </w:r>
      <w:r/>
    </w:p>
    <w:p>
      <w:r/>
      <w:r>
        <w:t>If you live in or near Atlanta and you care about sport, culture or queer community, this is one to watch. Hines brings the kind of energy that converts sceptics into teammates, and that’s exactly the sort of change that spreads.</w:t>
      </w:r>
      <w:r/>
    </w:p>
    <w:p>
      <w:r/>
      <w:r>
        <w:t>It's a small change that can make every game, and every life, a little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[3]</w:t>
        </w:r>
      </w:hyperlink>
      <w:r>
        <w:t xml:space="preserve">- Paragraph 6: </w:t>
      </w:r>
      <w:hyperlink r:id="rId9">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https://www.queerty.com/brandon-hines-talks-flag-football-smothering-receivers-why-will-truman-changed-his-life-20260816/</w:t>
        </w:r>
      </w:hyperlink>
      <w:r>
        <w:t xml:space="preserve"> - Please view link - unable to able to access data</w:t>
      </w:r>
      <w:r/>
    </w:p>
    <w:p>
      <w:pPr>
        <w:pStyle w:val="ListNumber"/>
        <w:spacing w:line="240" w:lineRule="auto"/>
        <w:ind w:left="720"/>
      </w:pPr>
      <w:r/>
      <w:hyperlink r:id="rId9">
        <w:r>
          <w:rPr>
            <w:color w:val="0000EE"/>
            <w:u w:val="single"/>
          </w:rPr>
          <w:t>https://www.queerty.com/brandon-hines-talks-flag-football-smothering-receivers-why-will-truman-changed-his-life-20260816/</w:t>
        </w:r>
      </w:hyperlink>
      <w:r>
        <w:t xml:space="preserve"> - Brandon Hines, a flag football veteran from a small Georgia town, shares his journey of self-discovery and acceptance. Growing up without openly gay role models, he found inspiration in the character Will Truman from 'Will &amp; Grace', which gave him hope for an open and fulfilling life. Hines' openness led his niece to come out to him at a young age, highlighting the impact of representation. Now back in Georgia after years in Austin, he continues to play flag football and advocates for inclusivity in sports.</w:t>
      </w:r>
      <w:r/>
    </w:p>
    <w:p>
      <w:pPr>
        <w:pStyle w:val="ListNumber"/>
        <w:spacing w:line="240" w:lineRule="auto"/>
        <w:ind w:left="720"/>
      </w:pPr>
      <w:r/>
      <w:hyperlink r:id="rId12">
        <w:r>
          <w:rPr>
            <w:color w:val="0000EE"/>
            <w:u w:val="single"/>
          </w:rPr>
          <w:t>https://www.tvguide.com/news/hines-exits-amp-37766/</w:t>
        </w:r>
      </w:hyperlink>
      <w:r>
        <w:t xml:space="preserve"> - Gregory Hines, the acclaimed tap dancer and actor, took a brief hiatus from his recurring role as Ben Doucette on NBC's 'Will &amp; Grace' to direct the Showtime film 'Red Sneakers'. Before his departure, Hines hinted at an unexpected twist in his character's romance with Grace, played by Debra Messing. The plot development was set to unfold in the November 2 episode, marking his final appearance before the break. Hines expressed openness to becoming a regular cast member if approached.</w:t>
      </w:r>
      <w:r/>
    </w:p>
    <w:p>
      <w:pPr>
        <w:pStyle w:val="ListNumber"/>
        <w:spacing w:line="240" w:lineRule="auto"/>
        <w:ind w:left="720"/>
      </w:pPr>
      <w:r/>
      <w:hyperlink r:id="rId13">
        <w:r>
          <w:rPr>
            <w:color w:val="0000EE"/>
            <w:u w:val="single"/>
          </w:rPr>
          <w:t>https://willandgrace.fandom.com/wiki/Field_of_Queens</w:t>
        </w:r>
      </w:hyperlink>
      <w:r>
        <w:t xml:space="preserve"> - In the 'Will &amp; Grace' episode 'Field of Queens', Jack convinces Will to join a gay soccer team, despite Will's lack of athletic prowess. Will's ineptitude leads him to bond with a teenager named Elliot, who also struggles with his own youth soccer team. Meanwhile, Karen experiences the excitement of dating after years of being single. The episode delves into themes of self-discovery, friendship, and the challenges of stepping out of one's comfort zone.</w:t>
      </w:r>
      <w:r/>
    </w:p>
    <w:p>
      <w:pPr>
        <w:pStyle w:val="ListNumber"/>
        <w:spacing w:line="240" w:lineRule="auto"/>
        <w:ind w:left="720"/>
      </w:pPr>
      <w:r/>
      <w:hyperlink r:id="rId11">
        <w:r>
          <w:rPr>
            <w:color w:val="0000EE"/>
            <w:u w:val="single"/>
          </w:rPr>
          <w:t>https://www.nflflagwc.com/about</w:t>
        </w:r>
      </w:hyperlink>
      <w:r>
        <w:t xml:space="preserve"> - West Chester FLAG Football, affiliated with the NFL's official youth flag football program, offers boys and girls aged 5 to 15 a non-contact, fast-paced football experience. Established in 2016 with 30 participants, the organisation has grown to over 300 members across Chester County, including areas like Kennett, Unionville, Coatesville, and Delaware. Their mission is to educate young people about football, emphasising participation and sportsmanship, while providing a competitive and enjoyable environment for local players.</w:t>
      </w:r>
      <w:r/>
    </w:p>
    <w:p>
      <w:pPr>
        <w:pStyle w:val="ListNumber"/>
        <w:spacing w:line="240" w:lineRule="auto"/>
        <w:ind w:left="720"/>
      </w:pPr>
      <w:r/>
      <w:hyperlink r:id="rId10">
        <w:r>
          <w:rPr>
            <w:color w:val="0000EE"/>
            <w:u w:val="single"/>
          </w:rPr>
          <w:t>https://www.imdb.com/title/tt0748767/</w:t>
        </w:r>
      </w:hyperlink>
      <w:r>
        <w:t xml:space="preserve"> - The 'Will &amp; Grace' episode 'Crazy in Love' features Will attempting to impress his new friend, a sportscaster named Matt, by showcasing his athletic skills. He visits a batting cage, but it is Grace who helps him improve his swing. The episode highlights the dynamics of Will and Grace's friendship and their support for each other's personal growth, blending comedy with heartfelt moments.</w:t>
      </w:r>
      <w:r/>
    </w:p>
    <w:p>
      <w:pPr>
        <w:pStyle w:val="ListNumber"/>
        <w:spacing w:line="240" w:lineRule="auto"/>
        <w:ind w:left="720"/>
      </w:pPr>
      <w:r/>
      <w:hyperlink r:id="rId14">
        <w:r>
          <w:rPr>
            <w:color w:val="0000EE"/>
            <w:u w:val="single"/>
          </w:rPr>
          <w:t>https://www.imdb.com/title/tt0748784/</w:t>
        </w:r>
      </w:hyperlink>
      <w:r>
        <w:t xml:space="preserve"> - In the 'Will &amp; Grace' episode 'Field of Queens', Jack persuades Will to join a gay soccer team, despite Will's lack of athletic ability. Will's poor performance leads him to bond with a teenager named Elliot, who also faces challenges with his own youth soccer team. Concurrently, Karen experiences the excitement of dating after years of being single. The episode explores themes of self-discovery, friendship, and the challenges of stepping out of one's comfort zone.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brandon-hines-talks-flag-football-smothering-receivers-why-will-truman-changed-his-life-20260816/" TargetMode="External"/><Relationship Id="rId10" Type="http://schemas.openxmlformats.org/officeDocument/2006/relationships/hyperlink" Target="https://www.imdb.com/title/tt0748767/" TargetMode="External"/><Relationship Id="rId11" Type="http://schemas.openxmlformats.org/officeDocument/2006/relationships/hyperlink" Target="https://www.nflflagwc.com/about" TargetMode="External"/><Relationship Id="rId12" Type="http://schemas.openxmlformats.org/officeDocument/2006/relationships/hyperlink" Target="https://www.tvguide.com/news/hines-exits-amp-37766/" TargetMode="External"/><Relationship Id="rId13" Type="http://schemas.openxmlformats.org/officeDocument/2006/relationships/hyperlink" Target="https://willandgrace.fandom.com/wiki/Field_of_Queens" TargetMode="External"/><Relationship Id="rId14" Type="http://schemas.openxmlformats.org/officeDocument/2006/relationships/hyperlink" Target="https://www.imdb.com/title/tt07487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