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Chester Pride 2026 Moments: Why the Parade Felt Like a Citywide Hug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Hundreds of locals and visitors turned out for Chester Pride 2026, marching through the city's cobbled streets and filling the cathedral quarter with colour, music and community. The parade rolled into an afternoon and evening of performances , from drag and pop to local acts , and underscored why Pride matters in this historic city.</w:t>
      </w:r>
      <w:r/>
    </w:p>
    <w:p>
      <w:r/>
      <w:r>
        <w:t>Essential Takeaways</w:t>
      </w:r>
      <w:r/>
      <w:r/>
    </w:p>
    <w:p>
      <w:pPr>
        <w:pStyle w:val="ListBullet"/>
        <w:spacing w:line="240" w:lineRule="auto"/>
        <w:ind w:left="720"/>
      </w:pPr>
      <w:r/>
      <w:r>
        <w:rPr>
          <w:b/>
        </w:rPr>
        <w:t>Big turnout:</w:t>
      </w:r>
      <w:r>
        <w:t xml:space="preserve"> Hundreds joined the parade and lined the route, bringing a lively, celebratory atmosphere.</w:t>
      </w:r>
      <w:r/>
    </w:p>
    <w:p>
      <w:pPr>
        <w:pStyle w:val="ListBullet"/>
        <w:spacing w:line="240" w:lineRule="auto"/>
        <w:ind w:left="720"/>
      </w:pPr>
      <w:r/>
      <w:r>
        <w:rPr>
          <w:b/>
        </w:rPr>
        <w:t>Standout performers:</w:t>
      </w:r>
      <w:r>
        <w:t xml:space="preserve"> The festival programme included drag star Danny Beard, pop acts like 911, and local names such as Sonia.</w:t>
      </w:r>
      <w:r/>
    </w:p>
    <w:p>
      <w:pPr>
        <w:pStyle w:val="ListBullet"/>
        <w:spacing w:line="240" w:lineRule="auto"/>
        <w:ind w:left="720"/>
      </w:pPr>
      <w:r/>
      <w:r>
        <w:rPr>
          <w:b/>
        </w:rPr>
        <w:t>Family-friendly vibe:</w:t>
      </w:r>
      <w:r>
        <w:t xml:space="preserve"> Costumes, kids, and older residents mixed together, creating a warm, inclusive feel.</w:t>
      </w:r>
      <w:r/>
    </w:p>
    <w:p>
      <w:pPr>
        <w:pStyle w:val="ListBullet"/>
        <w:spacing w:line="240" w:lineRule="auto"/>
        <w:ind w:left="720"/>
      </w:pPr>
      <w:r/>
      <w:r>
        <w:rPr>
          <w:b/>
        </w:rPr>
        <w:t>Community-led:</w:t>
      </w:r>
      <w:r>
        <w:t xml:space="preserve"> Organisers emphasised that Chester Pride is by and for the LGBTQ+ community, with local charities and groups involved.</w:t>
      </w:r>
      <w:r/>
    </w:p>
    <w:p>
      <w:pPr>
        <w:pStyle w:val="ListBullet"/>
        <w:spacing w:line="240" w:lineRule="auto"/>
        <w:ind w:left="720"/>
      </w:pPr>
      <w:r/>
      <w:r>
        <w:rPr>
          <w:b/>
        </w:rPr>
        <w:t>Visible support:</w:t>
      </w:r>
      <w:r>
        <w:t xml:space="preserve"> Council leaders and sponsors backed the event, signalling broader civic solidarity.</w:t>
      </w:r>
      <w:r/>
      <w:r/>
    </w:p>
    <w:p>
      <w:pPr>
        <w:pStyle w:val="Heading2"/>
      </w:pPr>
      <w:r>
        <w:t>A colourful march through historic streets</w:t>
      </w:r>
      <w:r/>
    </w:p>
    <w:p>
      <w:r/>
      <w:r>
        <w:t>You could hear laughter and see sequins from a distance as Pride snaked past Chester’s landmark buildings, giving the day a playful, defiant energy. ECHO photographers captured faces beaming, handmade banners and inventive costumes that made the most of the city’s photogenic backdrop. Organisers deliberately route the parade through high streets and squares so it’s visible and unmissable , a reminder that Pride isn’t tucked away, it’s part of town life.</w:t>
      </w:r>
      <w:r/>
    </w:p>
    <w:p>
      <w:pPr>
        <w:pStyle w:val="Heading2"/>
      </w:pPr>
      <w:r>
        <w:t>Big-name entertainment, local heart</w:t>
      </w:r>
      <w:r/>
    </w:p>
    <w:p>
      <w:r/>
      <w:r>
        <w:t>The headline bill mixed national names with homegrown talent, creating something for everyone. Danny Beard’s drag set and an appearance from 911 gave the evening a pop culture kick, while local performers brought community flavour to the main stage. Sponsors such as M&amp;S Bank helped fund the stage and logistics, which kept the show running from afternoon into night , and meant more people could enjoy live music without a long wait.</w:t>
      </w:r>
      <w:r/>
    </w:p>
    <w:p>
      <w:pPr>
        <w:pStyle w:val="Heading2"/>
      </w:pPr>
      <w:r>
        <w:t>Community message, practical purpose</w:t>
      </w:r>
      <w:r/>
    </w:p>
    <w:p>
      <w:r/>
      <w:r>
        <w:t>Chester Pride wasn’t just a party; it’s a visible statement about belonging. The event’s organisers have been clear that the festival exists for the LGBTQ+ community, and that message came through in speeches and stalls offering support, advice and charity links. Local councils and public figures turned up to endorse inclusivity, underlining that Pride has both celebratory and civic value , especially when broader social tensions make visible solidarity important.</w:t>
      </w:r>
      <w:r/>
    </w:p>
    <w:p>
      <w:pPr>
        <w:pStyle w:val="Heading2"/>
      </w:pPr>
      <w:r>
        <w:t>How the day worked for families and first-timers</w:t>
      </w:r>
      <w:r/>
    </w:p>
    <w:p>
      <w:r/>
      <w:r>
        <w:t>If you’d worried Pride might be overwhelming, many attendees said it felt welcoming and well organised. There were quiet spaces and a thoughtful programme of performances, so families and older visitors could take breaks without missing the headline acts. Practical tips: arrive early for good viewing spots on the route, check the schedule for the main stage slots you want to see, and pack water and comfortable shoes for cobbles and standing.</w:t>
      </w:r>
      <w:r/>
    </w:p>
    <w:p>
      <w:pPr>
        <w:pStyle w:val="Heading2"/>
      </w:pPr>
      <w:r>
        <w:t>What comes next for Chester Pride</w:t>
      </w:r>
      <w:r/>
    </w:p>
    <w:p>
      <w:r/>
      <w:r>
        <w:t>The mood at the close was upbeat and optimistic, with organisers and volunteers already talking about next year. Local charities involved in the event highlighted how the spotlight helps fundraising and awareness work long after the bunting comes down. If this year’s turnout is anything to go by, Chester Pride is becoming an annual highlight that stitches activism and celebration into the city’s cultural calendar.</w:t>
      </w:r>
      <w:r/>
    </w:p>
    <w:p>
      <w:r/>
      <w:r>
        <w:t>It's a small change that makes a big difference , and everyone seemed to agree, this was a Pride to remember.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3">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https://www.liverpoolecho.co.uk/whats-on/whats-on-news/gallery/21-pictures-chester-pride-2026-34465404</w:t>
        </w:r>
      </w:hyperlink>
      <w:r>
        <w:t xml:space="preserve"> - Please view link - unable to able to access data</w:t>
      </w:r>
      <w:r/>
    </w:p>
    <w:p>
      <w:pPr>
        <w:pStyle w:val="ListNumber"/>
        <w:spacing w:line="240" w:lineRule="auto"/>
        <w:ind w:left="720"/>
      </w:pPr>
      <w:r/>
      <w:hyperlink r:id="rId9">
        <w:r>
          <w:rPr>
            <w:color w:val="0000EE"/>
            <w:u w:val="single"/>
          </w:rPr>
          <w:t>https://www.liverpoolecho.co.uk/whats-on/whats-on-news/gallery/21-pictures-chester-pride-2026-34465404</w:t>
        </w:r>
      </w:hyperlink>
      <w:r>
        <w:t xml:space="preserve"> - An article featuring 21 photographs capturing the vibrant atmosphere of Chester Pride 2026. The images showcase the parade's lively participants, colourful costumes, and the enthusiastic crowd that filled the streets of Chester. The event, held on Saturday, 15 August 2026, was a significant celebration of the LGBTQ+ community, highlighting the city's commitment to diversity and inclusion. The photographs provide a visual testament to the success and joy experienced by attendees throughout the day.</w:t>
      </w:r>
      <w:r/>
    </w:p>
    <w:p>
      <w:pPr>
        <w:pStyle w:val="ListNumber"/>
        <w:spacing w:line="240" w:lineRule="auto"/>
        <w:ind w:left="720"/>
      </w:pPr>
      <w:r/>
      <w:hyperlink r:id="rId13">
        <w:r>
          <w:rPr>
            <w:color w:val="0000EE"/>
            <w:u w:val="single"/>
          </w:rPr>
          <w:t>https://chesterpride.co.uk/events/pride-2026/</w:t>
        </w:r>
      </w:hyperlink>
      <w:r>
        <w:t xml:space="preserve"> - The official page for Chester Pride 2026, detailing the event's schedule, ticket information, and lineup. Scheduled for Saturday, 15 August 2026, at Castle Square, Chester, the event promises a full day of celebration, entertainment, and community connection. Highlights include the Chester Pride Parade, live performances, market stalls, and inclusive spaces. The page also provides information on accessibility support and ticket options, ensuring a welcoming environment for all attendees.</w:t>
      </w:r>
      <w:r/>
    </w:p>
    <w:p>
      <w:pPr>
        <w:pStyle w:val="ListNumber"/>
        <w:spacing w:line="240" w:lineRule="auto"/>
        <w:ind w:left="720"/>
      </w:pPr>
      <w:r/>
      <w:hyperlink r:id="rId10">
        <w:r>
          <w:rPr>
            <w:color w:val="0000EE"/>
            <w:u w:val="single"/>
          </w:rPr>
          <w:t>https://www.gaydio.co.uk/uk/events/the-guide/event/chester-pride1/</w:t>
        </w:r>
      </w:hyperlink>
      <w:r>
        <w:t xml:space="preserve"> - An overview of Chester Pride 2026, highlighting the event's location, date, and key attractions. Taking place on Saturday, 15 August 2026, at Castle Square in Chester, the festival offers free outdoor access with optional VIP and Standard Plus packages. The event features multiple stages, health and wellbeing zones, family-friendly areas, and a market stall village. The article also mentions the availability of hardship tickets for those receiving Universal Credit, ensuring the event remains accessible to all.</w:t>
      </w:r>
      <w:r/>
    </w:p>
    <w:p>
      <w:pPr>
        <w:pStyle w:val="ListNumber"/>
        <w:spacing w:line="240" w:lineRule="auto"/>
        <w:ind w:left="720"/>
      </w:pPr>
      <w:r/>
      <w:hyperlink r:id="rId12">
        <w:r>
          <w:rPr>
            <w:color w:val="0000EE"/>
            <w:u w:val="single"/>
          </w:rPr>
          <w:t>https://chesterpride.co.uk/news/please-queer-responsibly-takes-on-chester-pride-2026/</w:t>
        </w:r>
      </w:hyperlink>
      <w:r>
        <w:t xml:space="preserve"> - An announcement about the 'Please Queer Responsibly' podcast team recording a special episode during Chester Pride 2026. The team, known for their insightful discussions on queer culture, will be present throughout the day, capturing the energy and essence of the event. Attendees are encouraged to participate and share their experiences, contributing to the podcast's upcoming season finale episode. This initiative highlights the event's inclusive and community-focused nature.</w:t>
      </w:r>
      <w:r/>
    </w:p>
    <w:p>
      <w:pPr>
        <w:pStyle w:val="ListNumber"/>
        <w:spacing w:line="240" w:lineRule="auto"/>
        <w:ind w:left="720"/>
      </w:pPr>
      <w:r/>
      <w:hyperlink r:id="rId11">
        <w:r>
          <w:rPr>
            <w:color w:val="0000EE"/>
            <w:u w:val="single"/>
          </w:rPr>
          <w:t>https://chesterpride.co.uk/charity/</w:t>
        </w:r>
      </w:hyperlink>
      <w:r>
        <w:t xml:space="preserve"> - Information about Chester Pride, a community-led LGBTQ+ charity supporting individuals across Chester, Cheshire, and North Wales. The charity focuses on creating safer, more inclusive spaces through events, support services, social groups, and community projects. Their mission is to celebrate, support, and advocate for LGBTQ+ communities, ensuring that members are treated with dignity, safety, and respect. The page provides insights into the charity's values and the impact of their work within the community.</w:t>
      </w:r>
      <w:r/>
    </w:p>
    <w:p>
      <w:pPr>
        <w:pStyle w:val="ListNumber"/>
        <w:spacing w:line="240" w:lineRule="auto"/>
        <w:ind w:left="720"/>
      </w:pPr>
      <w:r/>
      <w:hyperlink r:id="rId13">
        <w:r>
          <w:rPr>
            <w:color w:val="0000EE"/>
            <w:u w:val="single"/>
          </w:rPr>
          <w:t>https://chesterpride.co.uk/events/pride-2026/</w:t>
        </w:r>
      </w:hyperlink>
      <w:r>
        <w:t xml:space="preserve"> - The official page for Chester Pride 2026, detailing the event's schedule, ticket information, and lineup. Scheduled for Saturday, 15 August 2026, at Castle Square, Chester, the event promises a full day of celebration, entertainment, and community connection. Highlights include the Chester Pride Parade, live performances, market stalls, and inclusive spaces. The page also provides information on accessibility support and ticket options, ensuring a welcoming environment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gallery/21-pictures-chester-pride-2026-34465404" TargetMode="External"/><Relationship Id="rId10" Type="http://schemas.openxmlformats.org/officeDocument/2006/relationships/hyperlink" Target="https://www.gaydio.co.uk/uk/events/the-guide/event/chester-pride1/" TargetMode="External"/><Relationship Id="rId11" Type="http://schemas.openxmlformats.org/officeDocument/2006/relationships/hyperlink" Target="https://chesterpride.co.uk/charity/" TargetMode="External"/><Relationship Id="rId12" Type="http://schemas.openxmlformats.org/officeDocument/2006/relationships/hyperlink" Target="https://chesterpride.co.uk/news/please-queer-responsibly-takes-on-chester-pride-2026/" TargetMode="External"/><Relationship Id="rId13" Type="http://schemas.openxmlformats.org/officeDocument/2006/relationships/hyperlink" Target="https://chesterpride.co.uk/events/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