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Berlin Techno Parade Coverage: How Rave the Planet Paid Tribute and Kept the Beat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revellers alike watched as Berlin’s Rave the Planet parade opened with a minute’s silence for victims of the Pride attack; the event drew huge crowds, high security and a tense mix of celebration and caution in the city centre.</w:t>
      </w:r>
      <w:r/>
    </w:p>
    <w:p>
      <w:r/>
      <w:r>
        <w:t>Essential Takeaways</w:t>
      </w:r>
      <w:r/>
      <w:r/>
    </w:p>
    <w:p>
      <w:pPr>
        <w:pStyle w:val="ListBullet"/>
        <w:spacing w:line="240" w:lineRule="auto"/>
        <w:ind w:left="720"/>
      </w:pPr>
      <w:r/>
      <w:r>
        <w:rPr>
          <w:b/>
        </w:rPr>
        <w:t>Moment of silence:</w:t>
      </w:r>
      <w:r>
        <w:t xml:space="preserve"> Thousands paused at the start to honour those hurt in the July 25 Pride attack, setting a sombre tone before the music. </w:t>
      </w:r>
      <w:r/>
    </w:p>
    <w:p>
      <w:pPr>
        <w:pStyle w:val="ListBullet"/>
        <w:spacing w:line="240" w:lineRule="auto"/>
        <w:ind w:left="720"/>
      </w:pPr>
      <w:r/>
      <w:r>
        <w:rPr>
          <w:b/>
        </w:rPr>
        <w:t>Big turnout expected:</w:t>
      </w:r>
      <w:r>
        <w:t xml:space="preserve"> Organisers planned for up to 300,000 techno fans under the slogan "Imagine Love." </w:t>
      </w:r>
      <w:r/>
    </w:p>
    <w:p>
      <w:pPr>
        <w:pStyle w:val="ListBullet"/>
        <w:spacing w:line="240" w:lineRule="auto"/>
        <w:ind w:left="720"/>
      </w:pPr>
      <w:r/>
      <w:r>
        <w:rPr>
          <w:b/>
        </w:rPr>
        <w:t>Heavy security:</w:t>
      </w:r>
      <w:r>
        <w:t xml:space="preserve"> About 1,500 officers, drones, helicopters and physical barriers were deployed; neighbouring states lent support. </w:t>
      </w:r>
      <w:r/>
    </w:p>
    <w:p>
      <w:pPr>
        <w:pStyle w:val="ListBullet"/>
        <w:spacing w:line="240" w:lineRule="auto"/>
        <w:ind w:left="720"/>
      </w:pPr>
      <w:r/>
      <w:r>
        <w:rPr>
          <w:b/>
        </w:rPr>
        <w:t>Heat and safety measures:</w:t>
      </w:r>
      <w:r>
        <w:t xml:space="preserve"> Temperatures topped 30°C, so police offered cooling mist and organisers provided free drinking water. </w:t>
      </w:r>
      <w:r/>
    </w:p>
    <w:p>
      <w:pPr>
        <w:pStyle w:val="ListBullet"/>
        <w:spacing w:line="240" w:lineRule="auto"/>
        <w:ind w:left="720"/>
      </w:pPr>
      <w:r/>
      <w:r>
        <w:rPr>
          <w:b/>
        </w:rPr>
        <w:t>Counter-event presence:</w:t>
      </w:r>
      <w:r>
        <w:t xml:space="preserve"> The "Fuckparade" ran nearby as a protest against commercialisation, with around 1,200 registered participants.</w:t>
      </w:r>
      <w:r/>
      <w:r/>
    </w:p>
    <w:p>
      <w:pPr>
        <w:pStyle w:val="Heading2"/>
      </w:pPr>
      <w:r>
        <w:t>A quiet start to a loud day , minute’s silence set the tone</w:t>
      </w:r>
      <w:r/>
    </w:p>
    <w:p>
      <w:r/>
      <w:r>
        <w:t>Thousands of people standing beneath summer sunflowers and the shadow of the Brandenburg Gate fell silent together, a quiet moment before the speakers cranked up. It was a visible, emotional gesture that linked the party to the city’s grief after the attack on the fringes of Pride three weeks earlier. Organisers and Pride representatives urged solidarity and courage, reminding revellers why the gathering mattered beyond the music.</w:t>
      </w:r>
      <w:r/>
    </w:p>
    <w:p>
      <w:r/>
      <w:r>
        <w:t>Berlin’s Rave the Planet has always been about more than beats; after the van and machete attack on July 25 that killed one person and injured many, the parade took on a new civic weight. That hush at the start felt like a public promise: we’ll dance, but we’ll remember.</w:t>
      </w:r>
      <w:r/>
    </w:p>
    <w:p>
      <w:pPr>
        <w:pStyle w:val="Heading2"/>
      </w:pPr>
      <w:r>
        <w:t>Security on a new scale , how police balanced protection and celebration</w:t>
      </w:r>
      <w:r/>
    </w:p>
    <w:p>
      <w:r/>
      <w:r>
        <w:t>Police presence was unmistakable, with roughly 1,500 officers on duty plus aerial surveillance, drones and helicopters overhead. Roads were closed, metro stops near the route remained out of service and organisers bolted bollards in key spots. Authorities were frank , complete protection isn’t possible, but they aimed for a very high level of safety.</w:t>
      </w:r>
      <w:r/>
    </w:p>
    <w:p>
      <w:r/>
      <w:r>
        <w:t>Berlin police chief Barbara Slowik Meisel told RBB Inforadio she was confident about the force’s preparedness while acknowledging limits. Expecting hundreds of thousands, the city also called on forces from Brandenburg and Saxony-Anhalt , a reminder that managing big public events now mixes festival logistics with counterterror readiness.</w:t>
      </w:r>
      <w:r/>
    </w:p>
    <w:p>
      <w:pPr>
        <w:pStyle w:val="Heading2"/>
      </w:pPr>
      <w:r>
        <w:t>Heat, crowds and practical comforts , the unsung side of festival planning</w:t>
      </w:r>
      <w:r/>
    </w:p>
    <w:p>
      <w:r/>
      <w:r>
        <w:t>The sun turned the Tiergarten into a challenge as much as a setting, with temperatures well over 30°C. Organisers and police didn’t leave hydration to luck: free drinking water stations were set up and a water cannon delivered cooling mist to ease the swelter. It’s a small logistical detail, but when you’re among hundreds of thousands it can be the difference between a memorable day and a medical incident.</w:t>
      </w:r>
      <w:r/>
    </w:p>
    <w:p>
      <w:r/>
      <w:r>
        <w:t>If you’re heading to similar outdoor events this summer, pack a refillable bottle, light layers and a plan for where to meet friends if signals drop. Event planners say those simple steps cut stress and keep the vibe upbeat.</w:t>
      </w:r>
      <w:r/>
    </w:p>
    <w:p>
      <w:pPr>
        <w:pStyle w:val="Heading2"/>
      </w:pPr>
      <w:r>
        <w:t>Music, message and a counterpoint , two parades, different aims</w:t>
      </w:r>
      <w:r/>
    </w:p>
    <w:p>
      <w:r/>
      <w:r>
        <w:t>Rave the Planet marched under the banner "Imagine Love", a message deliberately chosen after the Pride attack. Founders and Pride spokespeople used speeches to call for bravery and for keeping love at the centre of action. Meanwhile, the Fuckparade ran as an explicit counter-event, criticising the commercialisation of subcultures and the displacement of underground scenes.</w:t>
      </w:r>
      <w:r/>
    </w:p>
    <w:p>
      <w:r/>
      <w:r>
        <w:t>That tension is part of Berlin’s character: big stage production and grassroots protest often coexist. The presence of both parades made the day feel like a live conversation about what city culture should be, and who it’s for.</w:t>
      </w:r>
      <w:r/>
    </w:p>
    <w:p>
      <w:pPr>
        <w:pStyle w:val="Heading2"/>
      </w:pPr>
      <w:r>
        <w:t>What this means going forward , safety, solidarity and the future of public gatherings</w:t>
      </w:r>
      <w:r/>
    </w:p>
    <w:p>
      <w:r/>
      <w:r>
        <w:t>This techno parade was the first major central Berlin event since the attack, and for many it was a test of how open spaces can stay welcoming without becoming vulnerable. City officials and organisers will likely keep the security playbook flexible, combining visible policing with community-based measures and clear communications.</w:t>
      </w:r>
      <w:r/>
    </w:p>
    <w:p>
      <w:r/>
      <w:r>
        <w:t>For locals and visitors, the takeaway is practical and human: public life continues, but with extra awareness. The minute’s silence made that plain , grief and resilience can share the same street, and music helps both survive the heat.</w:t>
      </w:r>
      <w:r/>
    </w:p>
    <w:p>
      <w:r/>
      <w:r>
        <w:t>It's a small change that can make every beat feel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[7]</w:t>
        </w:r>
      </w:hyperlink>
      <w:r>
        <w:t xml:space="preserve">, </w:t>
      </w:r>
      <w:hyperlink r:id="rId11">
        <w:r>
          <w:rPr>
            <w:color w:val="0000EE"/>
            <w:u w:val="single"/>
          </w:rPr>
          <w:t>[2]</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0">
        <w:r>
          <w:rPr>
            <w:color w:val="0000EE"/>
            <w:u w:val="single"/>
          </w:rPr>
          <w:t>[7]</w:t>
        </w:r>
      </w:hyperlink>
      <w:r>
        <w:t xml:space="preserve">- Paragraph 4: </w:t>
      </w:r>
      <w:hyperlink r:id="rId9">
        <w:r>
          <w:rPr>
            <w:color w:val="0000EE"/>
            <w:u w:val="single"/>
          </w:rPr>
          <w:t>[1]</w:t>
        </w:r>
      </w:hyperlink>
      <w:r>
        <w:t xml:space="preserve">, </w:t>
      </w:r>
      <w:hyperlink r:id="rId13">
        <w:r>
          <w:rPr>
            <w:color w:val="0000EE"/>
            <w:u w:val="single"/>
          </w:rPr>
          <w:t>[3]</w:t>
        </w:r>
      </w:hyperlink>
      <w:r>
        <w:t xml:space="preserve">- Paragraph 5: </w:t>
      </w:r>
      <w:hyperlink r:id="rId9">
        <w:r>
          <w:rPr>
            <w:color w:val="0000EE"/>
            <w:u w:val="single"/>
          </w:rPr>
          <w:t>[1]</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https://www.dailyfinland.fi/europe/50874/Berlin-techno-parade-begins-with-tribute-to-Pride-attack-victims</w:t>
        </w:r>
      </w:hyperlink>
      <w:r>
        <w:t xml:space="preserve"> - Please view link - unable to able to access data</w:t>
      </w:r>
      <w:r/>
    </w:p>
    <w:p>
      <w:pPr>
        <w:pStyle w:val="ListNumber"/>
        <w:spacing w:line="240" w:lineRule="auto"/>
        <w:ind w:left="720"/>
      </w:pPr>
      <w:r/>
      <w:hyperlink r:id="rId11">
        <w:r>
          <w:rPr>
            <w:color w:val="0000EE"/>
            <w:u w:val="single"/>
          </w:rPr>
          <w:t>https://www.zeit.de/gesellschaft/zeitgeschehen/2025-07/techno-veranstaltung-rave-the-planet-verletzte</w:t>
        </w:r>
      </w:hyperlink>
      <w:r>
        <w:t xml:space="preserve"> - The article reports on the Rave The Planet techno parade in Berlin, where 13 individuals were critically injured and 27 others severely hurt, primarily due to intoxications. Despite some assaults, the police described the event as 'low-conflict and peaceful.' The number of participants was lower than in previous years, with 45 crimes recorded, including sexual offenses. Approximately 1,000 officers were deployed, along with 600 security personnel and 300 medical helpers.</w:t>
      </w:r>
      <w:r/>
    </w:p>
    <w:p>
      <w:pPr>
        <w:pStyle w:val="ListNumber"/>
        <w:spacing w:line="240" w:lineRule="auto"/>
        <w:ind w:left="720"/>
      </w:pPr>
      <w:r/>
      <w:hyperlink r:id="rId13">
        <w:r>
          <w:rPr>
            <w:color w:val="0000EE"/>
            <w:u w:val="single"/>
          </w:rPr>
          <w:t>https://www.berliner-zeitung.de/article/rave-the-planet-in-berlin-droht-absage-365486</w:t>
        </w:r>
      </w:hyperlink>
      <w:r>
        <w:t xml:space="preserve"> - This article discusses the potential cancellation of the Rave The Planet techno parade in Berlin due to the lack of organized medical personnel. The organisers expected up to 300,000 attendees, but the absence of medical staff raised concerns about the event's safety. Dr. Motte, the founder of the Love Parade and Rave The Planet, had registered the techno procession as a demonstration for the preservation of electronic music and club culture.</w:t>
      </w:r>
      <w:r/>
    </w:p>
    <w:p>
      <w:pPr>
        <w:pStyle w:val="ListNumber"/>
        <w:spacing w:line="240" w:lineRule="auto"/>
        <w:ind w:left="720"/>
      </w:pPr>
      <w:r/>
      <w:hyperlink r:id="rId12">
        <w:r>
          <w:rPr>
            <w:color w:val="0000EE"/>
            <w:u w:val="single"/>
          </w:rPr>
          <w:t>https://www.berliner-zeitung.de/article/rave-the-planet-kann-starten-polizei-bewilligt-sicherheitskonzept-fuer-techno-party-367337</w:t>
        </w:r>
      </w:hyperlink>
      <w:r>
        <w:t xml:space="preserve"> - The article reports that the Berlin police approved the security concept for the Rave The Planet techno parade. After reviewing the organiser's compliance with safety requirements, the police granted permission for the event. The parade was set to take place on the main boulevard through Tiergarten park, between the Brandenburg Gate and the Victory Column, with organisers expecting around 300,000 attendees.</w:t>
      </w:r>
      <w:r/>
    </w:p>
    <w:p>
      <w:pPr>
        <w:pStyle w:val="ListNumber"/>
        <w:spacing w:line="240" w:lineRule="auto"/>
        <w:ind w:left="720"/>
      </w:pPr>
      <w:r/>
      <w:hyperlink r:id="rId14">
        <w:r>
          <w:rPr>
            <w:color w:val="0000EE"/>
            <w:u w:val="single"/>
          </w:rPr>
          <w:t>https://en.wikipedia.org/wiki/Rave_The_Planet_Parade</w:t>
        </w:r>
      </w:hyperlink>
      <w:r>
        <w:t xml:space="preserve"> - This Wikipedia page provides comprehensive information about the Rave The Planet Parade, an electronic dance music festival and techno parade that began in 2022 in Berlin, Germany. Organised by the non-profit company Rave the Planet gGmbH, founded by Dr. Motte, the parade aims to celebrate electronic music culture and advocate for its recognition and preservation. The event combines elements of a music festival, political demonstration, and cultural event.</w:t>
      </w:r>
      <w:r/>
    </w:p>
    <w:p>
      <w:pPr>
        <w:pStyle w:val="ListNumber"/>
        <w:spacing w:line="240" w:lineRule="auto"/>
        <w:ind w:left="720"/>
      </w:pPr>
      <w:r/>
      <w:hyperlink r:id="rId15">
        <w:r>
          <w:rPr>
            <w:color w:val="0000EE"/>
            <w:u w:val="single"/>
          </w:rPr>
          <w:t>https://www.berliner-zeitung.de/article/rave-the-planet-polizei-zieht-positive-bilanz-trotz-verletzter-polizisten-2339888</w:t>
        </w:r>
      </w:hyperlink>
      <w:r>
        <w:t xml:space="preserve"> - The article reports that despite dozens of injuries and some police officers being injured, the Berlin police drew a positive conclusion from the Rave The Planet techno parade. Approximately 100,000 people participated in the event, which was registered as a demonstration. However, there were several crimes, including assaults and sexual offenses.</w:t>
      </w:r>
      <w:r/>
    </w:p>
    <w:p>
      <w:pPr>
        <w:pStyle w:val="ListNumber"/>
        <w:spacing w:line="240" w:lineRule="auto"/>
        <w:ind w:left="720"/>
      </w:pPr>
      <w:r/>
      <w:hyperlink r:id="rId10">
        <w:r>
          <w:rPr>
            <w:color w:val="0000EE"/>
            <w:u w:val="single"/>
          </w:rPr>
          <w:t>https://www.rbb24.de/kultur/beitrag/2025/07/techno-parade-rave-the-planet-berlin-tiergarten.html</w:t>
        </w:r>
      </w:hyperlink>
      <w:r>
        <w:t xml:space="preserve"> - This article discusses the Rave The Planet techno parade in Berlin, highlighting the organisers' plans to implement enhanced security measures, an expanded cleaning concept, and a clear message against hate. Dr. Motte, the founder of the Love Parade and Rave The Planet, emphasised the need for a strong counter-narrative against hate and the importance of sustainability, inclusivity, and unity within the techno scene.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ailyfinland.fi/europe/50874/Berlin-techno-parade-begins-with-tribute-to-Pride-attack-victims" TargetMode="External"/><Relationship Id="rId10" Type="http://schemas.openxmlformats.org/officeDocument/2006/relationships/hyperlink" Target="https://www.rbb24.de/kultur/beitrag/2025/07/techno-parade-rave-the-planet-berlin-tiergarten.html" TargetMode="External"/><Relationship Id="rId11" Type="http://schemas.openxmlformats.org/officeDocument/2006/relationships/hyperlink" Target="https://www.zeit.de/gesellschaft/zeitgeschehen/2025-07/techno-veranstaltung-rave-the-planet-verletzte" TargetMode="External"/><Relationship Id="rId12" Type="http://schemas.openxmlformats.org/officeDocument/2006/relationships/hyperlink" Target="https://www.berliner-zeitung.de/article/rave-the-planet-kann-starten-polizei-bewilligt-sicherheitskonzept-fuer-techno-party-367337" TargetMode="External"/><Relationship Id="rId13" Type="http://schemas.openxmlformats.org/officeDocument/2006/relationships/hyperlink" Target="https://www.berliner-zeitung.de/article/rave-the-planet-in-berlin-droht-absage-365486" TargetMode="External"/><Relationship Id="rId14" Type="http://schemas.openxmlformats.org/officeDocument/2006/relationships/hyperlink" Target="https://en.wikipedia.org/wiki/Rave_The_Planet_Parade" TargetMode="External"/><Relationship Id="rId15" Type="http://schemas.openxmlformats.org/officeDocument/2006/relationships/hyperlink" Target="https://www.berliner-zeitung.de/article/rave-the-planet-polizei-zieht-positive-bilanz-trotz-verletzter-polizisten-233988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