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Bal y Gay Festival Guide: Why A Mariña’s Classical Line-up Is Turning Heads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sound are flocking to A Mariña: the Bal y Gay festival has hit its stride this August, bringing international-grade classical music to Galicia’s churches, castles and basilicas , and proving excellence doesn't need a capital-city postcode. Here’s what’s on, why it matters and how to make the most of a visit.</w:t>
      </w:r>
      <w:r/>
    </w:p>
    <w:p>
      <w:r/>
      <w:r>
        <w:t>Essential takeaways</w:t>
      </w:r>
      <w:r/>
      <w:r/>
    </w:p>
    <w:p>
      <w:pPr>
        <w:pStyle w:val="ListBullet"/>
        <w:spacing w:line="240" w:lineRule="auto"/>
        <w:ind w:left="720"/>
      </w:pPr>
      <w:r/>
      <w:r>
        <w:rPr>
          <w:b/>
        </w:rPr>
        <w:t>Bigger than ever:</w:t>
      </w:r>
      <w:r>
        <w:t xml:space="preserve"> The 2026 edition runs from 5–21 August with 14 concerts, the largest programme yet, and a new venue in the city of Lugo. </w:t>
      </w:r>
      <w:r/>
    </w:p>
    <w:p>
      <w:pPr>
        <w:pStyle w:val="ListBullet"/>
        <w:spacing w:line="240" w:lineRule="auto"/>
        <w:ind w:left="720"/>
      </w:pPr>
      <w:r/>
      <w:r>
        <w:rPr>
          <w:b/>
        </w:rPr>
        <w:t>Atmospheric settings:</w:t>
      </w:r>
      <w:r>
        <w:t xml:space="preserve"> Performances take place in historic spaces , Mondoñedo cathedral, castles and monasteries , giving concerts a resonant, intimate feel. </w:t>
      </w:r>
      <w:r/>
    </w:p>
    <w:p>
      <w:pPr>
        <w:pStyle w:val="ListBullet"/>
        <w:spacing w:line="240" w:lineRule="auto"/>
        <w:ind w:left="720"/>
      </w:pPr>
      <w:r/>
      <w:r>
        <w:rPr>
          <w:b/>
        </w:rPr>
        <w:t>Top-tier artists:</w:t>
      </w:r>
      <w:r>
        <w:t xml:space="preserve"> International names including Vox Luminis, Antoine Tamestit and Grigory Sokolov anchor the bill, mixing early music, chamber and solo piano. </w:t>
      </w:r>
      <w:r/>
    </w:p>
    <w:p>
      <w:pPr>
        <w:pStyle w:val="ListBullet"/>
        <w:spacing w:line="240" w:lineRule="auto"/>
        <w:ind w:left="720"/>
      </w:pPr>
      <w:r/>
      <w:r>
        <w:rPr>
          <w:b/>
        </w:rPr>
        <w:t>Varied programming:</w:t>
      </w:r>
      <w:r>
        <w:t xml:space="preserve"> From Bach motets to jazz-inflected Falla reinterpretations and Schubert lieder, the festival refuses to be stylistically pigeonholed. </w:t>
      </w:r>
      <w:r/>
    </w:p>
    <w:p>
      <w:pPr>
        <w:pStyle w:val="ListBullet"/>
        <w:spacing w:line="240" w:lineRule="auto"/>
        <w:ind w:left="720"/>
      </w:pPr>
      <w:r/>
      <w:r>
        <w:rPr>
          <w:b/>
        </w:rPr>
        <w:t>Accessible prestige:</w:t>
      </w:r>
      <w:r>
        <w:t xml:space="preserve"> Small-town charm meets high artistic standards, so expect world-class performances without the crowds or price tag of big-city houses.</w:t>
      </w:r>
      <w:r/>
      <w:r/>
    </w:p>
    <w:p>
      <w:pPr>
        <w:pStyle w:val="Heading2"/>
      </w:pPr>
      <w:r>
        <w:t>A festival that grew from conviction, not calendar-filling</w:t>
      </w:r>
      <w:r/>
    </w:p>
    <w:p>
      <w:r/>
      <w:r>
        <w:t>The strongest thing about Bal y Gay is its sense of purpose; it feels crafted, not manufactured, and that shows in the atmosphere. Organisers set out to honour Xesús Bal y Gay by putting great music into places that matter locally, rather than erecting another festival tent on neutral turf. The result is a programme that sits naturally within A Mariña’s churches, convents and fortresses, where stone walls and long reverberation give solos and choirs an almost cinematic sweep. If you love detail , of sound and setting , this festival rewards you.</w:t>
      </w:r>
      <w:r/>
    </w:p>
    <w:p>
      <w:pPr>
        <w:pStyle w:val="Heading2"/>
      </w:pPr>
      <w:r>
        <w:t>Why the new Lugo stop matters for audiences and artists</w:t>
      </w:r>
      <w:r/>
    </w:p>
    <w:p>
      <w:r/>
      <w:r>
        <w:t>Adding Lugo as a venue this year signals maturity. It’s not just about logistics; it’s about recognition. Artists who typically play in major European halls , and who rarely take festival dates , accepted gigs in Lugo, which says something about the festival’s quietly accumulated prestige. For audiences, it opens up travel options: you can base yourself in the city and make day trips to coastal towns, or vice versa. Practical tip: check transport links early, because the smaller towns have charming but infrequent services.</w:t>
      </w:r>
      <w:r/>
    </w:p>
    <w:p>
      <w:pPr>
        <w:pStyle w:val="Heading2"/>
      </w:pPr>
      <w:r>
        <w:t>Programming that mixes reverence with adventurous reimagining</w:t>
      </w:r>
      <w:r/>
    </w:p>
    <w:p>
      <w:r/>
      <w:r>
        <w:t>One of Bal y Gay’s clever moves is programming contrast. A candlelit Bach motet in a cathedral sits next to a jazz-leaning reimagining of Falla in a hilltop castle, and that variety keeps the season buzzing. It’s an intelligent gamble , audiences come for the sacred acoustics and stay for risk-taking projects. If you’re choosing concerts, think about what you want: sublime, stretched acoustics for vocal works, or close-up instrumental virtuosity in a smaller hall. Bring earplugs if you’re sensitive to booming reverb in vaulted spaces; otherwise, let the sound wash over you.</w:t>
      </w:r>
      <w:r/>
    </w:p>
    <w:p>
      <w:pPr>
        <w:pStyle w:val="Heading2"/>
      </w:pPr>
      <w:r>
        <w:t>Big names, intimate encounters: Sokolov and other highlights</w:t>
      </w:r>
      <w:r/>
    </w:p>
    <w:p>
      <w:r/>
      <w:r>
        <w:t>A headline act can make a festival moment unforgettable, and this edition delivered with pianists and ensembles of real gravity. A performance by a rarer-appearing figure can feel almost like a pilgrimage; expect ritualised playing, intense focus and generous encore gestures. But the festival balances these marquee evenings with chamber recitals that reveal texture and nuance. For visitors, that means you can enjoy a blockbuster concert and still catch a pared-back recital the next day. Booking early is sensible , the most atmospheric venues fill fast.</w:t>
      </w:r>
      <w:r/>
    </w:p>
    <w:p>
      <w:pPr>
        <w:pStyle w:val="Heading2"/>
      </w:pPr>
      <w:r>
        <w:t>How to plan your Bal y Gay weekend: logistics and local pleasures</w:t>
      </w:r>
      <w:r/>
    </w:p>
    <w:p>
      <w:r/>
      <w:r>
        <w:t>Practicalities matter more here than in a city break. Accommodation in the comarca is charming but limited during festival weeks, so reserve sooner rather than later. Combine concerts with local food , seafood, Galician bread and cheeses feel especially good after an evening of serious listening. If you’re driving, allow extra time for narrow lanes and parking near heritage sites. And if you like photography, arrive a little early to capture soft evening light on stone façades; the visual backdrop is part of the draw.</w:t>
      </w:r>
      <w:r/>
    </w:p>
    <w:p>
      <w:r/>
      <w:r>
        <w:t>It's a small change of scene that makes great music feel newly precious.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1">
        <w:r>
          <w:rPr>
            <w:color w:val="0000EE"/>
            <w:u w:val="single"/>
          </w:rPr>
          <w:t>[5]</w:t>
        </w:r>
      </w:hyperlink>
      <w:r>
        <w:t xml:space="preserve">- Paragraph 3: </w:t>
      </w:r>
      <w:hyperlink r:id="rId13">
        <w:r>
          <w:rPr>
            <w:color w:val="0000EE"/>
            <w:u w:val="single"/>
          </w:rPr>
          <w:t>[4]</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15">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https://www.beckmesser.com/el-festival-bal-y-gay-2026/</w:t>
        </w:r>
      </w:hyperlink>
      <w:r>
        <w:t xml:space="preserve"> - Please view link - unable to able to access data</w:t>
      </w:r>
      <w:r/>
    </w:p>
    <w:p>
      <w:pPr>
        <w:pStyle w:val="ListNumber"/>
        <w:spacing w:line="240" w:lineRule="auto"/>
        <w:ind w:left="720"/>
      </w:pPr>
      <w:r/>
      <w:hyperlink r:id="rId10">
        <w:r>
          <w:rPr>
            <w:color w:val="0000EE"/>
            <w:u w:val="single"/>
          </w:rPr>
          <w:t>https://festivalbalygay.com/</w:t>
        </w:r>
      </w:hyperlink>
      <w:r>
        <w:t xml:space="preserve"> - The official website of the Bal y Gay Music Festival, a classical music event held annually in A Mariña, Lugo, Spain. The XIII edition is scheduled from August 5 to 21, 2026, featuring 14 concerts in various unique venues, including the Cathedral of Mondoñedo and the Fuxan Os Ventos Auditorium in Lugo. The festival aims to bring high-quality classical music to the region, showcasing both national and international artists. The website provides detailed information about the festival's history, programming, and ticketing.</w:t>
      </w:r>
      <w:r/>
    </w:p>
    <w:p>
      <w:pPr>
        <w:pStyle w:val="ListNumber"/>
        <w:spacing w:line="240" w:lineRule="auto"/>
        <w:ind w:left="720"/>
      </w:pPr>
      <w:r/>
      <w:hyperlink r:id="rId12">
        <w:r>
          <w:rPr>
            <w:color w:val="0000EE"/>
            <w:u w:val="single"/>
          </w:rPr>
          <w:t>https://www.cronica3.com/2026/07/a-excelencia-musical-volve-a-marina-o-bal-y-gay-celebra-a-sua-13a-edicion-con-artistas-internacionais/</w:t>
        </w:r>
      </w:hyperlink>
      <w:r>
        <w:t xml:space="preserve"> - An article from Crónica3 detailing the 13th edition of the Bal y Gay Music Festival, highlighting its return to A Mariña with international artists. The festival is set to take place from August 5 to 21, 2026, featuring 14 concerts in various venues across the region. The article emphasizes the festival's significance in promoting cultural excellence and its impact on the local community, noting the support from the Diputación de Lugo and the participation of renowned artists.</w:t>
      </w:r>
      <w:r/>
    </w:p>
    <w:p>
      <w:pPr>
        <w:pStyle w:val="ListNumber"/>
        <w:spacing w:line="240" w:lineRule="auto"/>
        <w:ind w:left="720"/>
      </w:pPr>
      <w:r/>
      <w:hyperlink r:id="rId13">
        <w:r>
          <w:rPr>
            <w:color w:val="0000EE"/>
            <w:u w:val="single"/>
          </w:rPr>
          <w:t>https://21noticias.com/2026/07/14/o-festival-bal-y-gay-estendese-a-lugo-e-trae-en-agosto-a-grandes-interpretes-internacionais-co-impulso-da-xunta/</w:t>
        </w:r>
      </w:hyperlink>
      <w:r>
        <w:t xml:space="preserve"> - A report from 21Noticias discussing the expansion of the Bal y Gay Music Festival to Lugo, with support from the Xunta de Galicia. The 13th edition, scheduled from August 5 to 21, 2026, includes 14 concerts featuring international artists. The article highlights the festival's growth and its role in decentralizing culture, bringing high-quality music to different parts of the region, and attracting new audiences.</w:t>
      </w:r>
      <w:r/>
    </w:p>
    <w:p>
      <w:pPr>
        <w:pStyle w:val="ListNumber"/>
        <w:spacing w:line="240" w:lineRule="auto"/>
        <w:ind w:left="720"/>
      </w:pPr>
      <w:r/>
      <w:hyperlink r:id="rId11">
        <w:r>
          <w:rPr>
            <w:color w:val="0000EE"/>
            <w:u w:val="single"/>
          </w:rPr>
          <w:t>https://amarinaxornal.gal/cultura/125298-o-bal-y-gay-ofrece-este-2026-a-sua-edicion-mais-ambiciosa-consolidando-a-marina-como-referente-da-musica-clasica/</w:t>
        </w:r>
      </w:hyperlink>
      <w:r>
        <w:t xml:space="preserve"> - An article from A Mariña Xornal presenting the 13th edition of the Bal y Gay Music Festival as the most ambitious to date, consolidating A Mariña as a reference for classical music. The festival, taking place from August 5 to 21, 2026, features 14 concerts in various venues, including the Cathedral of Mondoñedo and the Fuxan Os Ventos Auditorium in Lugo. The article emphasizes the festival's growth and its impact on the local cultural scene.</w:t>
      </w:r>
      <w:r/>
    </w:p>
    <w:p>
      <w:pPr>
        <w:pStyle w:val="ListNumber"/>
        <w:spacing w:line="240" w:lineRule="auto"/>
        <w:ind w:left="720"/>
      </w:pPr>
      <w:r/>
      <w:hyperlink r:id="rId15">
        <w:r>
          <w:rPr>
            <w:color w:val="0000EE"/>
            <w:u w:val="single"/>
          </w:rPr>
          <w:t>https://www.galiciadigital.com/opinion/opinion.39389.php</w:t>
        </w:r>
      </w:hyperlink>
      <w:r>
        <w:t xml:space="preserve"> - An opinion piece from Galicia Digital discussing the 13th edition of the Bal y Gay Music Festival, highlighting its international programming and the participation of renowned artists. The article provides insights into the festival's history, its role in promoting classical music in the region, and the significance of its diverse venues, including the Cathedral of Mondoñedo and the Fuxan Os Ventos Auditorium in Lugo.</w:t>
      </w:r>
      <w:r/>
    </w:p>
    <w:p>
      <w:pPr>
        <w:pStyle w:val="ListNumber"/>
        <w:spacing w:line="240" w:lineRule="auto"/>
        <w:ind w:left="720"/>
      </w:pPr>
      <w:r/>
      <w:hyperlink r:id="rId14">
        <w:r>
          <w:rPr>
            <w:color w:val="0000EE"/>
            <w:u w:val="single"/>
          </w:rPr>
          <w:t>https://lugoxa.com/es/news/a-marina-acogera-la-xiii-edicion-del-festival-bal-y-gay-con-14-conciertos-de-musica-clasica-entre-el-5-y-el-21-de-agosto/129174/</w:t>
        </w:r>
      </w:hyperlink>
      <w:r>
        <w:t xml:space="preserve"> - A news article from LugoXa announcing the XIII edition of the Bal y Gay Music Festival, featuring 14 classical music concerts between August 5 and 21, 2026. The festival will take place in various venues across A Mariña, including the Cathedral of Mondoñedo and the Fuxan Os Ventos Auditorium in Lugo. The article highlights the festival's expansion and its role in bringing high-quality music to the region, with support from the Diputación de Lugo.</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eckmesser.com/el-festival-bal-y-gay-2026/" TargetMode="External"/><Relationship Id="rId10" Type="http://schemas.openxmlformats.org/officeDocument/2006/relationships/hyperlink" Target="https://festivalbalygay.com/" TargetMode="External"/><Relationship Id="rId11" Type="http://schemas.openxmlformats.org/officeDocument/2006/relationships/hyperlink" Target="https://amarinaxornal.gal/cultura/125298-o-bal-y-gay-ofrece-este-2026-a-sua-edicion-mais-ambiciosa-consolidando-a-marina-como-referente-da-musica-clasica/" TargetMode="External"/><Relationship Id="rId12" Type="http://schemas.openxmlformats.org/officeDocument/2006/relationships/hyperlink" Target="https://www.cronica3.com/2026/07/a-excelencia-musical-volve-a-marina-o-bal-y-gay-celebra-a-sua-13a-edicion-con-artistas-internacionais/" TargetMode="External"/><Relationship Id="rId13" Type="http://schemas.openxmlformats.org/officeDocument/2006/relationships/hyperlink" Target="https://21noticias.com/2026/07/14/o-festival-bal-y-gay-estendese-a-lugo-e-trae-en-agosto-a-grandes-interpretes-internacionais-co-impulso-da-xunta/" TargetMode="External"/><Relationship Id="rId14" Type="http://schemas.openxmlformats.org/officeDocument/2006/relationships/hyperlink" Target="https://lugoxa.com/es/news/a-marina-acogera-la-xiii-edicion-del-festival-bal-y-gay-con-14-conciertos-de-musica-clasica-entre-el-5-y-el-21-de-agosto/129174/" TargetMode="External"/><Relationship Id="rId15" Type="http://schemas.openxmlformats.org/officeDocument/2006/relationships/hyperlink" Target="https://www.galiciadigital.com/opinion/opinion.39389.ph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