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Picks: Best New Queer Anthems — Arca and Planningtorock’s “Queer”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sound are flocking to bold, boundary-pushing queer anthems; music fans and LGBTQ+ listeners alike are celebrating Arca and Planningtorock’s collaborative single “Queer”, a sleek, synth-forward track that matters for its sound and its message. Here’s why this one’s trending and how to listen in.</w:t>
      </w:r>
      <w:r/>
    </w:p>
    <w:p>
      <w:r/>
      <w:r>
        <w:t>Essential Takeaways</w:t>
      </w:r>
      <w:r/>
      <w:r/>
    </w:p>
    <w:p>
      <w:pPr>
        <w:pStyle w:val="ListBullet"/>
        <w:spacing w:line="240" w:lineRule="auto"/>
        <w:ind w:left="720"/>
      </w:pPr>
      <w:r/>
      <w:r>
        <w:rPr>
          <w:b/>
        </w:rPr>
        <w:t>Bold production:</w:t>
      </w:r>
      <w:r>
        <w:t xml:space="preserve"> The track marries warm, glitchy synths with a firm, driving beat that feels tactile and alive.</w:t>
      </w:r>
      <w:r/>
    </w:p>
    <w:p>
      <w:pPr>
        <w:pStyle w:val="ListBullet"/>
        <w:spacing w:line="240" w:lineRule="auto"/>
        <w:ind w:left="720"/>
      </w:pPr>
      <w:r/>
      <w:r>
        <w:rPr>
          <w:b/>
        </w:rPr>
        <w:t>Bilingual vocals:</w:t>
      </w:r>
      <w:r>
        <w:t xml:space="preserve"> Arca sings in Spanish and Planningtorock in English, giving the song an intimate, international sweep.</w:t>
      </w:r>
      <w:r/>
    </w:p>
    <w:p>
      <w:pPr>
        <w:pStyle w:val="ListBullet"/>
        <w:spacing w:line="240" w:lineRule="auto"/>
        <w:ind w:left="720"/>
      </w:pPr>
      <w:r/>
      <w:r>
        <w:rPr>
          <w:b/>
        </w:rPr>
        <w:t>Anthemic chorus:</w:t>
      </w:r>
      <w:r>
        <w:t xml:space="preserve"> “Tears of power” frames vulnerability as strength , it lands emotionally and sticks.</w:t>
      </w:r>
      <w:r/>
    </w:p>
    <w:p>
      <w:pPr>
        <w:pStyle w:val="ListBullet"/>
        <w:spacing w:line="240" w:lineRule="auto"/>
        <w:ind w:left="720"/>
      </w:pPr>
      <w:r/>
      <w:r>
        <w:rPr>
          <w:b/>
        </w:rPr>
        <w:t>Textural vocals:</w:t>
      </w:r>
      <w:r>
        <w:t xml:space="preserve"> Effects and layering add mystery and grit; the voice feels both close and otherworldly.</w:t>
      </w:r>
      <w:r/>
    </w:p>
    <w:p>
      <w:pPr>
        <w:pStyle w:val="ListBullet"/>
        <w:spacing w:line="240" w:lineRule="auto"/>
        <w:ind w:left="720"/>
      </w:pPr>
      <w:r/>
      <w:r>
        <w:rPr>
          <w:b/>
        </w:rPr>
        <w:t>Good to know:</w:t>
      </w:r>
      <w:r>
        <w:t xml:space="preserve"> It’s the fourth track from Arca’s 2021 album and a standout collaboration with Planningtorock.</w:t>
      </w:r>
      <w:r/>
      <w:r/>
    </w:p>
    <w:p>
      <w:r/>
      <w:r>
        <w:t>Why this duet sounds like a declaration</w:t>
      </w:r>
      <w:r/>
    </w:p>
    <w:p>
      <w:r/>
      <w:r>
        <w:t>From the first seconds “Queer” grabs you with synth textures that shimmer and then cut through, like neon under rain. The production feels warm but edgy; those creative synth lines pop in a way that’s both sculpted and spontaneous. According to fan and streaming pages, the song was written and produced by Arca with contribution from Safety Trance, and it’s easy to hear the meticulous attention to tone and space. For listeners who like their pop with a left-field twist, this track lands exactly where it should.</w:t>
      </w:r>
      <w:r/>
    </w:p>
    <w:p>
      <w:r/>
      <w:r>
        <w:t>A bilingual anthem that balances intimacy and spectacle</w:t>
      </w:r>
      <w:r/>
    </w:p>
    <w:p>
      <w:r/>
      <w:r>
        <w:t>One of the song’s smartest moves is its language play. Arca delivers intimate Spanish verses about being struck by someone’s presence, while Planningtorock’s English chorus turns that intimacy into an anthem: “I got tears like a queer / Queer power.” That interplay gives the track a domestic warmth and a stadium-ready uplift all at once. If you’re choosing tracks for a playlist that moves from late-night introspection to empowered singalongs, this one bridges the gap beautifully.</w:t>
      </w:r>
      <w:r/>
    </w:p>
    <w:p>
      <w:r/>
      <w:r>
        <w:t>Production details that matter to casual listeners</w:t>
      </w:r>
      <w:r/>
    </w:p>
    <w:p>
      <w:r/>
      <w:r>
        <w:t>You don’t need studio credits to notice the work here; vocal effects add dimension without drowning the singers. The beats are an anchor , firm, precise, and slightly industrial , which keeps the track from floating off into ambience. Fans on Bandcamp and music blogs have flagged the sonic detail, and it’s a nice reminder: when production is this deliberate, every listen reveals a new texture. If you’re into headphones that show off mids and highs, this is a good test track.</w:t>
      </w:r>
      <w:r/>
    </w:p>
    <w:p>
      <w:r/>
      <w:r>
        <w:t>What the song says, beyond the lyrics</w:t>
      </w:r>
      <w:r/>
    </w:p>
    <w:p>
      <w:r/>
      <w:r>
        <w:t>On the surface, the chorus’s “tears of power” flips vulnerability into an act of strength, and the bridge and outro double down on that sentiment with pleading, generous imagery , “I will shower you in tears of fire.” For queer listeners, that’s catharsis; for allies, it’s a lesson in emotional labour and celebration. Music sites and fan pages have been parsing the lines, and the consensus is that the song recognises real hardship while insisting on joy and resilience.</w:t>
      </w:r>
      <w:r/>
    </w:p>
    <w:p>
      <w:r/>
      <w:r>
        <w:t>How to enjoy it and where it fits in your rotation</w:t>
      </w:r>
      <w:r/>
    </w:p>
    <w:p>
      <w:r/>
      <w:r>
        <w:t>Play it loud for friends who love synth-driven pop, or drop it into a late-night mix when you want music that feels both fragile and fierce. If you want to dig deeper, stream the full album , “Queer” is track four and sits comfortably within Arca’s experimental-pop arc. For vinyl or Bandcamp collectors, keep an eye out for special releases; this is the sort of collaboration that earns a second pressing.</w:t>
      </w:r>
      <w:r/>
    </w:p>
    <w:p>
      <w:r/>
      <w:r>
        <w:t>A quick listening tip</w:t>
      </w:r>
      <w:r/>
    </w:p>
    <w:p>
      <w:r/>
      <w:r>
        <w:t>Use headphones and cue the chorus; the layered vocals and synths reveal more on a close listen, and the track’s emotional centre is easier to feel that way. And don’t be surprised if the chorus gets stuck in your head , it’s designed to.</w:t>
      </w:r>
      <w:r/>
    </w:p>
    <w:p>
      <w:r/>
      <w:r>
        <w:t>It’s a small song with a big heart; give it a listen and let it land.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[4]</w:t>
        </w:r>
      </w:hyperlink>
      <w:r>
        <w:t xml:space="preserve">- Paragraph 3: </w:t>
      </w:r>
      <w:hyperlink r:id="rId12">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11">
        <w:r>
          <w:rPr>
            <w:color w:val="0000EE"/>
            <w:u w:val="single"/>
          </w:rPr>
          <w:t>[6]</w:t>
        </w:r>
      </w:hyperlink>
      <w:r>
        <w:t xml:space="preserve">, </w:t>
      </w:r>
      <w:hyperlink r:id="rId10">
        <w:r>
          <w:rPr>
            <w:color w:val="0000EE"/>
            <w:u w:val="single"/>
          </w:rPr>
          <w:t>[4]</w:t>
        </w:r>
      </w:hyperlink>
      <w:r>
        <w:t xml:space="preserve">- Paragraph 7: </w:t>
      </w:r>
      <w:hyperlink r:id="rId13">
        <w:r>
          <w:rPr>
            <w:color w:val="0000EE"/>
            <w:u w:val="single"/>
          </w:rPr>
          <w:t>[3]</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https://themusicalhype.com/arca-planningtorock-queer-beaming-with-pride/</w:t>
        </w:r>
      </w:hyperlink>
      <w:r>
        <w:t xml:space="preserve"> - Please view link - unable to able to access data</w:t>
      </w:r>
      <w:r/>
    </w:p>
    <w:p>
      <w:pPr>
        <w:pStyle w:val="ListNumber"/>
        <w:spacing w:line="240" w:lineRule="auto"/>
        <w:ind w:left="720"/>
      </w:pPr>
      <w:r/>
      <w:hyperlink r:id="rId12">
        <w:r>
          <w:rPr>
            <w:color w:val="0000EE"/>
            <w:u w:val="single"/>
          </w:rPr>
          <w:t>https://arca1000000.fandom.com/wiki/Queer</w:t>
        </w:r>
      </w:hyperlink>
      <w:r>
        <w:t xml:space="preserve"> - This Fandom page provides detailed information about 'Queer', a song by Arca featuring Planningtorock. It includes the song's release date, album details, genre, and production credits. The page also lists the lyrics in both Spanish and English, offering insights into the song's themes and collaboration. Additionally, it provides links to related content and discussions about the track, making it a comprehensive resource for fans and researchers interested in this collaboration.</w:t>
      </w:r>
      <w:r/>
    </w:p>
    <w:p>
      <w:pPr>
        <w:pStyle w:val="ListNumber"/>
        <w:spacing w:line="240" w:lineRule="auto"/>
        <w:ind w:left="720"/>
      </w:pPr>
      <w:r/>
      <w:hyperlink r:id="rId13">
        <w:r>
          <w:rPr>
            <w:color w:val="0000EE"/>
            <w:u w:val="single"/>
          </w:rPr>
          <w:t>https://readdork.com/lyrics/arca-queer</w:t>
        </w:r>
      </w:hyperlink>
      <w:r>
        <w:t xml:space="preserve"> - Dork Magazine's article presents the lyrics to 'Queer' by Arca featuring Planningtorock. The piece highlights the bilingual nature of the song, with verses in Spanish performed by Arca and the chorus in English by Planningtorock. The lyrics are provided in their original form, allowing readers to appreciate the song's poetic elements and thematic depth. The article serves as a valuable resource for those looking to understand the lyrical content of this collaboration.</w:t>
      </w:r>
      <w:r/>
    </w:p>
    <w:p>
      <w:pPr>
        <w:pStyle w:val="ListNumber"/>
        <w:spacing w:line="240" w:lineRule="auto"/>
        <w:ind w:left="720"/>
      </w:pPr>
      <w:r/>
      <w:hyperlink r:id="rId10">
        <w:r>
          <w:rPr>
            <w:color w:val="0000EE"/>
            <w:u w:val="single"/>
          </w:rPr>
          <w:t>https://www.cultture.com/escucha-el-nuevo-tema-glitchy-de-arca-queer-con-planningtorock</w:t>
        </w:r>
      </w:hyperlink>
      <w:r>
        <w:t xml:space="preserve"> - Cultture's article discusses Arca's new track 'Queer', featuring Planningtorock. It describes the song as glitchy with distorted vocals in Spanish and English, serving as a preview for Arca's upcoming album 'KicK iiii'. The piece provides insights into the song's style and its place within the album's context. It also mentions previous singles from the album and includes a link to listen to 'Queer', offering readers a chance to experience the track firsthand.</w:t>
      </w:r>
      <w:r/>
    </w:p>
    <w:p>
      <w:pPr>
        <w:pStyle w:val="ListNumber"/>
        <w:spacing w:line="240" w:lineRule="auto"/>
        <w:ind w:left="720"/>
      </w:pPr>
      <w:r/>
      <w:hyperlink r:id="rId14">
        <w:r>
          <w:rPr>
            <w:color w:val="0000EE"/>
            <w:u w:val="single"/>
          </w:rPr>
          <w:t>https://sonichits.com/video/Arca%3B_Planningtorock/Queer</w:t>
        </w:r>
      </w:hyperlink>
      <w:r>
        <w:t xml:space="preserve"> - SonicHits provides the lyrics to 'Queer' by Arca featuring Planningtorock, along with an analysis of the song's meaning. The article delves into the bilingual lyrics, exploring themes of empowerment and identity. It offers a line-by-line breakdown, helping readers understand the nuances of the song. The piece also includes a video of the track, allowing fans to engage with the music and its message more deeply.</w:t>
      </w:r>
      <w:r/>
    </w:p>
    <w:p>
      <w:pPr>
        <w:pStyle w:val="ListNumber"/>
        <w:spacing w:line="240" w:lineRule="auto"/>
        <w:ind w:left="720"/>
      </w:pPr>
      <w:r/>
      <w:hyperlink r:id="rId11">
        <w:r>
          <w:rPr>
            <w:color w:val="0000EE"/>
            <w:u w:val="single"/>
          </w:rPr>
          <w:t>https://arca1000000.bandcamp.com/track/queer</w:t>
        </w:r>
      </w:hyperlink>
      <w:r>
        <w:t xml:space="preserve"> - This Bandcamp page features 'Queer', a track by Arca featuring Planningtorock, from the album 'KicK iiii'. The page offers streaming and download options for the song, allowing listeners to experience the collaboration directly. It also provides information about the release date and credits, including the artists involved and the label. The page serves as a platform for fans to access the track and support the artists.</w:t>
      </w:r>
      <w:r/>
    </w:p>
    <w:p>
      <w:pPr>
        <w:pStyle w:val="ListNumber"/>
        <w:spacing w:line="240" w:lineRule="auto"/>
        <w:ind w:left="720"/>
      </w:pPr>
      <w:r/>
      <w:hyperlink r:id="rId15">
        <w:r>
          <w:rPr>
            <w:color w:val="0000EE"/>
            <w:u w:val="single"/>
          </w:rPr>
          <w:t>https://www.letrasboom.com/letra/queer-arca</w:t>
        </w:r>
      </w:hyperlink>
      <w:r>
        <w:t xml:space="preserve"> - LetrasBoom provides the lyrics to 'Queer' by Arca featuring Planningtorock, presented in both Spanish and English. The article offers a comprehensive view of the song's content, allowing readers to appreciate the bilingual nature of the track. It also includes information about the artists and the album, providing context for the collaboration. The page serves as a resource for fans interested in the song's lyrics and background.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alhype.com/arca-planningtorock-queer-beaming-with-pride/" TargetMode="External"/><Relationship Id="rId10" Type="http://schemas.openxmlformats.org/officeDocument/2006/relationships/hyperlink" Target="https://www.cultture.com/escucha-el-nuevo-tema-glitchy-de-arca-queer-con-planningtorock" TargetMode="External"/><Relationship Id="rId11" Type="http://schemas.openxmlformats.org/officeDocument/2006/relationships/hyperlink" Target="https://arca1000000.bandcamp.com/track/queer" TargetMode="External"/><Relationship Id="rId12" Type="http://schemas.openxmlformats.org/officeDocument/2006/relationships/hyperlink" Target="https://arca1000000.fandom.com/wiki/Queer" TargetMode="External"/><Relationship Id="rId13" Type="http://schemas.openxmlformats.org/officeDocument/2006/relationships/hyperlink" Target="https://readdork.com/lyrics/arca-queer" TargetMode="External"/><Relationship Id="rId14" Type="http://schemas.openxmlformats.org/officeDocument/2006/relationships/hyperlink" Target="https://sonichits.com/video/Arca%3B_Planningtorock/Queer" TargetMode="External"/><Relationship Id="rId15" Type="http://schemas.openxmlformats.org/officeDocument/2006/relationships/hyperlink" Target="https://www.letrasboom.com/letra/queer-ar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