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Oakland Pride 2026 Line-up: Headliners, Stages and Free Festival Details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revelers are already planning their weekend , Oakland Pride 2026 returns to Downtown on 16 August with a stacked parade, a free festival, and headline acts from Latin pop icon Fey to house favourite Lady Alma, bringing music, visibility and community support to Frank Ogawa Plaza.</w:t>
      </w:r>
      <w:r/>
    </w:p>
    <w:p>
      <w:r/>
      <w:r>
        <w:t>Essential Takeaways</w:t>
      </w:r>
      <w:r/>
      <w:r/>
    </w:p>
    <w:p>
      <w:pPr>
        <w:pStyle w:val="ListBullet"/>
        <w:spacing w:line="240" w:lineRule="auto"/>
        <w:ind w:left="720"/>
      </w:pPr>
      <w:r/>
      <w:r>
        <w:rPr>
          <w:b/>
        </w:rPr>
        <w:t>When and where:</w:t>
      </w:r>
      <w:r>
        <w:t xml:space="preserve"> Parade at 10:30am and Festival opens 11am on Sunday 16 August in Downtown Oakland, with free entry before 12:30pm.</w:t>
      </w:r>
      <w:r/>
    </w:p>
    <w:p>
      <w:pPr>
        <w:pStyle w:val="ListBullet"/>
        <w:spacing w:line="240" w:lineRule="auto"/>
        <w:ind w:left="720"/>
      </w:pPr>
      <w:r/>
      <w:r>
        <w:rPr>
          <w:b/>
        </w:rPr>
        <w:t>Big names:</w:t>
      </w:r>
      <w:r>
        <w:t xml:space="preserve"> Fey headlines the Latin Stage; Lady Alma anchors the House Stage; Chrissy Chlapecka, Terrell Carter and Gala Varo are among featured acts.</w:t>
      </w:r>
      <w:r/>
    </w:p>
    <w:p>
      <w:pPr>
        <w:pStyle w:val="ListBullet"/>
        <w:spacing w:line="240" w:lineRule="auto"/>
        <w:ind w:left="720"/>
      </w:pPr>
      <w:r/>
      <w:r>
        <w:rPr>
          <w:b/>
        </w:rPr>
        <w:t>Local flavour:</w:t>
      </w:r>
      <w:r>
        <w:t xml:space="preserve"> Strong Oakland representation with trans DJ and performer Star Amerasu and emerging local winner NYTE SKOOL.</w:t>
      </w:r>
      <w:r/>
    </w:p>
    <w:p>
      <w:pPr>
        <w:pStyle w:val="ListBullet"/>
        <w:spacing w:line="240" w:lineRule="auto"/>
        <w:ind w:left="720"/>
      </w:pPr>
      <w:r/>
      <w:r>
        <w:rPr>
          <w:b/>
        </w:rPr>
        <w:t>Community and causes:</w:t>
      </w:r>
      <w:r>
        <w:t xml:space="preserve"> Parade includes an East Bay Trans March contingent; proceeds now support the Oakland LGBTQ Community Center’s year‑round services.</w:t>
      </w:r>
      <w:r/>
    </w:p>
    <w:p>
      <w:pPr>
        <w:pStyle w:val="ListBullet"/>
        <w:spacing w:line="240" w:lineRule="auto"/>
        <w:ind w:left="720"/>
      </w:pPr>
      <w:r/>
      <w:r>
        <w:rPr>
          <w:b/>
        </w:rPr>
        <w:t>Practical vibe:</w:t>
      </w:r>
      <w:r>
        <w:t xml:space="preserve"> Expect danceable sets, visual drag moments, family‑friendly activity zones, and an energetic, diverse crowd.</w:t>
      </w:r>
      <w:r/>
      <w:r/>
    </w:p>
    <w:p>
      <w:pPr>
        <w:pStyle w:val="Heading2"/>
      </w:pPr>
      <w:r>
        <w:t>Who’s headlining and why it matters</w:t>
      </w:r>
      <w:r/>
    </w:p>
    <w:p>
      <w:r/>
      <w:r>
        <w:t>Oakland Pride’s bill reads like a map of queer pop culture right now, with Fey bringing 1990s Latin‑pop nostalgia and anthemic dance hits, while Lady Alma supplies decades of house music joy and soulful hooks. That mix matters because it invites multiple generations and communities to the same party, so parents, teens and longtime club kids can all get something from the bill. According to organisers, the Latin Stage is produced in partnership with Que Rico Productions and Club Papi, showing how local promoters are shaping the sound.</w:t>
      </w:r>
      <w:r/>
    </w:p>
    <w:p>
      <w:pPr>
        <w:pStyle w:val="Heading2"/>
      </w:pPr>
      <w:r>
        <w:t>What to expect on the stages</w:t>
      </w:r>
      <w:r/>
    </w:p>
    <w:p>
      <w:r/>
      <w:r>
        <w:t>If you’re picking a set to catch, Fey’s show will lean into high‑gloss pop and Latin dance hits that are instantly crowd‑pleasing, whereas Lady Alma’s House Stage promises uplifting, groove‑forward DJ and live performances rooted in Black and Latino LGBTQ+ dance culture. Festival producers have deliberately stacked the line‑up with artists who bring both spectacle and community ties , think bold visuals from Gala Varo, intimate vocal moments from Terrell Carter, and TikTok‑bred pop energy via Chrissy Chlapecka.</w:t>
      </w:r>
      <w:r/>
    </w:p>
    <w:p>
      <w:pPr>
        <w:pStyle w:val="Heading2"/>
      </w:pPr>
      <w:r>
        <w:t>Parade details and community programming</w:t>
      </w:r>
      <w:r/>
    </w:p>
    <w:p>
      <w:r/>
      <w:r>
        <w:t>The parade starts at 10:30am along Broadway on 16 August and is free to watch, with organisers highlighting a dedicated East Bay Trans March contingent in partnership with groups like Brutha’s Rising and the Trans Wellness Center. Oakland Pride’s shift to become a programme of the Oakland LGBTQ Community Center means this event now funnels resources back into local services, so every cheer on the route has a practical payoff for community support.</w:t>
      </w:r>
      <w:r/>
    </w:p>
    <w:p>
      <w:pPr>
        <w:pStyle w:val="Heading2"/>
      </w:pPr>
      <w:r>
        <w:t>Local stars and emerging voices to watch</w:t>
      </w:r>
      <w:r/>
    </w:p>
    <w:p>
      <w:r/>
      <w:r>
        <w:t>Oakland isn’t only hosting national names , it’s showcasing homegrown talent. Star Amerasu, a trans Oakland DJ and pop act, plus NYTE SKOOL, last year’s Oakland Pride Talent Show winner, bring the city’s distinct sound and energy to the main stage. La Cruz, Gala Varo and other Latinx performers reflect the Bay’s deep Latino queer scenes, which organisers have highlighted through a dedicated Latin Stage produced with community partners.</w:t>
      </w:r>
      <w:r/>
    </w:p>
    <w:p>
      <w:pPr>
        <w:pStyle w:val="Heading2"/>
      </w:pPr>
      <w:r>
        <w:t>Tips for going: practical planning and accessibility</w:t>
      </w:r>
      <w:r/>
    </w:p>
    <w:p>
      <w:r/>
      <w:r>
        <w:t>Arrive early if you want a prime spot , festival gates open at 11am and the early window offers free entry before 12:30pm. Bring layered clothing for summer mornings that warm up into full sun, and pack a water bottle and sunscreen; there will be food, sponsors and information booths, but queues can be long at peak times. For accessibility, check the Oakland Pride website for official guides and maps, and look out for community tents hosting resources and quieter spaces if you need them.</w:t>
      </w:r>
      <w:r/>
    </w:p>
    <w:p>
      <w:r/>
      <w:r>
        <w:t>It's a small change that helps the city celebrate louder, prouder and with more purpose.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2">
        <w:r>
          <w:rPr>
            <w:color w:val="0000EE"/>
            <w:u w:val="single"/>
          </w:rPr>
          <w:t>[3]</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9">
        <w:r>
          <w:rPr>
            <w:color w:val="0000EE"/>
            <w:u w:val="single"/>
          </w:rPr>
          <w:t>[1]</w:t>
        </w:r>
      </w:hyperlink>
      <w:r>
        <w:t xml:space="preserve">, </w:t>
      </w:r>
      <w:hyperlink r:id="rId10">
        <w:r>
          <w:rPr>
            <w:color w:val="0000EE"/>
            <w:u w:val="single"/>
          </w:rPr>
          <w:t>[2]</w:t>
        </w:r>
      </w:hyperlink>
      <w:r>
        <w:t xml:space="preserve">- Paragraph 6: </w:t>
      </w:r>
      <w:hyperlink r:id="rId12">
        <w:r>
          <w:rPr>
            <w:color w:val="0000EE"/>
            <w:u w:val="single"/>
          </w:rPr>
          <w:t>[3]</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https://sfbaytimes.com/oakland-pride-2026-parade-and-festival-headliners/?utm_source=rss&amp;utm_medium=rss&amp;utm_campaign=oakland-pride-2026-parade-and-festival-headliners</w:t>
        </w:r>
      </w:hyperlink>
      <w:r>
        <w:t xml:space="preserve"> - Please view link - unable to able to access data</w:t>
      </w:r>
      <w:r/>
    </w:p>
    <w:p>
      <w:pPr>
        <w:pStyle w:val="ListNumber"/>
        <w:spacing w:line="240" w:lineRule="auto"/>
        <w:ind w:left="720"/>
      </w:pPr>
      <w:r/>
      <w:hyperlink r:id="rId10">
        <w:r>
          <w:rPr>
            <w:color w:val="0000EE"/>
            <w:u w:val="single"/>
          </w:rPr>
          <w:t>https://www.quericonightclub.com/oakland-pride-latin-stage/</w:t>
        </w:r>
      </w:hyperlink>
      <w:r>
        <w:t xml:space="preserve"> - Club Papi and Valentino Presents are hosting the 2026 Oakland Pride Latin Dance Stage, featuring Grammy-nominated gay icon Fey, openly gay Venezuelan reggaeton singer La Cruz, and RuPaul’s Drag Race Mexico legend Gala Varo. The event includes local drag performers and guest DJs spinning Latin music genres. The Latin Stage begins at 11 am on Sunday, August 16, 2026, at Frank H. Ogawa Plaza in Downtown Oakland. Tickets are available online, with VIP meet-and-greet options for Fey and La Cruz. For general admission tickets, visit the official Oakland Pride website.</w:t>
      </w:r>
      <w:r/>
    </w:p>
    <w:p>
      <w:pPr>
        <w:pStyle w:val="ListNumber"/>
        <w:spacing w:line="240" w:lineRule="auto"/>
        <w:ind w:left="720"/>
      </w:pPr>
      <w:r/>
      <w:hyperlink r:id="rId12">
        <w:r>
          <w:rPr>
            <w:color w:val="0000EE"/>
            <w:u w:val="single"/>
          </w:rPr>
          <w:t>https://www.oaklandprideofficial.org/</w:t>
        </w:r>
      </w:hyperlink>
      <w:r>
        <w:t xml:space="preserve"> - Oakland Pride is the East Bay’s longest-running and largest LGBTQIA+ cultural celebration, bringing together tens of thousands of attendees each year for a day of community, advocacy, information gathering, entertainment, and celebration. In 2026, Oakland Pride entered a new chapter as a program of the Oakland LGBTQ Community Center, ensuring that proceeds from the Festival will not only help produce Pride but will also directly support services and programs for LGBTQIA+ people through the Center’s year-round programming.</w:t>
      </w:r>
      <w:r/>
    </w:p>
    <w:p>
      <w:pPr>
        <w:pStyle w:val="ListNumber"/>
        <w:spacing w:line="240" w:lineRule="auto"/>
        <w:ind w:left="720"/>
      </w:pPr>
      <w:r/>
      <w:hyperlink r:id="rId11">
        <w:r>
          <w:rPr>
            <w:color w:val="0000EE"/>
            <w:u w:val="single"/>
          </w:rPr>
          <w:t>https://www.songkick.com/festivals/822839-oakland-pride/id/43274403-oakland-pride-2026</w:t>
        </w:r>
      </w:hyperlink>
      <w:r>
        <w:t xml:space="preserve"> - Oakland Pride 2026 is scheduled for Sunday, August 16, 2026, at Frank H. Ogawa Plaza in Oakland, California. The event features headliners Lady Alma and David Harness, with the parade starting at 10:00 AM and the festival opening at 12:00 PM. The festival includes four stages of live entertainment, including the Main Stage in front of City Hall. Tickets are available for purchase, and the event is expected to attract a large crowd.</w:t>
      </w:r>
      <w:r/>
    </w:p>
    <w:p>
      <w:pPr>
        <w:pStyle w:val="ListNumber"/>
        <w:spacing w:line="240" w:lineRule="auto"/>
        <w:ind w:left="720"/>
      </w:pPr>
      <w:r/>
      <w:hyperlink r:id="rId13">
        <w:r>
          <w:rPr>
            <w:color w:val="0000EE"/>
            <w:u w:val="single"/>
          </w:rPr>
          <w:t>https://happeningnext.com/event/oakland-pride-papi-party-hosted-by-la-cruz-eid1ef0l1ptx7ma</w:t>
        </w:r>
      </w:hyperlink>
      <w:r>
        <w:t xml:space="preserve"> - Valentino Presents and Club Papi are hosting PAPI PRIDE, the official Oakland Pride Latin Stage Main Event, on Saturday, August 15, 2026, at Next Level Nightclub in Oakland. The event is hosted by reggaeton singer La Cruz and features 12 Papi Go-Go dancers, drag performers, and DJ Ben from Puerto Rico. VIP meet-and-greet packages with La Cruz are available, including a photo opportunity and autographed poster. Tickets are available for purchase online.</w:t>
      </w:r>
      <w:r/>
    </w:p>
    <w:p>
      <w:pPr>
        <w:pStyle w:val="ListNumber"/>
        <w:spacing w:line="240" w:lineRule="auto"/>
        <w:ind w:left="720"/>
      </w:pPr>
      <w:r/>
      <w:hyperlink r:id="rId11">
        <w:r>
          <w:rPr>
            <w:color w:val="0000EE"/>
            <w:u w:val="single"/>
          </w:rPr>
          <w:t>https://www.songkick.com/festivals/822839-oakland-pride/id/43274403-oakland-pride-2026</w:t>
        </w:r>
      </w:hyperlink>
      <w:r>
        <w:t xml:space="preserve"> - Oakland Pride 2026 is scheduled for Sunday, August 16, 2026, at Frank H. Ogawa Plaza in Oakland, California. The event features headliners Lady Alma and David Harness, with the parade starting at 10:00 AM and the festival opening at 12:00 PM. The festival includes four stages of live entertainment, including the Main Stage in front of City Hall. Tickets are available for purchase, and the event is expected to attract a large crowd.</w:t>
      </w:r>
      <w:r/>
    </w:p>
    <w:p>
      <w:pPr>
        <w:pStyle w:val="ListNumber"/>
        <w:spacing w:line="240" w:lineRule="auto"/>
        <w:ind w:left="720"/>
      </w:pPr>
      <w:r/>
      <w:hyperlink r:id="rId11">
        <w:r>
          <w:rPr>
            <w:color w:val="0000EE"/>
            <w:u w:val="single"/>
          </w:rPr>
          <w:t>https://www.songkick.com/festivals/822839-oakland-pride/id/43274403-oakland-pride-2026</w:t>
        </w:r>
      </w:hyperlink>
      <w:r>
        <w:t xml:space="preserve"> - Oakland Pride 2026 is scheduled for Sunday, August 16, 2026, at Frank H. Ogawa Plaza in Oakland, California. The event features headliners Lady Alma and David Harness, with the parade starting at 10:00 AM and the festival opening at 12:00 PM. The festival includes four stages of live entertainment, including the Main Stage in front of City Hall. Tickets are available for purchase, and the event is expected to attract a large crowd.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fbaytimes.com/oakland-pride-2026-parade-and-festival-headliners/?utm_source=rss&amp;utm_medium=rss&amp;utm_campaign=oakland-pride-2026-parade-and-festival-headliners" TargetMode="External"/><Relationship Id="rId10" Type="http://schemas.openxmlformats.org/officeDocument/2006/relationships/hyperlink" Target="https://www.quericonightclub.com/oakland-pride-latin-stage/" TargetMode="External"/><Relationship Id="rId11" Type="http://schemas.openxmlformats.org/officeDocument/2006/relationships/hyperlink" Target="https://www.songkick.com/festivals/822839-oakland-pride/id/43274403-oakland-pride-2026" TargetMode="External"/><Relationship Id="rId12" Type="http://schemas.openxmlformats.org/officeDocument/2006/relationships/hyperlink" Target="https://www.oaklandprideofficial.org/" TargetMode="External"/><Relationship Id="rId13" Type="http://schemas.openxmlformats.org/officeDocument/2006/relationships/hyperlink" Target="https://happeningnext.com/event/oakland-pride-papi-party-hosted-by-la-cruz-eid1ef0l1ptx7m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