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Techno Parade Opens With Tribute to Pride Attack Victims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partygoers and Berliners alike watched as the city’s "Rave the Planet" techno parade began with a minute of silence for victims of the deadly attack at a Pride event three weeks earlier; organisers hope the large, highly guarded music march will send a message of love and resilience.</w:t>
      </w:r>
      <w:r/>
    </w:p>
    <w:p>
      <w:r/>
      <w:r>
        <w:t>Essential Takeaways</w:t>
      </w:r>
      <w:r/>
      <w:r/>
    </w:p>
    <w:p>
      <w:pPr>
        <w:pStyle w:val="ListBullet"/>
        <w:spacing w:line="240" w:lineRule="auto"/>
        <w:ind w:left="720"/>
      </w:pPr>
      <w:r/>
      <w:r>
        <w:rPr>
          <w:b/>
        </w:rPr>
        <w:t>Moment of remembrance:</w:t>
      </w:r>
      <w:r>
        <w:t xml:space="preserve"> The parade started with a minute of silence to honour those killed and injured in the Pride attack.</w:t>
      </w:r>
      <w:r/>
    </w:p>
    <w:p>
      <w:pPr>
        <w:pStyle w:val="ListBullet"/>
        <w:spacing w:line="240" w:lineRule="auto"/>
        <w:ind w:left="720"/>
      </w:pPr>
      <w:r/>
      <w:r>
        <w:rPr>
          <w:b/>
        </w:rPr>
        <w:t>Big turnout expected:</w:t>
      </w:r>
      <w:r>
        <w:t xml:space="preserve"> Organisers anticipated up to 300,000 techno fans for the "Rave the Planet" route through Tiergarten.</w:t>
      </w:r>
      <w:r/>
    </w:p>
    <w:p>
      <w:pPr>
        <w:pStyle w:val="ListBullet"/>
        <w:spacing w:line="240" w:lineRule="auto"/>
        <w:ind w:left="720"/>
      </w:pPr>
      <w:r/>
      <w:r>
        <w:rPr>
          <w:b/>
        </w:rPr>
        <w:t>Heavy security:</w:t>
      </w:r>
      <w:r>
        <w:t xml:space="preserve"> About 1,500 police officers, reinforcements from nearby states, helicopters and drones were deployed.</w:t>
      </w:r>
      <w:r/>
    </w:p>
    <w:p>
      <w:pPr>
        <w:pStyle w:val="ListBullet"/>
        <w:spacing w:line="240" w:lineRule="auto"/>
        <w:ind w:left="720"/>
      </w:pPr>
      <w:r/>
      <w:r>
        <w:rPr>
          <w:b/>
        </w:rPr>
        <w:t>Practical comforts:</w:t>
      </w:r>
      <w:r>
        <w:t xml:space="preserve"> Free drinking water on the route and water cannons were used to help people cope with temperatures above 30°C.</w:t>
      </w:r>
      <w:r/>
    </w:p>
    <w:p>
      <w:pPr>
        <w:pStyle w:val="ListBullet"/>
        <w:spacing w:line="240" w:lineRule="auto"/>
        <w:ind w:left="720"/>
      </w:pPr>
      <w:r/>
      <w:r>
        <w:rPr>
          <w:b/>
        </w:rPr>
        <w:t>Civic tension:</w:t>
      </w:r>
      <w:r>
        <w:t xml:space="preserve"> Authorities warned there’s no absolute protection for every path through the park, and a 1,200-strong counter-demonstration was planned.</w:t>
      </w:r>
      <w:r/>
      <w:r/>
    </w:p>
    <w:p>
      <w:pPr>
        <w:pStyle w:val="Heading2"/>
      </w:pPr>
      <w:r>
        <w:t>A solemn beat before the bass dropped</w:t>
      </w:r>
      <w:r/>
    </w:p>
    <w:p>
      <w:r/>
      <w:r>
        <w:t>The parade opened quietly: a minute of silence that felt both small and huge, a sober pause amid the bright flags and pulsing sub-bass that would follow. According to coverage in the international press, organisers and speakers urged attendees to carry love in their hearts and to stand firm against hate. The choice to begin with silence set the tone , remembrance before revelry , and gave the city a shared, human moment.</w:t>
      </w:r>
      <w:r/>
    </w:p>
    <w:p>
      <w:pPr>
        <w:pStyle w:val="Heading2"/>
      </w:pPr>
      <w:r>
        <w:t>Why Berlin chose to go ahead now</w:t>
      </w:r>
      <w:r/>
    </w:p>
    <w:p>
      <w:r/>
      <w:r>
        <w:t>This was the first major central-city event since the van-and-machete attack at a Pride parade on 25 July, which left one woman dead and dozens wounded. Event organisers and civic leaders decided to proceed with a large-scale parade both as a tribute and as a statement that public life and queer culture won’t be driven off the streets. It’s an act of defiance, and one that many locals see as important for communal healing.</w:t>
      </w:r>
      <w:r/>
    </w:p>
    <w:p>
      <w:pPr>
        <w:pStyle w:val="Heading2"/>
      </w:pPr>
      <w:r>
        <w:t>Security measures that feel visible</w:t>
      </w:r>
      <w:r/>
    </w:p>
    <w:p>
      <w:r/>
      <w:r>
        <w:t>Police presence was very visible: roughly 1,500 officers, plus support from Brandenburg and Saxony-Anhalt, with helicopters and drones watching from above. Roads were closed, some areas fortified with bollards, and nearby metro stops were limited to reduce risks. That said, Berlin’s police leadership was candid , there can be no absolute guarantee of safety in a large public park. Expectation management is part of the public conversation now.</w:t>
      </w:r>
      <w:r/>
    </w:p>
    <w:p>
      <w:pPr>
        <w:pStyle w:val="Heading2"/>
      </w:pPr>
      <w:r>
        <w:t>Managing the heat , and the mood</w:t>
      </w:r>
      <w:r/>
    </w:p>
    <w:p>
      <w:r/>
      <w:r>
        <w:t>Temperatures soared past 30°C on the day, so organisers added practical measures: free drinking water stations and water cannons to cool the crowd. For anyone planning to be at big outdoor events this summer, simple tips matter: bring a refillable bottle, wear light clothing, and agree on meeting points with friends in case of telecom congestion. Those small preparations keep the vibe fun rather than frantic.</w:t>
      </w:r>
      <w:r/>
    </w:p>
    <w:p>
      <w:pPr>
        <w:pStyle w:val="Heading2"/>
      </w:pPr>
      <w:r>
        <w:t>The wider reaction and what comes next</w:t>
      </w:r>
      <w:r/>
    </w:p>
    <w:p>
      <w:r/>
      <w:r>
        <w:t>The parade drew both solidarity and scrutiny. A counter-protest of about 1,200 people was planned alongside the festivities, reflecting the city’s fractious public debate over security and political response. Media outlets and community leaders have questioned whether authorities could have acted earlier, and there are renewed calls for clearer preventive measures. Still, many attendees described the atmosphere as cathartic: loud, colourful, and resolute.</w:t>
      </w:r>
      <w:r/>
    </w:p>
    <w:p>
      <w:r/>
      <w:r>
        <w:t>It's a small, defiant step that shows a city choosing to remember, protect and dance 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2">
        <w:r>
          <w:rPr>
            <w:color w:val="0000EE"/>
            <w:u w:val="single"/>
          </w:rPr>
          <w:t>[4]</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https://www.bta.bg/bg/news/world/1186167-berlinskiyat-tehno-parad-zapochna-s-pochit-kam-zhertvite-na-napadenieto-po-vreme</w:t>
        </w:r>
      </w:hyperlink>
      <w:r>
        <w:t xml:space="preserve"> - Please view link - unable to able to access data</w:t>
      </w:r>
      <w:r/>
    </w:p>
    <w:p>
      <w:pPr>
        <w:pStyle w:val="ListNumber"/>
        <w:spacing w:line="240" w:lineRule="auto"/>
        <w:ind w:left="720"/>
      </w:pPr>
      <w:r/>
      <w:hyperlink r:id="rId10">
        <w:r>
          <w:rPr>
            <w:color w:val="0000EE"/>
            <w:u w:val="single"/>
          </w:rPr>
          <w:t>https://www.cbsnews.com/news/berlin-lgbtq-pride-car-crash/</w:t>
        </w:r>
      </w:hyperlink>
      <w:r>
        <w:t xml:space="preserve"> - Berlin police have identified a suspect with ties to Islamic 'circles' in the German capital after a car plowed into a crowd at the city's LGBTQ+ parade Saturday, killing one person and injuring at least 16. The suspect, known to authorities, is from Berlin. Police are actively searching for him. The incident led to the cancellation of the Pride event and a concert in Berlin. (</w:t>
      </w:r>
      <w:hyperlink r:id="rId16">
        <w:r>
          <w:rPr>
            <w:color w:val="0000EE"/>
            <w:u w:val="single"/>
          </w:rPr>
          <w:t>cbsnews.com</w:t>
        </w:r>
      </w:hyperlink>
      <w:r>
        <w:t>)</w:t>
      </w:r>
      <w:r/>
    </w:p>
    <w:p>
      <w:pPr>
        <w:pStyle w:val="ListNumber"/>
        <w:spacing w:line="240" w:lineRule="auto"/>
        <w:ind w:left="720"/>
      </w:pPr>
      <w:r/>
      <w:hyperlink r:id="rId11">
        <w:r>
          <w:rPr>
            <w:color w:val="0000EE"/>
            <w:u w:val="single"/>
          </w:rPr>
          <w:t>https://www.euronews.com/video/2026/07/28/berlin-community-remembers-victims-of-pride-parade-attack</w:t>
        </w:r>
      </w:hyperlink>
      <w:r>
        <w:t xml:space="preserve"> - Two days after a deadly vehicle and machete attack near the site of a Berlin Pride event, people gathered at Tiergarten park to pay tribute to the victims. Candles, flowers, and messages were placed near the tree where the attacker's vehicle crashed, forming a makeshift memorial in the German capital. (</w:t>
      </w:r>
      <w:hyperlink r:id="rId17">
        <w:r>
          <w:rPr>
            <w:color w:val="0000EE"/>
            <w:u w:val="single"/>
          </w:rPr>
          <w:t>euronews.com</w:t>
        </w:r>
      </w:hyperlink>
      <w:r>
        <w:t>)</w:t>
      </w:r>
      <w:r/>
    </w:p>
    <w:p>
      <w:pPr>
        <w:pStyle w:val="ListNumber"/>
        <w:spacing w:line="240" w:lineRule="auto"/>
        <w:ind w:left="720"/>
      </w:pPr>
      <w:r/>
      <w:hyperlink r:id="rId12">
        <w:r>
          <w:rPr>
            <w:color w:val="0000EE"/>
            <w:u w:val="single"/>
          </w:rPr>
          <w:t>https://apnews.com/article/9760271f06c1e280355eab19894b603e</w:t>
        </w:r>
      </w:hyperlink>
      <w:r>
        <w:t xml:space="preserve"> - In the aftermath of a tragic extremist attack at Berlin's Pride festival that killed one person and injured nearly 30, Syrian belly dancer Haidar Darwish led a poignant and defiant performance at Museum Island. Despite the mourning within the LGBTQ+ community, Darwish and fellow artists from the Queens Against Borders group chose to perform, embodying resilience and solidarity. (</w:t>
      </w:r>
      <w:hyperlink r:id="rId18">
        <w:r>
          <w:rPr>
            <w:color w:val="0000EE"/>
            <w:u w:val="single"/>
          </w:rPr>
          <w:t>apnews.com</w:t>
        </w:r>
      </w:hyperlink>
      <w:r>
        <w:t>)</w:t>
      </w:r>
      <w:r/>
    </w:p>
    <w:p>
      <w:pPr>
        <w:pStyle w:val="ListNumber"/>
        <w:spacing w:line="240" w:lineRule="auto"/>
        <w:ind w:left="720"/>
      </w:pPr>
      <w:r/>
      <w:hyperlink r:id="rId13">
        <w:r>
          <w:rPr>
            <w:color w:val="0000EE"/>
            <w:u w:val="single"/>
          </w:rPr>
          <w:t>https://apnews.com/article/4fabf20621b75cdd8f8e05119ea9d281</w:t>
        </w:r>
      </w:hyperlink>
      <w:r>
        <w:t xml:space="preserve"> - On August 1, 2026, Hamburg hosted one of Germany's largest Pride parades, drawing around 300,000 people—a significant increase from the 260,000 attendees the previous year. The event took place under heightened security due to a fatal extremist attack near the Berlin Pride event just a week earlier. The motto for this year’s Hamburg Pride was “Queer in solidarity. Take a stand - for a future without fear.” (</w:t>
      </w:r>
      <w:hyperlink r:id="rId19">
        <w:r>
          <w:rPr>
            <w:color w:val="0000EE"/>
            <w:u w:val="single"/>
          </w:rPr>
          <w:t>apnews.com</w:t>
        </w:r>
      </w:hyperlink>
      <w:r>
        <w:t>)</w:t>
      </w:r>
      <w:r/>
    </w:p>
    <w:p>
      <w:pPr>
        <w:pStyle w:val="ListNumber"/>
        <w:spacing w:line="240" w:lineRule="auto"/>
        <w:ind w:left="720"/>
      </w:pPr>
      <w:r/>
      <w:hyperlink r:id="rId14">
        <w:r>
          <w:rPr>
            <w:color w:val="0000EE"/>
            <w:u w:val="single"/>
          </w:rPr>
          <w:t>https://www.euronews.com/my-europe/2026/07/27/they-should-have-stepped-in-earlier-berliners-grapple-with-state-response-to-deadly-pride-</w:t>
        </w:r>
      </w:hyperlink>
      <w:r>
        <w:t xml:space="preserve"> - German law enforcement authorities faced criticism for failing to prevent a deadly vehicle and machete attack near Berlin's Pride parade on Saturday. At Berlin's Brandenburg Gate, a makeshift memorial is drawing residents who have come to pay tribute to the victims of Saturday's attack near the city's annual Pride event. The attacker, Abdul Ballout, who killed one woman and injured 29 others as he ploughed a van through a crowd before slashing away at people with a machete, was known to authorities. (</w:t>
      </w:r>
      <w:hyperlink r:id="rId20">
        <w:r>
          <w:rPr>
            <w:color w:val="0000EE"/>
            <w:u w:val="single"/>
          </w:rPr>
          <w:t>euronews.com</w:t>
        </w:r>
      </w:hyperlink>
      <w:r>
        <w:t>)</w:t>
      </w:r>
      <w:r/>
    </w:p>
    <w:p>
      <w:pPr>
        <w:pStyle w:val="ListNumber"/>
        <w:spacing w:line="240" w:lineRule="auto"/>
        <w:ind w:left="720"/>
      </w:pPr>
      <w:r/>
      <w:hyperlink r:id="rId15">
        <w:r>
          <w:rPr>
            <w:color w:val="0000EE"/>
            <w:u w:val="single"/>
          </w:rPr>
          <w:t>https://www.washingtonpost.com/world/2026/07/26/berlin-pride-attack-investigated-terrorism-with-suspect-large/</w:t>
        </w:r>
      </w:hyperlink>
      <w:r>
        <w:t xml:space="preserve"> - The fugitive suspect in a deadly attack on a Berlin Pride parade was killed in a police operation on Sunday, authorities said. Berlin police said the suspect was found in a garden in the western Berlin borough of Spandau around 6 p.m. Sunday, about 20 hours after the attack. There, he reportedly ran toward emergency forces with a 'stabbing weapon.' The officers opened fire and shot him. Firefighters tried to resuscitate him, but he died at the scene. A van rammed into crowds of partygoers in the city center’s sprawling Tiergarten park on Saturday as they celebrated Christopher Street Day, Berlin’s oldest Pride event. (</w:t>
      </w:r>
      <w:hyperlink r:id="rId21">
        <w:r>
          <w:rPr>
            <w:color w:val="0000EE"/>
            <w:u w:val="single"/>
          </w:rPr>
          <w:t>washingtonpost.com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ta.bg/bg/news/world/1186167-berlinskiyat-tehno-parad-zapochna-s-pochit-kam-zhertvite-na-napadenieto-po-vreme" TargetMode="External"/><Relationship Id="rId10" Type="http://schemas.openxmlformats.org/officeDocument/2006/relationships/hyperlink" Target="https://www.cbsnews.com/news/berlin-lgbtq-pride-car-crash/" TargetMode="External"/><Relationship Id="rId11" Type="http://schemas.openxmlformats.org/officeDocument/2006/relationships/hyperlink" Target="https://www.euronews.com/video/2026/07/28/berlin-community-remembers-victims-of-pride-parade-attack" TargetMode="External"/><Relationship Id="rId12" Type="http://schemas.openxmlformats.org/officeDocument/2006/relationships/hyperlink" Target="https://apnews.com/article/9760271f06c1e280355eab19894b603e" TargetMode="External"/><Relationship Id="rId13" Type="http://schemas.openxmlformats.org/officeDocument/2006/relationships/hyperlink" Target="https://apnews.com/article/4fabf20621b75cdd8f8e05119ea9d281" TargetMode="External"/><Relationship Id="rId14" Type="http://schemas.openxmlformats.org/officeDocument/2006/relationships/hyperlink" Target="https://www.euronews.com/my-europe/2026/07/27/they-should-have-stepped-in-earlier-berliners-grapple-with-state-response-to-deadly-pride-" TargetMode="External"/><Relationship Id="rId15" Type="http://schemas.openxmlformats.org/officeDocument/2006/relationships/hyperlink" Target="https://www.washingtonpost.com/world/2026/07/26/berlin-pride-attack-investigated-terrorism-with-suspect-large/" TargetMode="External"/><Relationship Id="rId16" Type="http://schemas.openxmlformats.org/officeDocument/2006/relationships/hyperlink" Target="https://www.cbsnews.com/news/berlin-lgbtq-pride-car-crash/?utm_source=openai" TargetMode="External"/><Relationship Id="rId17" Type="http://schemas.openxmlformats.org/officeDocument/2006/relationships/hyperlink" Target="https://www.euronews.com/video/2026/07/28/berlin-community-remembers-victims-of-pride-parade-attack?utm_source=openai" TargetMode="External"/><Relationship Id="rId18" Type="http://schemas.openxmlformats.org/officeDocument/2006/relationships/hyperlink" Target="https://apnews.com/article/9760271f06c1e280355eab19894b603e?utm_source=openai" TargetMode="External"/><Relationship Id="rId19" Type="http://schemas.openxmlformats.org/officeDocument/2006/relationships/hyperlink" Target="https://apnews.com/article/4fabf20621b75cdd8f8e05119ea9d281?utm_source=openai" TargetMode="External"/><Relationship Id="rId20" Type="http://schemas.openxmlformats.org/officeDocument/2006/relationships/hyperlink" Target="https://www.euronews.com/my-europe/2026/07/27/they-should-have-stepped-in-earlier-berliners-grapple-with-state-response-to-deadly-pride-?utm_source=openai" TargetMode="External"/><Relationship Id="rId21" Type="http://schemas.openxmlformats.org/officeDocument/2006/relationships/hyperlink" Target="https://www.washingtonpost.com/world/2026/07/26/berlin-pride-attack-investigated-terrorism-with-suspect-larg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