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WorldPride Music Festival Moments: Madonna and Kylie Surprise Amsterdam</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Watchers flocked to Amsterdam as WorldPride turned the city into a pop spectacle, where fans from across the globe celebrated 25 years of Dutch marriage equality and witnessed Madonna and Kylie Minogue debut a new song together , a surprise highlight that underscored Pride’s energy, community and musical ambition.</w:t>
      </w:r>
      <w:r/>
    </w:p>
    <w:p>
      <w:r/>
      <w:r>
        <w:t>Essential Takeaways</w:t>
      </w:r>
      <w:r/>
      <w:r/>
    </w:p>
    <w:p>
      <w:pPr>
        <w:pStyle w:val="ListBullet"/>
        <w:spacing w:line="240" w:lineRule="auto"/>
        <w:ind w:left="720"/>
      </w:pPr>
      <w:r/>
      <w:r>
        <w:rPr>
          <w:b/>
        </w:rPr>
        <w:t>Star moment:</w:t>
      </w:r>
      <w:r>
        <w:t xml:space="preserve"> Madonna and Kylie Minogue surprised the crowd with a joint performance and a brand-new song, creating an electric, emotional peak.</w:t>
      </w:r>
      <w:r/>
    </w:p>
    <w:p>
      <w:pPr>
        <w:pStyle w:val="ListBullet"/>
        <w:spacing w:line="240" w:lineRule="auto"/>
        <w:ind w:left="720"/>
      </w:pPr>
      <w:r/>
      <w:r>
        <w:rPr>
          <w:b/>
        </w:rPr>
        <w:t>Festival scale:</w:t>
      </w:r>
      <w:r>
        <w:t xml:space="preserve"> WorldPride Music Festival ran across multiple stages on July 31 and August 1, with a high-energy lineup including Honey Dijon, Paris Hilton and Bebe Rexha.</w:t>
      </w:r>
      <w:r/>
    </w:p>
    <w:p>
      <w:pPr>
        <w:pStyle w:val="ListBullet"/>
        <w:spacing w:line="240" w:lineRule="auto"/>
        <w:ind w:left="720"/>
      </w:pPr>
      <w:r/>
      <w:r>
        <w:rPr>
          <w:b/>
        </w:rPr>
        <w:t>Production value:</w:t>
      </w:r>
      <w:r>
        <w:t xml:space="preserve"> The event set a Guinness World Record for most confetti released in one minute and leaned on Insomniac’s festival expertise.</w:t>
      </w:r>
      <w:r/>
    </w:p>
    <w:p>
      <w:pPr>
        <w:pStyle w:val="ListBullet"/>
        <w:spacing w:line="240" w:lineRule="auto"/>
        <w:ind w:left="720"/>
      </w:pPr>
      <w:r/>
      <w:r>
        <w:rPr>
          <w:b/>
        </w:rPr>
        <w:t>Community feel:</w:t>
      </w:r>
      <w:r>
        <w:t xml:space="preserve"> Organisers emphasised Pride as a safe, freeing space for international attendees, many travelling from places where LGBTQ+ rights are limited.</w:t>
      </w:r>
      <w:r/>
    </w:p>
    <w:p>
      <w:pPr>
        <w:pStyle w:val="ListBullet"/>
        <w:spacing w:line="240" w:lineRule="auto"/>
        <w:ind w:left="720"/>
      </w:pPr>
      <w:r/>
      <w:r>
        <w:rPr>
          <w:b/>
        </w:rPr>
        <w:t>Next stop:</w:t>
      </w:r>
      <w:r>
        <w:t xml:space="preserve"> The festival’s producers plan a Global Pride Music Festival in Miami’s Factory Town in February 2027, promising a sunset-to-sunrise open-air experience.</w:t>
      </w:r>
      <w:r/>
      <w:r/>
    </w:p>
    <w:p>
      <w:pPr>
        <w:pStyle w:val="Heading2"/>
      </w:pPr>
      <w:r>
        <w:t>A surprise duet that felt like a homecoming</w:t>
      </w:r>
      <w:r/>
    </w:p>
    <w:p>
      <w:r/>
      <w:r>
        <w:t>The loudest cheer wasn’t on the schedule, it was a spontaneous heartbeat in the crowd when Madonna called Kylie to the stage. The air reportedly tasted of sweat and confetti, and for a moment the city’s canals felt as if they’d flowed straight into the venue. According to festival organisers, the collaboration was exactly the sort of unrepeatable moment they’d hoped to create. For many in attendance, two pop icons sharing a debut cemented a weekend people will talk about for years.</w:t>
      </w:r>
      <w:r/>
    </w:p>
    <w:p>
      <w:pPr>
        <w:pStyle w:val="Heading2"/>
      </w:pPr>
      <w:r>
        <w:t>Pride with festival-level production , not just a parade</w:t>
      </w:r>
      <w:r/>
    </w:p>
    <w:p>
      <w:r/>
      <w:r>
        <w:t>Jake Resnicow, who produced WorldPride Music Festival, has been building Pride stages for years and told organisers he wanted the same polish you’d expect from any major music festival. That intention showed: multiple stages, high-profile DJs and a Guinness World Record for confetti release gave the event a spectacle that matched the emotion. It’s a reminder that Pride celebrations are evolving into major cultural festivals without losing their roots in protest and community.</w:t>
      </w:r>
      <w:r/>
    </w:p>
    <w:p>
      <w:pPr>
        <w:pStyle w:val="Heading2"/>
      </w:pPr>
      <w:r>
        <w:t>A global gathering with real stakes</w:t>
      </w:r>
      <w:r/>
    </w:p>
    <w:p>
      <w:r/>
      <w:r>
        <w:t>Part of what made Amsterdam’s WorldPride resonate was who showed up. Resnicow noted people travelled from corners of the world where being LGBTQ+ remains illegal or isolating, seeking community for a few life-affirming days. That mix , tourists, activists, locals and longtime allies , gave performances an added weight. When artists asked the crowd if they were “in gay heaven,” it wasn’t a throwaway line; it landed as a recognition of safe space and shared history.</w:t>
      </w:r>
      <w:r/>
    </w:p>
    <w:p>
      <w:pPr>
        <w:pStyle w:val="Heading2"/>
      </w:pPr>
      <w:r>
        <w:t>Lineup highlights and the party’s sound</w:t>
      </w:r>
      <w:r/>
    </w:p>
    <w:p>
      <w:r/>
      <w:r>
        <w:t>Beyond the Madonna–Kylie surprise, the festival programmed a diverse roster: from Honey Dijon’s DJ sets to Paris Hilton’s nostalgia-tinged pop energy, and dancefloor-ready names like Purple Disco Machine and Oliver Heldens. Insomniac’s involvement brought staging and technical muscle, while Club Confessions, Madonna’s pop-up series tied to her new album, added an intimate club vibe inside a stadium-scale weekend. If you love big, glossy pop or underground DJ sets, there was something that felt tactile and immediate.</w:t>
      </w:r>
      <w:r/>
    </w:p>
    <w:p>
      <w:pPr>
        <w:pStyle w:val="Heading2"/>
      </w:pPr>
      <w:r>
        <w:t>What this means for future Pride festivals</w:t>
      </w:r>
      <w:r/>
    </w:p>
    <w:p>
      <w:r/>
      <w:r>
        <w:t>WorldPride Amsterdam signalled a shift: these events can be both celebratory and heavyweight cultural showcases. Plans to take the concept to Miami in 2027 as a Global Pride Music Festival show organisers want to scale the model internationally. For fans and activists alike, the takeaway is pragmatic , as Pride grows in spectacle, organisers will need to balance headline moments with grassroots access, affordability and the movement’s activist roots.</w:t>
      </w:r>
      <w:r/>
    </w:p>
    <w:p>
      <w:r/>
      <w:r>
        <w:t>It's a small change with big resonance: more stages, bigger names, same purpose , to make people feel seen.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9">
        <w:r>
          <w:rPr>
            <w:color w:val="0000EE"/>
            <w:u w:val="single"/>
          </w:rPr>
          <w:t>[2]</w:t>
        </w:r>
      </w:hyperlink>
      <w:r>
        <w:t xml:space="preserve">, </w:t>
      </w:r>
      <w:hyperlink r:id="rId11">
        <w:r>
          <w:rPr>
            <w:color w:val="0000EE"/>
            <w:u w:val="single"/>
          </w:rPr>
          <w:t>[3]</w:t>
        </w:r>
      </w:hyperlink>
      <w:r>
        <w:t xml:space="preserve">- Paragraph 3: </w:t>
      </w:r>
      <w:hyperlink r:id="rId9">
        <w:r>
          <w:rPr>
            <w:color w:val="0000EE"/>
            <w:u w:val="single"/>
          </w:rPr>
          <w:t>[2]</w:t>
        </w:r>
      </w:hyperlink>
      <w:r>
        <w:t xml:space="preserve">, </w:t>
      </w:r>
      <w:hyperlink r:id="rId10">
        <w:r>
          <w:rPr>
            <w:color w:val="0000EE"/>
            <w:u w:val="single"/>
          </w:rPr>
          <w:t>[4]</w:t>
        </w:r>
      </w:hyperlink>
      <w:r>
        <w:t xml:space="preserve">- Paragraph 4: </w:t>
      </w:r>
      <w:hyperlink r:id="rId9">
        <w:r>
          <w:rPr>
            <w:color w:val="0000EE"/>
            <w:u w:val="single"/>
          </w:rPr>
          <w:t>[2]</w:t>
        </w:r>
      </w:hyperlink>
      <w:r>
        <w:t xml:space="preserve">, </w:t>
      </w:r>
      <w:hyperlink r:id="rId12">
        <w:r>
          <w:rPr>
            <w:color w:val="0000EE"/>
            <w:u w:val="single"/>
          </w:rPr>
          <w:t>[7]</w:t>
        </w:r>
      </w:hyperlink>
      <w:r>
        <w:t xml:space="preserve">- Paragraph 5: </w:t>
      </w:r>
      <w:hyperlink r:id="rId9">
        <w:r>
          <w:rPr>
            <w:color w:val="0000EE"/>
            <w:u w:val="single"/>
          </w:rPr>
          <w:t>[2]</w:t>
        </w:r>
      </w:hyperlink>
      <w:r>
        <w:t xml:space="preserve">, </w:t>
      </w:r>
      <w:hyperlink r:id="rId13">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https://www.forbes.com/sites/lisakocay/2026/08/15/madonna-and-kylie-minogue-share-the-stage-at-worldpride-music-festival/</w:t>
        </w:r>
      </w:hyperlink>
      <w:r>
        <w:t xml:space="preserve"> - Please view link - unable to able to access data</w:t>
      </w:r>
      <w:r/>
    </w:p>
    <w:p>
      <w:pPr>
        <w:pStyle w:val="ListNumber"/>
        <w:spacing w:line="240" w:lineRule="auto"/>
        <w:ind w:left="720"/>
      </w:pPr>
      <w:r/>
      <w:hyperlink r:id="rId9">
        <w:r>
          <w:rPr>
            <w:color w:val="0000EE"/>
            <w:u w:val="single"/>
          </w:rPr>
          <w:t>https://www.forbes.com/sites/lisakocay/2026/08/15/madonna-and-kylie-minogue-share-the-stage-at-worldpride-music-festival/</w:t>
        </w:r>
      </w:hyperlink>
      <w:r>
        <w:t xml:space="preserve"> - The Netherlands celebrated 25 years of marriage equality with WorldPride in Amsterdam from July 25 to August 8, featuring events like the Canal Parade, Human Rights Conference, and the WorldPride Music Festival. The festival, held on July 31 and August 1, showcased artists such as Honey Dijon, Purple Disco Machine, LP Giobbi, Hayla, Jennifer Cooke, Oliver Heldens, Bebe Rexha, and Paris Hilton. A highlight was Madonna's 'Club Confessions' series, where she was joined by Kylie Minogue to debut a new song together. The event set a Guinness World Record for the most confetti released in one minute.</w:t>
      </w:r>
      <w:r/>
    </w:p>
    <w:p>
      <w:pPr>
        <w:pStyle w:val="ListNumber"/>
        <w:spacing w:line="240" w:lineRule="auto"/>
        <w:ind w:left="720"/>
      </w:pPr>
      <w:r/>
      <w:hyperlink r:id="rId11">
        <w:r>
          <w:rPr>
            <w:color w:val="0000EE"/>
            <w:u w:val="single"/>
          </w:rPr>
          <w:t>https://www.melkweg.nl/en/news/worldpride26/</w:t>
        </w:r>
      </w:hyperlink>
      <w:r>
        <w:t xml:space="preserve"> - From July 25 to August 8, 2026, Amsterdam hosted WorldPride, a global celebration of LGBTQIA+ pride, culture, and community. Melkweg played an active role by amplifying queer voices through Club Chrome, a multidisciplinary festival where music, art, and activism converged. The venue transformed into Club Chrome, reflecting the full spectrum of queer identities and expressions. (</w:t>
      </w:r>
      <w:hyperlink r:id="rId14">
        <w:r>
          <w:rPr>
            <w:color w:val="0000EE"/>
            <w:u w:val="single"/>
          </w:rPr>
          <w:t>melkweg.nl</w:t>
        </w:r>
      </w:hyperlink>
      <w:r>
        <w:t>)</w:t>
      </w:r>
      <w:r/>
    </w:p>
    <w:p>
      <w:pPr>
        <w:pStyle w:val="ListNumber"/>
        <w:spacing w:line="240" w:lineRule="auto"/>
        <w:ind w:left="720"/>
      </w:pPr>
      <w:r/>
      <w:hyperlink r:id="rId10">
        <w:r>
          <w:rPr>
            <w:color w:val="0000EE"/>
            <w:u w:val="single"/>
          </w:rPr>
          <w:t>https://pride.amsterdam/en/worldpride/</w:t>
        </w:r>
      </w:hyperlink>
      <w:r>
        <w:t xml:space="preserve"> - WorldPride Amsterdam 2026 took place from July 25 to August 8, marking the 25th anniversary of the Netherlands legalising same-sex marriage. The event featured a variety of activities, including the Canal Parade, Human Rights Conference, and concerts. The theme 'Unity' symbolised tolerance, connectedness, and love, aiming to provide a platform for LGBTQIA+ voices and promote inclusivity. (</w:t>
      </w:r>
      <w:hyperlink r:id="rId15">
        <w:r>
          <w:rPr>
            <w:color w:val="0000EE"/>
            <w:u w:val="single"/>
          </w:rPr>
          <w:t>pride.amsterdam</w:t>
        </w:r>
      </w:hyperlink>
      <w:r>
        <w:t>)</w:t>
      </w:r>
      <w:r/>
    </w:p>
    <w:p>
      <w:pPr>
        <w:pStyle w:val="ListNumber"/>
        <w:spacing w:line="240" w:lineRule="auto"/>
        <w:ind w:left="720"/>
      </w:pPr>
      <w:r/>
      <w:hyperlink r:id="rId16">
        <w:r>
          <w:rPr>
            <w:color w:val="0000EE"/>
            <w:u w:val="single"/>
          </w:rPr>
          <w:t>https://www.amsterdam.nl/en/leisure/amsterdam-pride/</w:t>
        </w:r>
      </w:hyperlink>
      <w:r>
        <w:t xml:space="preserve"> - Amsterdam Pride 2026, including WorldPride, was held from July 8 to August 8. The event celebrated the 25th anniversary of the world's first legal same-sex marriage in the Netherlands. The programme featured various events, exhibitions, and activities, with a focus on inclusivity and equality for the LGBTQIA+ community. (</w:t>
      </w:r>
      <w:hyperlink r:id="rId17">
        <w:r>
          <w:rPr>
            <w:color w:val="0000EE"/>
            <w:u w:val="single"/>
          </w:rPr>
          <w:t>amsterdam.nl</w:t>
        </w:r>
      </w:hyperlink>
      <w:r>
        <w:t>)</w:t>
      </w:r>
      <w:r/>
    </w:p>
    <w:p>
      <w:pPr>
        <w:pStyle w:val="ListNumber"/>
        <w:spacing w:line="240" w:lineRule="auto"/>
        <w:ind w:left="720"/>
      </w:pPr>
      <w:r/>
      <w:hyperlink r:id="rId13">
        <w:r>
          <w:rPr>
            <w:color w:val="0000EE"/>
            <w:u w:val="single"/>
          </w:rPr>
          <w:t>https://pride.amsterdam/en/volledige-programmering-museumplein-tijdens-worldpride-amsterdam-bekend/</w:t>
        </w:r>
      </w:hyperlink>
      <w:r>
        <w:t xml:space="preserve"> - The full programme for Museumplein during WorldPride Amsterdam 2026 was announced, featuring five days of concerts, queer culture, local talent, and international stars from August 4 to August 8. The Unity Concert on August 4 included performances by artists such as Joss Stone, Billy Porter, Beth Ditto, and others, accompanied by the New Amsterdam Orchestra. (</w:t>
      </w:r>
      <w:hyperlink r:id="rId18">
        <w:r>
          <w:rPr>
            <w:color w:val="0000EE"/>
            <w:u w:val="single"/>
          </w:rPr>
          <w:t>pride.amsterdam</w:t>
        </w:r>
      </w:hyperlink>
      <w:r>
        <w:t>)</w:t>
      </w:r>
      <w:r/>
    </w:p>
    <w:p>
      <w:pPr>
        <w:pStyle w:val="ListNumber"/>
        <w:spacing w:line="240" w:lineRule="auto"/>
        <w:ind w:left="720"/>
      </w:pPr>
      <w:r/>
      <w:hyperlink r:id="rId12">
        <w:r>
          <w:rPr>
            <w:color w:val="0000EE"/>
            <w:u w:val="single"/>
          </w:rPr>
          <w:t>https://worldpridefest.com/hours-and-info/</w:t>
        </w:r>
      </w:hyperlink>
      <w:r>
        <w:t xml:space="preserve"> - The WorldPride Music Festival in Amsterdam was held on July 31 and August 1, 2026, from 10 pm to 7 am each night at Johan Cruijff Boulevard 590. The event was for attendees aged 18 and over, with strict security measures and a zero-tolerance policy for drug use and possession. (</w:t>
      </w:r>
      <w:hyperlink r:id="rId19">
        <w:r>
          <w:rPr>
            <w:color w:val="0000EE"/>
            <w:u w:val="single"/>
          </w:rPr>
          <w:t>worldpridefest.com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forbes.com/sites/lisakocay/2026/08/15/madonna-and-kylie-minogue-share-the-stage-at-worldpride-music-festival/" TargetMode="External"/><Relationship Id="rId10" Type="http://schemas.openxmlformats.org/officeDocument/2006/relationships/hyperlink" Target="https://pride.amsterdam/en/worldpride/" TargetMode="External"/><Relationship Id="rId11" Type="http://schemas.openxmlformats.org/officeDocument/2006/relationships/hyperlink" Target="https://www.melkweg.nl/en/news/worldpride26/" TargetMode="External"/><Relationship Id="rId12" Type="http://schemas.openxmlformats.org/officeDocument/2006/relationships/hyperlink" Target="https://worldpridefest.com/hours-and-info/" TargetMode="External"/><Relationship Id="rId13" Type="http://schemas.openxmlformats.org/officeDocument/2006/relationships/hyperlink" Target="https://pride.amsterdam/en/volledige-programmering-museumplein-tijdens-worldpride-amsterdam-bekend/" TargetMode="External"/><Relationship Id="rId14" Type="http://schemas.openxmlformats.org/officeDocument/2006/relationships/hyperlink" Target="https://www.melkweg.nl/en/news/worldpride26/?utm_source=openai" TargetMode="External"/><Relationship Id="rId15" Type="http://schemas.openxmlformats.org/officeDocument/2006/relationships/hyperlink" Target="https://pride.amsterdam/en/worldpride/?utm_source=openai" TargetMode="External"/><Relationship Id="rId16" Type="http://schemas.openxmlformats.org/officeDocument/2006/relationships/hyperlink" Target="https://www.amsterdam.nl/en/leisure/amsterdam-pride/" TargetMode="External"/><Relationship Id="rId17" Type="http://schemas.openxmlformats.org/officeDocument/2006/relationships/hyperlink" Target="https://www.amsterdam.nl/en/leisure/amsterdam-pride/?utm_source=openai" TargetMode="External"/><Relationship Id="rId18" Type="http://schemas.openxmlformats.org/officeDocument/2006/relationships/hyperlink" Target="https://pride.amsterdam/en/volledige-programmering-museumplein-tijdens-worldpride-amsterdam-bekend/?utm_source=openai" TargetMode="External"/><Relationship Id="rId19" Type="http://schemas.openxmlformats.org/officeDocument/2006/relationships/hyperlink" Target="https://worldpridefest.com/hours-and-info/?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